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HÒA XÃ HỘI CHỦ NGHĨA VIỆT NAM</w:t>
        <w:br/>
        <w:t>Độc lập - Tự do - Hạnh phúc</w:t>
      </w:r>
    </w:p>
    <w:p>
      <w:pPr>
        <w:jc w:val="center"/>
      </w:pPr>
      <w:r>
        <w:rPr>
          <w:b/>
        </w:rPr>
        <w:t>BIÊN BẢN SINH HOẠT TỔ CHUYÊN MÔN</w:t>
        <w:br/>
        <w:t>Năm học 2026-2027</w:t>
      </w:r>
    </w:p>
    <w:p>
      <w:r>
        <w:t>Thời gian: Vào lúc …… giờ …… phút, ngày …… tháng …… năm 2026/2027.</w:t>
      </w:r>
    </w:p>
    <w:p>
      <w:r>
        <w:t>Địa điểm: ................................................................................................................</w:t>
      </w:r>
    </w:p>
    <w:p>
      <w:r>
        <w:t>Tổ chuyên môn: ........................................................................................................</w:t>
      </w:r>
    </w:p>
    <w:p>
      <w:r>
        <w:t>Cấp học:  ☐ Tiểu học   ☐ THCS   ☐ THPT</w:t>
      </w:r>
    </w:p>
    <w:p>
      <w:r>
        <w:t>Chủ trì: Ông/Bà ..................................................................... – Tổ trưởng.</w:t>
      </w:r>
    </w:p>
    <w:p>
      <w:r>
        <w:t>Thư ký: Ông/Bà ........................................................................................................</w:t>
      </w:r>
    </w:p>
    <w:p>
      <w:r>
        <w:t>Thành phần tham dự: .................................................................................................</w:t>
      </w:r>
    </w:p>
    <w:p>
      <w:r>
        <w:t>Vắng: .........................................................................................................................</w:t>
      </w:r>
    </w:p>
    <w:p>
      <w:r>
        <w:t>I. NỘI DUNG SINH HOẠT CHUYÊN MÔN</w:t>
      </w:r>
    </w:p>
    <w:p>
      <w:r>
        <w:t>Đánh giá việc thực hiện nhiệm vụ chuyên môn kỳ/tháng trước.</w:t>
      </w:r>
    </w:p>
    <w:p>
      <w:r>
        <w:t>Triển khai nhiệm vụ chuyên môn kỳ/tháng tiếp theo.</w:t>
      </w:r>
    </w:p>
    <w:p>
      <w:r>
        <w:t>Trao đổi về thực hiện Chương trình giáo dục phổ thông, kế hoạch giáo dục và kế hoạch dạy học.</w:t>
      </w:r>
    </w:p>
    <w:p>
      <w:r>
        <w:t>Trao đổi về phương pháp, hình thức tổ chức dạy học, giáo dục và kiểm tra, đánh giá.</w:t>
      </w:r>
    </w:p>
    <w:p>
      <w:r>
        <w:t>Phân tích kết quả học tập, rèn luyện của học sinh; đề xuất giải pháp hỗ trợ học sinh còn hạn chế và bồi dưỡng học sinh có năng khiếu.</w:t>
      </w:r>
    </w:p>
    <w:p>
      <w:r>
        <w:t>Sinh hoạt theo hướng nghiên cứu bài học/chuyên đề (nếu có): nội dung, phương án thực hiện, quan sát hoạt động học tập của học sinh và kết quả rút kinh nghiệm.</w:t>
      </w:r>
    </w:p>
    <w:p>
      <w:r>
        <w:t>Chia sẻ học liệu, công cụ đánh giá, sản phẩm chuyên môn; ứng dụng công nghệ số/AI phù hợp.</w:t>
      </w:r>
    </w:p>
    <w:p>
      <w:r>
        <w:t>Các nội dung khác theo yêu cầu thực tế của tổ và nhà trường.</w:t>
      </w:r>
    </w:p>
    <w:p>
      <w:r>
        <w:t>II. Ý KIẾN THẢO LUẬN</w:t>
      </w:r>
    </w:p>
    <w:p>
      <w:r>
        <w:t>1. Ông/Bà ................................................................................................................</w:t>
      </w:r>
    </w:p>
    <w:p>
      <w:r>
        <w:t>Ý kiến: 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</w:t>
      </w:r>
    </w:p>
    <w:p>
      <w:r>
        <w:t>2. Ông/Bà ................................................................................................................</w:t>
      </w:r>
    </w:p>
    <w:p>
      <w:r>
        <w:t>Ý kiến: 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</w:t>
      </w:r>
    </w:p>
    <w:p>
      <w:r>
        <w:t>Các ý kiến khác: .......................................................................................................</w:t>
      </w:r>
    </w:p>
    <w:p>
      <w:r>
        <w:t>III. KẾT LUẬN VÀ NỘI DUNG THỐNG NHẤT</w:t>
      </w:r>
    </w:p>
    <w:p>
      <w:r>
        <w:t>1. Nội dung thống nhất: ..............................................................................................</w:t>
        <w:br/>
        <w:t>.................................................................................................................................</w:t>
      </w:r>
    </w:p>
    <w:p>
      <w:r>
        <w:t>2. Nhiệm vụ/giải pháp thực hiện: ................................................................................</w:t>
        <w:br/>
        <w:t>.................................................................................................................................</w:t>
      </w:r>
    </w:p>
    <w:p>
      <w:r>
        <w:t>3. Người/bộ phận thực hiện: .......................................................................................</w:t>
      </w:r>
    </w:p>
    <w:p>
      <w:r>
        <w:t>4. Thời hạn thực hiện: .................................................................................................</w:t>
      </w:r>
    </w:p>
    <w:p>
      <w:r>
        <w:t>5. Nội dung cần báo cáo tại kỳ sinh hoạt tiếp theo: .....................................................</w:t>
      </w:r>
    </w:p>
    <w:p>
      <w:r>
        <w:t>IV. KẾT THÚC</w:t>
      </w:r>
    </w:p>
    <w:p>
      <w:r>
        <w:t>Buổi sinh hoạt kết thúc vào lúc …… giờ …… phút cùng ngày. Biên bản được thông qua trước các thành viên tham dự.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THƯ KÝ</w:t>
            </w:r>
          </w:p>
        </w:tc>
        <w:tc>
          <w:tcPr>
            <w:tcW w:type="dxa" w:w="4320"/>
          </w:tcPr>
          <w:p>
            <w:r>
              <w:t>TỔ TRƯỞNG</w:t>
            </w:r>
          </w:p>
        </w:tc>
      </w:tr>
      <w:tr>
        <w:tc>
          <w:tcPr>
            <w:tcW w:type="dxa" w:w="4320"/>
          </w:tcPr>
          <w:p>
            <w:r>
              <w:br/>
              <w:br/>
              <w:br/>
              <w:t>(Ký, ghi rõ họ tên)</w:t>
            </w:r>
          </w:p>
        </w:tc>
        <w:tc>
          <w:tcPr>
            <w:tcW w:type="dxa" w:w="4320"/>
          </w:tcPr>
          <w:p>
            <w:r>
              <w:br/>
              <w:br/>
              <w:br/>
              <w:t>(Ký, ghi rõ họ tên)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