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1D84A" w14:textId="77777777" w:rsidR="006127CA" w:rsidRDefault="00000000">
      <w:pPr>
        <w:jc w:val="center"/>
      </w:pPr>
      <w:r>
        <w:rPr>
          <w:b/>
          <w:sz w:val="40"/>
        </w:rPr>
        <w:t>HƯỚNG DẪN NHẬP LIỆU</w:t>
      </w:r>
      <w:r>
        <w:rPr>
          <w:b/>
          <w:sz w:val="40"/>
        </w:rPr>
        <w:br/>
      </w:r>
      <w:r>
        <w:rPr>
          <w:b/>
          <w:sz w:val="30"/>
        </w:rPr>
        <w:t>KIỂM TRA SỨC KHỎE ĐẦU NĂM HỌC CHO TRẺ EM, HỌC SINH</w:t>
      </w:r>
    </w:p>
    <w:p w14:paraId="514384BF" w14:textId="77777777" w:rsidR="006127CA" w:rsidRDefault="00000000">
      <w:pPr>
        <w:jc w:val="center"/>
      </w:pPr>
      <w:r>
        <w:rPr>
          <w:i/>
        </w:rPr>
        <w:t>Căn cứ nội dung 02 mẫu kiểm tra sức khỏe đầu năm học trong tài liệu nguồn</w:t>
      </w:r>
    </w:p>
    <w:p w14:paraId="26486283" w14:textId="77777777" w:rsidR="006127CA" w:rsidRDefault="00000000">
      <w:pPr>
        <w:pStyle w:val="Heading1"/>
      </w:pPr>
      <w:r>
        <w:t>1. Mục đích</w:t>
      </w:r>
    </w:p>
    <w:p w14:paraId="41F80E3C" w14:textId="77777777" w:rsidR="006127CA" w:rsidRDefault="00000000">
      <w:r>
        <w:t>Tài liệu hướng dẫn cán bộ thực hiện nhập liệu đầy đủ, thống nhất và chính xác thông tin kiểm tra sức khỏe đầu năm học theo 02 mẫu: Mẫu số 01 dành cho trẻ em trong các cơ sở giáo dục mầm non và Mẫu số 02 dành cho học sinh trong các cơ sở giáo dục phổ thông.</w:t>
      </w:r>
    </w:p>
    <w:p w14:paraId="6446FB0C" w14:textId="77777777" w:rsidR="006127CA" w:rsidRDefault="00000000">
      <w:r>
        <w:t>Nội dung hướng dẫn được xây dựng theo đúng các trường thông tin thể hiện trong tài liệu nguồn; đối với những trường mà tài liệu nguồn không quy định cách mã hóa/định dạng chi tiết, người nhập liệu thực hiện theo giao diện và quy định nghiệp vụ của hệ thống.</w:t>
      </w:r>
    </w:p>
    <w:p w14:paraId="1219E0BE" w14:textId="77777777" w:rsidR="006127CA" w:rsidRDefault="00000000">
      <w:pPr>
        <w:pStyle w:val="Heading1"/>
      </w:pPr>
      <w:r>
        <w:t>2. Nguyên tắc nhập liệu chung</w:t>
      </w:r>
    </w:p>
    <w:p w14:paraId="05CF8349" w14:textId="77777777" w:rsidR="006127CA" w:rsidRDefault="00000000">
      <w:pPr>
        <w:pStyle w:val="ListBullet"/>
      </w:pPr>
      <w:r>
        <w:t>Nhập thông tin theo hồ sơ và kết quả kiểm tra thực tế; không tự suy đoán khi chưa có thông tin.</w:t>
      </w:r>
    </w:p>
    <w:p w14:paraId="04EC4C15" w14:textId="77777777" w:rsidR="006127CA" w:rsidRDefault="00000000">
      <w:pPr>
        <w:pStyle w:val="ListBullet"/>
      </w:pPr>
      <w:r>
        <w:t>Các trường lựa chọn dạng ô đánh dấu (□) chỉ chọn giá trị phù hợp với kết quả thực tế.</w:t>
      </w:r>
    </w:p>
    <w:p w14:paraId="782F7CD2" w14:textId="77777777" w:rsidR="006127CA" w:rsidRDefault="00000000">
      <w:pPr>
        <w:pStyle w:val="ListBullet"/>
      </w:pPr>
      <w:r>
        <w:t>Các trường số phải nhập đúng đơn vị được ghi trên biểu mẫu (°C, lần/phút, cm, kg, mm, mmHg...).</w:t>
      </w:r>
    </w:p>
    <w:p w14:paraId="50D47129" w14:textId="77777777" w:rsidR="006127CA" w:rsidRDefault="00000000">
      <w:pPr>
        <w:pStyle w:val="ListBullet"/>
      </w:pPr>
      <w:r>
        <w:t>Các trường yêu cầu ghi rõ bệnh, thuốc hoặc bất thường phải nhập cụ thể nội dung thay vì chỉ chọn Có.</w:t>
      </w:r>
    </w:p>
    <w:p w14:paraId="010608E4" w14:textId="77777777" w:rsidR="006127CA" w:rsidRDefault="00000000">
      <w:pPr>
        <w:pStyle w:val="ListBullet"/>
      </w:pPr>
      <w:r>
        <w:t>Trường có ghi “nếu có” thì chỉ nhập khi có thông tin; ví dụ nhóm máu.</w:t>
      </w:r>
    </w:p>
    <w:p w14:paraId="5F8FC1E2" w14:textId="77777777" w:rsidR="006127CA" w:rsidRDefault="00000000">
      <w:pPr>
        <w:pStyle w:val="ListBullet"/>
      </w:pPr>
      <w:r>
        <w:t>Ngày tháng nhập theo định dạng mà hệ thống yêu cầu; bảo đảm ngày kiểm tra không bị nhập nhầm với ngày sinh.</w:t>
      </w:r>
    </w:p>
    <w:p w14:paraId="290DD7A4" w14:textId="77777777" w:rsidR="006127CA" w:rsidRDefault="00000000">
      <w:pPr>
        <w:pStyle w:val="ListBullet"/>
      </w:pPr>
      <w:r>
        <w:t>Trước khi lưu, kiểm tra lại thông tin định danh, kết quả khám và kết luận.</w:t>
      </w:r>
    </w:p>
    <w:p w14:paraId="13167A09" w14:textId="77777777" w:rsidR="006127CA" w:rsidRDefault="00000000">
      <w:r>
        <w:br w:type="page"/>
      </w:r>
    </w:p>
    <w:p w14:paraId="60545B5F" w14:textId="77777777" w:rsidR="006127CA" w:rsidRDefault="00000000">
      <w:pPr>
        <w:pStyle w:val="Heading1"/>
      </w:pPr>
      <w:r>
        <w:lastRenderedPageBreak/>
        <w:t>3. HƯỚNG DẪN NHẬP LIỆU MẪU SỐ 01</w:t>
      </w:r>
    </w:p>
    <w:p w14:paraId="1F423CE1" w14:textId="77777777" w:rsidR="006127CA" w:rsidRDefault="00000000">
      <w:r>
        <w:t>Nội dung kiểm tra sức khỏe đầu năm học cho trẻ em trong các cơ sở giáo dục mầm non.</w:t>
      </w:r>
    </w:p>
    <w:p w14:paraId="4B2656C2" w14:textId="77777777" w:rsidR="006127CA" w:rsidRDefault="00000000">
      <w:pPr>
        <w:pStyle w:val="Heading2"/>
      </w:pPr>
      <w:r>
        <w:t>3.1. Thông tin hành chính</w:t>
      </w:r>
    </w:p>
    <w:tbl>
      <w:tblPr>
        <w:tblStyle w:val="TableGrid"/>
        <w:tblW w:w="0" w:type="auto"/>
        <w:jc w:val="center"/>
        <w:tblLook w:val="04A0" w:firstRow="1" w:lastRow="0" w:firstColumn="1" w:lastColumn="0" w:noHBand="0" w:noVBand="1"/>
      </w:tblPr>
      <w:tblGrid>
        <w:gridCol w:w="576"/>
        <w:gridCol w:w="2232"/>
        <w:gridCol w:w="3816"/>
        <w:gridCol w:w="1440"/>
        <w:gridCol w:w="2376"/>
      </w:tblGrid>
      <w:tr w:rsidR="006127CA" w14:paraId="7C1E1DB7" w14:textId="77777777">
        <w:trPr>
          <w:tblHeader/>
          <w:jc w:val="center"/>
        </w:trPr>
        <w:tc>
          <w:tcPr>
            <w:tcW w:w="576" w:type="dxa"/>
            <w:shd w:val="clear" w:color="auto" w:fill="D9EAF7"/>
            <w:vAlign w:val="center"/>
          </w:tcPr>
          <w:p w14:paraId="18DB3435" w14:textId="77777777" w:rsidR="006127CA" w:rsidRDefault="00000000">
            <w:pPr>
              <w:jc w:val="center"/>
            </w:pPr>
            <w:r>
              <w:rPr>
                <w:b/>
                <w:sz w:val="18"/>
              </w:rPr>
              <w:t>STT</w:t>
            </w:r>
          </w:p>
        </w:tc>
        <w:tc>
          <w:tcPr>
            <w:tcW w:w="2232" w:type="dxa"/>
            <w:shd w:val="clear" w:color="auto" w:fill="D9EAF7"/>
            <w:vAlign w:val="center"/>
          </w:tcPr>
          <w:p w14:paraId="2C6EA607" w14:textId="77777777" w:rsidR="006127CA" w:rsidRDefault="00000000">
            <w:pPr>
              <w:jc w:val="center"/>
            </w:pPr>
            <w:r>
              <w:rPr>
                <w:b/>
                <w:sz w:val="18"/>
              </w:rPr>
              <w:t>Trường thông tin</w:t>
            </w:r>
          </w:p>
        </w:tc>
        <w:tc>
          <w:tcPr>
            <w:tcW w:w="3816" w:type="dxa"/>
            <w:shd w:val="clear" w:color="auto" w:fill="D9EAF7"/>
            <w:vAlign w:val="center"/>
          </w:tcPr>
          <w:p w14:paraId="2BE42D0A" w14:textId="77777777" w:rsidR="006127CA" w:rsidRDefault="00000000">
            <w:pPr>
              <w:jc w:val="center"/>
            </w:pPr>
            <w:r>
              <w:rPr>
                <w:b/>
                <w:sz w:val="18"/>
              </w:rPr>
              <w:t>Hướng dẫn nhập</w:t>
            </w:r>
          </w:p>
        </w:tc>
        <w:tc>
          <w:tcPr>
            <w:tcW w:w="1440" w:type="dxa"/>
            <w:shd w:val="clear" w:color="auto" w:fill="D9EAF7"/>
            <w:vAlign w:val="center"/>
          </w:tcPr>
          <w:p w14:paraId="6BA0B1F2" w14:textId="77777777" w:rsidR="006127CA" w:rsidRDefault="00000000">
            <w:pPr>
              <w:jc w:val="center"/>
            </w:pPr>
            <w:r>
              <w:rPr>
                <w:b/>
                <w:sz w:val="18"/>
              </w:rPr>
              <w:t>Kiểu dữ liệu</w:t>
            </w:r>
          </w:p>
        </w:tc>
        <w:tc>
          <w:tcPr>
            <w:tcW w:w="2376" w:type="dxa"/>
            <w:shd w:val="clear" w:color="auto" w:fill="D9EAF7"/>
            <w:vAlign w:val="center"/>
          </w:tcPr>
          <w:p w14:paraId="0ED77E8A" w14:textId="77777777" w:rsidR="006127CA" w:rsidRDefault="00000000">
            <w:pPr>
              <w:jc w:val="center"/>
            </w:pPr>
            <w:r>
              <w:rPr>
                <w:b/>
                <w:sz w:val="18"/>
              </w:rPr>
              <w:t>Giá trị/Lưu ý</w:t>
            </w:r>
          </w:p>
        </w:tc>
      </w:tr>
      <w:tr w:rsidR="006127CA" w14:paraId="458E40D4" w14:textId="77777777">
        <w:trPr>
          <w:jc w:val="center"/>
        </w:trPr>
        <w:tc>
          <w:tcPr>
            <w:tcW w:w="576" w:type="dxa"/>
            <w:vAlign w:val="center"/>
          </w:tcPr>
          <w:p w14:paraId="2A66EE6B" w14:textId="77777777" w:rsidR="006127CA" w:rsidRDefault="00000000">
            <w:r>
              <w:rPr>
                <w:sz w:val="18"/>
              </w:rPr>
              <w:t>1</w:t>
            </w:r>
          </w:p>
        </w:tc>
        <w:tc>
          <w:tcPr>
            <w:tcW w:w="2232" w:type="dxa"/>
            <w:vAlign w:val="center"/>
          </w:tcPr>
          <w:p w14:paraId="49D538F1" w14:textId="77777777" w:rsidR="006127CA" w:rsidRDefault="00000000">
            <w:r>
              <w:rPr>
                <w:sz w:val="18"/>
              </w:rPr>
              <w:t>Họ và tên (In hoa)</w:t>
            </w:r>
          </w:p>
        </w:tc>
        <w:tc>
          <w:tcPr>
            <w:tcW w:w="3816" w:type="dxa"/>
            <w:vAlign w:val="center"/>
          </w:tcPr>
          <w:p w14:paraId="13F646A0" w14:textId="77777777" w:rsidR="006127CA" w:rsidRDefault="00000000">
            <w:r>
              <w:rPr>
                <w:sz w:val="18"/>
              </w:rPr>
              <w:t>Nhập đầy đủ họ và tên trẻ bằng chữ in hoa.</w:t>
            </w:r>
          </w:p>
        </w:tc>
        <w:tc>
          <w:tcPr>
            <w:tcW w:w="1440" w:type="dxa"/>
            <w:vAlign w:val="center"/>
          </w:tcPr>
          <w:p w14:paraId="6A003021" w14:textId="77777777" w:rsidR="006127CA" w:rsidRDefault="00000000">
            <w:r>
              <w:rPr>
                <w:sz w:val="18"/>
              </w:rPr>
              <w:t>Văn bản</w:t>
            </w:r>
          </w:p>
        </w:tc>
        <w:tc>
          <w:tcPr>
            <w:tcW w:w="2376" w:type="dxa"/>
            <w:vAlign w:val="center"/>
          </w:tcPr>
          <w:p w14:paraId="2443512F" w14:textId="77777777" w:rsidR="006127CA" w:rsidRDefault="00000000">
            <w:r>
              <w:rPr>
                <w:sz w:val="18"/>
              </w:rPr>
              <w:t>Ví dụ: NGUYỄN VĂN A</w:t>
            </w:r>
          </w:p>
        </w:tc>
      </w:tr>
      <w:tr w:rsidR="006127CA" w14:paraId="72F39ED8" w14:textId="77777777">
        <w:trPr>
          <w:jc w:val="center"/>
        </w:trPr>
        <w:tc>
          <w:tcPr>
            <w:tcW w:w="576" w:type="dxa"/>
            <w:vAlign w:val="center"/>
          </w:tcPr>
          <w:p w14:paraId="7D59ED2A" w14:textId="77777777" w:rsidR="006127CA" w:rsidRDefault="00000000">
            <w:r>
              <w:rPr>
                <w:sz w:val="18"/>
              </w:rPr>
              <w:t>2</w:t>
            </w:r>
          </w:p>
        </w:tc>
        <w:tc>
          <w:tcPr>
            <w:tcW w:w="2232" w:type="dxa"/>
            <w:vAlign w:val="center"/>
          </w:tcPr>
          <w:p w14:paraId="7DEC5087" w14:textId="77777777" w:rsidR="006127CA" w:rsidRDefault="00000000">
            <w:r>
              <w:rPr>
                <w:sz w:val="18"/>
              </w:rPr>
              <w:t>Số CCCD/Hộ chiếu/Mã định danh</w:t>
            </w:r>
          </w:p>
        </w:tc>
        <w:tc>
          <w:tcPr>
            <w:tcW w:w="3816" w:type="dxa"/>
            <w:vAlign w:val="center"/>
          </w:tcPr>
          <w:p w14:paraId="6DDA3703" w14:textId="77777777" w:rsidR="006127CA" w:rsidRDefault="00000000">
            <w:r>
              <w:rPr>
                <w:sz w:val="18"/>
              </w:rPr>
              <w:t>Nhập số giấy tờ hoặc mã định danh tương ứng của trẻ.</w:t>
            </w:r>
          </w:p>
        </w:tc>
        <w:tc>
          <w:tcPr>
            <w:tcW w:w="1440" w:type="dxa"/>
            <w:vAlign w:val="center"/>
          </w:tcPr>
          <w:p w14:paraId="677D648D" w14:textId="77777777" w:rsidR="006127CA" w:rsidRDefault="00000000">
            <w:r>
              <w:rPr>
                <w:sz w:val="18"/>
              </w:rPr>
              <w:t>Văn bản/số</w:t>
            </w:r>
          </w:p>
        </w:tc>
        <w:tc>
          <w:tcPr>
            <w:tcW w:w="2376" w:type="dxa"/>
            <w:vAlign w:val="center"/>
          </w:tcPr>
          <w:p w14:paraId="508755CE" w14:textId="77777777" w:rsidR="006127CA" w:rsidRDefault="00000000">
            <w:r>
              <w:rPr>
                <w:sz w:val="18"/>
              </w:rPr>
              <w:t>Theo giấy tờ hoặc dữ liệu định danh</w:t>
            </w:r>
          </w:p>
        </w:tc>
      </w:tr>
      <w:tr w:rsidR="006127CA" w14:paraId="38933C2B" w14:textId="77777777">
        <w:trPr>
          <w:jc w:val="center"/>
        </w:trPr>
        <w:tc>
          <w:tcPr>
            <w:tcW w:w="576" w:type="dxa"/>
            <w:vAlign w:val="center"/>
          </w:tcPr>
          <w:p w14:paraId="0721AA9A" w14:textId="77777777" w:rsidR="006127CA" w:rsidRDefault="00000000">
            <w:r>
              <w:rPr>
                <w:sz w:val="18"/>
              </w:rPr>
              <w:t>3</w:t>
            </w:r>
          </w:p>
        </w:tc>
        <w:tc>
          <w:tcPr>
            <w:tcW w:w="2232" w:type="dxa"/>
            <w:vAlign w:val="center"/>
          </w:tcPr>
          <w:p w14:paraId="319A793D" w14:textId="77777777" w:rsidR="006127CA" w:rsidRDefault="00000000">
            <w:r>
              <w:rPr>
                <w:sz w:val="18"/>
              </w:rPr>
              <w:t>Ngày sinh</w:t>
            </w:r>
          </w:p>
        </w:tc>
        <w:tc>
          <w:tcPr>
            <w:tcW w:w="3816" w:type="dxa"/>
            <w:vAlign w:val="center"/>
          </w:tcPr>
          <w:p w14:paraId="0E29E1D8" w14:textId="77777777" w:rsidR="006127CA" w:rsidRDefault="00000000">
            <w:r>
              <w:rPr>
                <w:sz w:val="18"/>
              </w:rPr>
              <w:t>Nhập ngày, tháng, năm sinh của trẻ.</w:t>
            </w:r>
          </w:p>
        </w:tc>
        <w:tc>
          <w:tcPr>
            <w:tcW w:w="1440" w:type="dxa"/>
            <w:vAlign w:val="center"/>
          </w:tcPr>
          <w:p w14:paraId="77C9D649" w14:textId="77777777" w:rsidR="006127CA" w:rsidRDefault="00000000">
            <w:r>
              <w:rPr>
                <w:sz w:val="18"/>
              </w:rPr>
              <w:t>Ngày tháng</w:t>
            </w:r>
          </w:p>
        </w:tc>
        <w:tc>
          <w:tcPr>
            <w:tcW w:w="2376" w:type="dxa"/>
            <w:vAlign w:val="center"/>
          </w:tcPr>
          <w:p w14:paraId="152E9EEA" w14:textId="77777777" w:rsidR="006127CA" w:rsidRDefault="00000000">
            <w:r>
              <w:rPr>
                <w:sz w:val="18"/>
              </w:rPr>
              <w:t>Theo hồ sơ</w:t>
            </w:r>
          </w:p>
        </w:tc>
      </w:tr>
      <w:tr w:rsidR="006127CA" w14:paraId="1E4412CF" w14:textId="77777777">
        <w:trPr>
          <w:jc w:val="center"/>
        </w:trPr>
        <w:tc>
          <w:tcPr>
            <w:tcW w:w="576" w:type="dxa"/>
            <w:vAlign w:val="center"/>
          </w:tcPr>
          <w:p w14:paraId="03780A34" w14:textId="77777777" w:rsidR="006127CA" w:rsidRDefault="00000000">
            <w:r>
              <w:rPr>
                <w:sz w:val="18"/>
              </w:rPr>
              <w:t>4</w:t>
            </w:r>
          </w:p>
        </w:tc>
        <w:tc>
          <w:tcPr>
            <w:tcW w:w="2232" w:type="dxa"/>
            <w:vAlign w:val="center"/>
          </w:tcPr>
          <w:p w14:paraId="2F2C126E" w14:textId="77777777" w:rsidR="006127CA" w:rsidRDefault="00000000">
            <w:r>
              <w:rPr>
                <w:sz w:val="18"/>
              </w:rPr>
              <w:t>Giới</w:t>
            </w:r>
          </w:p>
        </w:tc>
        <w:tc>
          <w:tcPr>
            <w:tcW w:w="3816" w:type="dxa"/>
            <w:vAlign w:val="center"/>
          </w:tcPr>
          <w:p w14:paraId="48CBDFE0" w14:textId="77777777" w:rsidR="006127CA" w:rsidRDefault="00000000">
            <w:r>
              <w:rPr>
                <w:sz w:val="18"/>
              </w:rPr>
              <w:t>Chọn một giá trị.</w:t>
            </w:r>
          </w:p>
        </w:tc>
        <w:tc>
          <w:tcPr>
            <w:tcW w:w="1440" w:type="dxa"/>
            <w:vAlign w:val="center"/>
          </w:tcPr>
          <w:p w14:paraId="50586D04" w14:textId="77777777" w:rsidR="006127CA" w:rsidRDefault="00000000">
            <w:r>
              <w:rPr>
                <w:sz w:val="18"/>
              </w:rPr>
              <w:t>Lựa chọn</w:t>
            </w:r>
          </w:p>
        </w:tc>
        <w:tc>
          <w:tcPr>
            <w:tcW w:w="2376" w:type="dxa"/>
            <w:vAlign w:val="center"/>
          </w:tcPr>
          <w:p w14:paraId="6B5B07B8" w14:textId="77777777" w:rsidR="006127CA" w:rsidRDefault="00000000">
            <w:r>
              <w:rPr>
                <w:sz w:val="18"/>
              </w:rPr>
              <w:t>Nam / Nữ</w:t>
            </w:r>
          </w:p>
        </w:tc>
      </w:tr>
      <w:tr w:rsidR="006127CA" w14:paraId="3DA6ACEB" w14:textId="77777777">
        <w:trPr>
          <w:jc w:val="center"/>
        </w:trPr>
        <w:tc>
          <w:tcPr>
            <w:tcW w:w="576" w:type="dxa"/>
            <w:vAlign w:val="center"/>
          </w:tcPr>
          <w:p w14:paraId="34925782" w14:textId="77777777" w:rsidR="006127CA" w:rsidRDefault="00000000">
            <w:r>
              <w:rPr>
                <w:sz w:val="18"/>
              </w:rPr>
              <w:t>5</w:t>
            </w:r>
          </w:p>
        </w:tc>
        <w:tc>
          <w:tcPr>
            <w:tcW w:w="2232" w:type="dxa"/>
            <w:vAlign w:val="center"/>
          </w:tcPr>
          <w:p w14:paraId="6D33D491" w14:textId="77777777" w:rsidR="006127CA" w:rsidRDefault="00000000">
            <w:r>
              <w:rPr>
                <w:sz w:val="18"/>
              </w:rPr>
              <w:t>Sinh non</w:t>
            </w:r>
          </w:p>
        </w:tc>
        <w:tc>
          <w:tcPr>
            <w:tcW w:w="3816" w:type="dxa"/>
            <w:vAlign w:val="center"/>
          </w:tcPr>
          <w:p w14:paraId="786E9D4F" w14:textId="77777777" w:rsidR="006127CA" w:rsidRDefault="00000000">
            <w:r>
              <w:rPr>
                <w:sz w:val="18"/>
              </w:rPr>
              <w:t>Xác định trẻ có sinh non hay không.</w:t>
            </w:r>
          </w:p>
        </w:tc>
        <w:tc>
          <w:tcPr>
            <w:tcW w:w="1440" w:type="dxa"/>
            <w:vAlign w:val="center"/>
          </w:tcPr>
          <w:p w14:paraId="4695C96C" w14:textId="77777777" w:rsidR="006127CA" w:rsidRDefault="00000000">
            <w:r>
              <w:rPr>
                <w:sz w:val="18"/>
              </w:rPr>
              <w:t>Lựa chọn</w:t>
            </w:r>
          </w:p>
        </w:tc>
        <w:tc>
          <w:tcPr>
            <w:tcW w:w="2376" w:type="dxa"/>
            <w:vAlign w:val="center"/>
          </w:tcPr>
          <w:p w14:paraId="7B5D1976" w14:textId="77777777" w:rsidR="006127CA" w:rsidRDefault="00000000">
            <w:r>
              <w:rPr>
                <w:sz w:val="18"/>
              </w:rPr>
              <w:t>Không / Có</w:t>
            </w:r>
          </w:p>
        </w:tc>
      </w:tr>
      <w:tr w:rsidR="006127CA" w14:paraId="66856416" w14:textId="77777777">
        <w:trPr>
          <w:jc w:val="center"/>
        </w:trPr>
        <w:tc>
          <w:tcPr>
            <w:tcW w:w="576" w:type="dxa"/>
            <w:vAlign w:val="center"/>
          </w:tcPr>
          <w:p w14:paraId="3E448053" w14:textId="77777777" w:rsidR="006127CA" w:rsidRDefault="00000000">
            <w:r>
              <w:rPr>
                <w:sz w:val="18"/>
              </w:rPr>
              <w:t>6</w:t>
            </w:r>
          </w:p>
        </w:tc>
        <w:tc>
          <w:tcPr>
            <w:tcW w:w="2232" w:type="dxa"/>
            <w:vAlign w:val="center"/>
          </w:tcPr>
          <w:p w14:paraId="64FBB888" w14:textId="77777777" w:rsidR="006127CA" w:rsidRDefault="00000000">
            <w:r>
              <w:rPr>
                <w:sz w:val="18"/>
              </w:rPr>
              <w:t>Tuần thai khi sinh</w:t>
            </w:r>
          </w:p>
        </w:tc>
        <w:tc>
          <w:tcPr>
            <w:tcW w:w="3816" w:type="dxa"/>
            <w:vAlign w:val="center"/>
          </w:tcPr>
          <w:p w14:paraId="27E32514" w14:textId="77777777" w:rsidR="006127CA" w:rsidRDefault="00000000">
            <w:r>
              <w:rPr>
                <w:sz w:val="18"/>
              </w:rPr>
              <w:t>Nhập số tuần thai nếu có thông tin phù hợp.</w:t>
            </w:r>
          </w:p>
        </w:tc>
        <w:tc>
          <w:tcPr>
            <w:tcW w:w="1440" w:type="dxa"/>
            <w:vAlign w:val="center"/>
          </w:tcPr>
          <w:p w14:paraId="50124AC7" w14:textId="77777777" w:rsidR="006127CA" w:rsidRDefault="00000000">
            <w:r>
              <w:rPr>
                <w:sz w:val="18"/>
              </w:rPr>
              <w:t>Số</w:t>
            </w:r>
          </w:p>
        </w:tc>
        <w:tc>
          <w:tcPr>
            <w:tcW w:w="2376" w:type="dxa"/>
            <w:vAlign w:val="center"/>
          </w:tcPr>
          <w:p w14:paraId="68CB9E50" w14:textId="77777777" w:rsidR="006127CA" w:rsidRDefault="00000000">
            <w:r>
              <w:rPr>
                <w:sz w:val="18"/>
              </w:rPr>
              <w:t>... tuần</w:t>
            </w:r>
          </w:p>
        </w:tc>
      </w:tr>
      <w:tr w:rsidR="006127CA" w14:paraId="09FFA57B" w14:textId="77777777">
        <w:trPr>
          <w:jc w:val="center"/>
        </w:trPr>
        <w:tc>
          <w:tcPr>
            <w:tcW w:w="576" w:type="dxa"/>
            <w:vAlign w:val="center"/>
          </w:tcPr>
          <w:p w14:paraId="265D97F4" w14:textId="77777777" w:rsidR="006127CA" w:rsidRDefault="00000000">
            <w:r>
              <w:rPr>
                <w:sz w:val="18"/>
              </w:rPr>
              <w:t>7</w:t>
            </w:r>
          </w:p>
        </w:tc>
        <w:tc>
          <w:tcPr>
            <w:tcW w:w="2232" w:type="dxa"/>
            <w:vAlign w:val="center"/>
          </w:tcPr>
          <w:p w14:paraId="6F9B3E0F" w14:textId="77777777" w:rsidR="006127CA" w:rsidRDefault="00000000">
            <w:r>
              <w:rPr>
                <w:sz w:val="18"/>
              </w:rPr>
              <w:t>Dân tộc</w:t>
            </w:r>
          </w:p>
        </w:tc>
        <w:tc>
          <w:tcPr>
            <w:tcW w:w="3816" w:type="dxa"/>
            <w:vAlign w:val="center"/>
          </w:tcPr>
          <w:p w14:paraId="31A8BE29" w14:textId="77777777" w:rsidR="006127CA" w:rsidRDefault="00000000">
            <w:r>
              <w:rPr>
                <w:sz w:val="18"/>
              </w:rPr>
              <w:t>Nhập dân tộc của trẻ.</w:t>
            </w:r>
          </w:p>
        </w:tc>
        <w:tc>
          <w:tcPr>
            <w:tcW w:w="1440" w:type="dxa"/>
            <w:vAlign w:val="center"/>
          </w:tcPr>
          <w:p w14:paraId="3193F659" w14:textId="77777777" w:rsidR="006127CA" w:rsidRDefault="00000000">
            <w:r>
              <w:rPr>
                <w:sz w:val="18"/>
              </w:rPr>
              <w:t>Văn bản</w:t>
            </w:r>
          </w:p>
        </w:tc>
        <w:tc>
          <w:tcPr>
            <w:tcW w:w="2376" w:type="dxa"/>
            <w:vAlign w:val="center"/>
          </w:tcPr>
          <w:p w14:paraId="145E8ACD" w14:textId="77777777" w:rsidR="006127CA" w:rsidRDefault="00000000">
            <w:r>
              <w:rPr>
                <w:sz w:val="18"/>
              </w:rPr>
              <w:t>Theo hồ sơ</w:t>
            </w:r>
          </w:p>
        </w:tc>
      </w:tr>
      <w:tr w:rsidR="006127CA" w14:paraId="23D0057A" w14:textId="77777777">
        <w:trPr>
          <w:jc w:val="center"/>
        </w:trPr>
        <w:tc>
          <w:tcPr>
            <w:tcW w:w="576" w:type="dxa"/>
            <w:vAlign w:val="center"/>
          </w:tcPr>
          <w:p w14:paraId="2F7C0C58" w14:textId="77777777" w:rsidR="006127CA" w:rsidRDefault="00000000">
            <w:r>
              <w:rPr>
                <w:sz w:val="18"/>
              </w:rPr>
              <w:t>8</w:t>
            </w:r>
          </w:p>
        </w:tc>
        <w:tc>
          <w:tcPr>
            <w:tcW w:w="2232" w:type="dxa"/>
            <w:vAlign w:val="center"/>
          </w:tcPr>
          <w:p w14:paraId="44F24956" w14:textId="77777777" w:rsidR="006127CA" w:rsidRDefault="00000000">
            <w:r>
              <w:rPr>
                <w:sz w:val="18"/>
              </w:rPr>
              <w:t>Đối tượng</w:t>
            </w:r>
          </w:p>
        </w:tc>
        <w:tc>
          <w:tcPr>
            <w:tcW w:w="3816" w:type="dxa"/>
            <w:vAlign w:val="center"/>
          </w:tcPr>
          <w:p w14:paraId="1DF43904" w14:textId="77777777" w:rsidR="006127CA" w:rsidRDefault="00000000">
            <w:r>
              <w:rPr>
                <w:sz w:val="18"/>
              </w:rPr>
              <w:t>Nhập/chọn đối tượng theo hệ thống.</w:t>
            </w:r>
          </w:p>
        </w:tc>
        <w:tc>
          <w:tcPr>
            <w:tcW w:w="1440" w:type="dxa"/>
            <w:vAlign w:val="center"/>
          </w:tcPr>
          <w:p w14:paraId="3D3C20F3" w14:textId="77777777" w:rsidR="006127CA" w:rsidRDefault="00000000">
            <w:r>
              <w:rPr>
                <w:sz w:val="18"/>
              </w:rPr>
              <w:t>Lựa chọn/văn bản</w:t>
            </w:r>
          </w:p>
        </w:tc>
        <w:tc>
          <w:tcPr>
            <w:tcW w:w="2376" w:type="dxa"/>
            <w:vAlign w:val="center"/>
          </w:tcPr>
          <w:p w14:paraId="46C8E397" w14:textId="77777777" w:rsidR="006127CA" w:rsidRDefault="00000000">
            <w:r>
              <w:rPr>
                <w:sz w:val="18"/>
              </w:rPr>
              <w:t>Theo danh mục hệ thống</w:t>
            </w:r>
          </w:p>
        </w:tc>
      </w:tr>
      <w:tr w:rsidR="006127CA" w14:paraId="67F8055E" w14:textId="77777777">
        <w:trPr>
          <w:jc w:val="center"/>
        </w:trPr>
        <w:tc>
          <w:tcPr>
            <w:tcW w:w="576" w:type="dxa"/>
            <w:vAlign w:val="center"/>
          </w:tcPr>
          <w:p w14:paraId="7E6EE931" w14:textId="77777777" w:rsidR="006127CA" w:rsidRDefault="00000000">
            <w:r>
              <w:rPr>
                <w:sz w:val="18"/>
              </w:rPr>
              <w:t>9</w:t>
            </w:r>
          </w:p>
        </w:tc>
        <w:tc>
          <w:tcPr>
            <w:tcW w:w="2232" w:type="dxa"/>
            <w:vAlign w:val="center"/>
          </w:tcPr>
          <w:p w14:paraId="7FF4EEC3" w14:textId="77777777" w:rsidR="006127CA" w:rsidRDefault="00000000">
            <w:r>
              <w:rPr>
                <w:sz w:val="18"/>
              </w:rPr>
              <w:t>Nguồn chi trả</w:t>
            </w:r>
          </w:p>
        </w:tc>
        <w:tc>
          <w:tcPr>
            <w:tcW w:w="3816" w:type="dxa"/>
            <w:vAlign w:val="center"/>
          </w:tcPr>
          <w:p w14:paraId="7278B9AE" w14:textId="77777777" w:rsidR="006127CA" w:rsidRDefault="00000000">
            <w:r>
              <w:rPr>
                <w:sz w:val="18"/>
              </w:rPr>
              <w:t>Nhập/chọn nguồn chi trả.</w:t>
            </w:r>
          </w:p>
        </w:tc>
        <w:tc>
          <w:tcPr>
            <w:tcW w:w="1440" w:type="dxa"/>
            <w:vAlign w:val="center"/>
          </w:tcPr>
          <w:p w14:paraId="1C783862" w14:textId="77777777" w:rsidR="006127CA" w:rsidRDefault="00000000">
            <w:r>
              <w:rPr>
                <w:sz w:val="18"/>
              </w:rPr>
              <w:t>Lựa chọn/văn bản</w:t>
            </w:r>
          </w:p>
        </w:tc>
        <w:tc>
          <w:tcPr>
            <w:tcW w:w="2376" w:type="dxa"/>
            <w:vAlign w:val="center"/>
          </w:tcPr>
          <w:p w14:paraId="4B17B7EE" w14:textId="77777777" w:rsidR="006127CA" w:rsidRDefault="00000000">
            <w:r>
              <w:rPr>
                <w:sz w:val="18"/>
              </w:rPr>
              <w:t>Theo danh mục hệ thống</w:t>
            </w:r>
          </w:p>
        </w:tc>
      </w:tr>
      <w:tr w:rsidR="006127CA" w14:paraId="3151BD2B" w14:textId="77777777">
        <w:trPr>
          <w:jc w:val="center"/>
        </w:trPr>
        <w:tc>
          <w:tcPr>
            <w:tcW w:w="576" w:type="dxa"/>
            <w:vAlign w:val="center"/>
          </w:tcPr>
          <w:p w14:paraId="30F2D42C" w14:textId="77777777" w:rsidR="006127CA" w:rsidRDefault="00000000">
            <w:r>
              <w:rPr>
                <w:sz w:val="18"/>
              </w:rPr>
              <w:t>10</w:t>
            </w:r>
          </w:p>
        </w:tc>
        <w:tc>
          <w:tcPr>
            <w:tcW w:w="2232" w:type="dxa"/>
            <w:vAlign w:val="center"/>
          </w:tcPr>
          <w:p w14:paraId="6EC25A79" w14:textId="77777777" w:rsidR="006127CA" w:rsidRDefault="00000000">
            <w:r>
              <w:rPr>
                <w:sz w:val="18"/>
              </w:rPr>
              <w:t>Nhóm máu</w:t>
            </w:r>
          </w:p>
        </w:tc>
        <w:tc>
          <w:tcPr>
            <w:tcW w:w="3816" w:type="dxa"/>
            <w:vAlign w:val="center"/>
          </w:tcPr>
          <w:p w14:paraId="3115C088" w14:textId="77777777" w:rsidR="006127CA" w:rsidRDefault="00000000">
            <w:r>
              <w:rPr>
                <w:sz w:val="18"/>
              </w:rPr>
              <w:t>Nhập nhóm máu nếu có.</w:t>
            </w:r>
          </w:p>
        </w:tc>
        <w:tc>
          <w:tcPr>
            <w:tcW w:w="1440" w:type="dxa"/>
            <w:vAlign w:val="center"/>
          </w:tcPr>
          <w:p w14:paraId="2A87DC87" w14:textId="77777777" w:rsidR="006127CA" w:rsidRDefault="00000000">
            <w:r>
              <w:rPr>
                <w:sz w:val="18"/>
              </w:rPr>
              <w:t>Văn bản</w:t>
            </w:r>
          </w:p>
        </w:tc>
        <w:tc>
          <w:tcPr>
            <w:tcW w:w="2376" w:type="dxa"/>
            <w:vAlign w:val="center"/>
          </w:tcPr>
          <w:p w14:paraId="3923E695" w14:textId="77777777" w:rsidR="006127CA" w:rsidRDefault="00000000">
            <w:r>
              <w:rPr>
                <w:sz w:val="18"/>
              </w:rPr>
              <w:t>Nếu có</w:t>
            </w:r>
          </w:p>
        </w:tc>
      </w:tr>
      <w:tr w:rsidR="006127CA" w14:paraId="5EABE615" w14:textId="77777777">
        <w:trPr>
          <w:jc w:val="center"/>
        </w:trPr>
        <w:tc>
          <w:tcPr>
            <w:tcW w:w="576" w:type="dxa"/>
            <w:vAlign w:val="center"/>
          </w:tcPr>
          <w:p w14:paraId="27D2E8B3" w14:textId="77777777" w:rsidR="006127CA" w:rsidRDefault="00000000">
            <w:r>
              <w:rPr>
                <w:sz w:val="18"/>
              </w:rPr>
              <w:t>11</w:t>
            </w:r>
          </w:p>
        </w:tc>
        <w:tc>
          <w:tcPr>
            <w:tcW w:w="2232" w:type="dxa"/>
            <w:vAlign w:val="center"/>
          </w:tcPr>
          <w:p w14:paraId="6135D8D7" w14:textId="77777777" w:rsidR="006127CA" w:rsidRDefault="00000000">
            <w:r>
              <w:rPr>
                <w:sz w:val="18"/>
              </w:rPr>
              <w:t>Nơi ở hiện tại</w:t>
            </w:r>
          </w:p>
        </w:tc>
        <w:tc>
          <w:tcPr>
            <w:tcW w:w="3816" w:type="dxa"/>
            <w:vAlign w:val="center"/>
          </w:tcPr>
          <w:p w14:paraId="69CCAAB0" w14:textId="77777777" w:rsidR="006127CA" w:rsidRDefault="00000000">
            <w:r>
              <w:rPr>
                <w:sz w:val="18"/>
              </w:rPr>
              <w:t>Nhập tỉnh/thành; phường/xã; số nhà/thôn/xóm.</w:t>
            </w:r>
          </w:p>
        </w:tc>
        <w:tc>
          <w:tcPr>
            <w:tcW w:w="1440" w:type="dxa"/>
            <w:vAlign w:val="center"/>
          </w:tcPr>
          <w:p w14:paraId="6BBD0211" w14:textId="77777777" w:rsidR="006127CA" w:rsidRDefault="00000000">
            <w:r>
              <w:rPr>
                <w:sz w:val="18"/>
              </w:rPr>
              <w:t>Địa chỉ</w:t>
            </w:r>
          </w:p>
        </w:tc>
        <w:tc>
          <w:tcPr>
            <w:tcW w:w="2376" w:type="dxa"/>
            <w:vAlign w:val="center"/>
          </w:tcPr>
          <w:p w14:paraId="4D05481A" w14:textId="77777777" w:rsidR="006127CA" w:rsidRDefault="00000000">
            <w:r>
              <w:rPr>
                <w:sz w:val="18"/>
              </w:rPr>
              <w:t>Theo nơi ở hiện tại</w:t>
            </w:r>
          </w:p>
        </w:tc>
      </w:tr>
      <w:tr w:rsidR="006127CA" w14:paraId="3A28EBE7" w14:textId="77777777">
        <w:trPr>
          <w:jc w:val="center"/>
        </w:trPr>
        <w:tc>
          <w:tcPr>
            <w:tcW w:w="576" w:type="dxa"/>
            <w:vAlign w:val="center"/>
          </w:tcPr>
          <w:p w14:paraId="03A6AF44" w14:textId="77777777" w:rsidR="006127CA" w:rsidRDefault="00000000">
            <w:r>
              <w:rPr>
                <w:sz w:val="18"/>
              </w:rPr>
              <w:t>12</w:t>
            </w:r>
          </w:p>
        </w:tc>
        <w:tc>
          <w:tcPr>
            <w:tcW w:w="2232" w:type="dxa"/>
            <w:vAlign w:val="center"/>
          </w:tcPr>
          <w:p w14:paraId="2C9E6BF1" w14:textId="77777777" w:rsidR="006127CA" w:rsidRDefault="00000000">
            <w:r>
              <w:rPr>
                <w:sz w:val="18"/>
              </w:rPr>
              <w:t>Tên cơ sở giáo dục đang theo học</w:t>
            </w:r>
          </w:p>
        </w:tc>
        <w:tc>
          <w:tcPr>
            <w:tcW w:w="3816" w:type="dxa"/>
            <w:vAlign w:val="center"/>
          </w:tcPr>
          <w:p w14:paraId="549FC4C8" w14:textId="77777777" w:rsidR="006127CA" w:rsidRDefault="00000000">
            <w:r>
              <w:rPr>
                <w:sz w:val="18"/>
              </w:rPr>
              <w:t>Nhập tên cơ sở giáo dục.</w:t>
            </w:r>
          </w:p>
        </w:tc>
        <w:tc>
          <w:tcPr>
            <w:tcW w:w="1440" w:type="dxa"/>
            <w:vAlign w:val="center"/>
          </w:tcPr>
          <w:p w14:paraId="104D0A65" w14:textId="77777777" w:rsidR="006127CA" w:rsidRDefault="00000000">
            <w:r>
              <w:rPr>
                <w:sz w:val="18"/>
              </w:rPr>
              <w:t>Văn bản</w:t>
            </w:r>
          </w:p>
        </w:tc>
        <w:tc>
          <w:tcPr>
            <w:tcW w:w="2376" w:type="dxa"/>
            <w:vAlign w:val="center"/>
          </w:tcPr>
          <w:p w14:paraId="76948115" w14:textId="2A4F08A6" w:rsidR="006127CA" w:rsidRPr="008F7571" w:rsidRDefault="008F7571">
            <w:pPr>
              <w:rPr>
                <w:sz w:val="18"/>
                <w:szCs w:val="18"/>
              </w:rPr>
            </w:pPr>
            <w:r>
              <w:rPr>
                <w:sz w:val="18"/>
                <w:szCs w:val="18"/>
              </w:rPr>
              <w:t>Mặc định là tên đơn vị</w:t>
            </w:r>
          </w:p>
        </w:tc>
      </w:tr>
      <w:tr w:rsidR="006127CA" w14:paraId="0A62F2C4" w14:textId="77777777">
        <w:trPr>
          <w:jc w:val="center"/>
        </w:trPr>
        <w:tc>
          <w:tcPr>
            <w:tcW w:w="576" w:type="dxa"/>
            <w:vAlign w:val="center"/>
          </w:tcPr>
          <w:p w14:paraId="4EEEDEB3" w14:textId="77777777" w:rsidR="006127CA" w:rsidRDefault="00000000">
            <w:r>
              <w:rPr>
                <w:sz w:val="18"/>
              </w:rPr>
              <w:t>13</w:t>
            </w:r>
          </w:p>
        </w:tc>
        <w:tc>
          <w:tcPr>
            <w:tcW w:w="2232" w:type="dxa"/>
            <w:vAlign w:val="center"/>
          </w:tcPr>
          <w:p w14:paraId="3CE25471" w14:textId="77777777" w:rsidR="006127CA" w:rsidRDefault="00000000">
            <w:r>
              <w:rPr>
                <w:sz w:val="18"/>
              </w:rPr>
              <w:t>Họ tên người đi cùng trẻ/Người giám hộ</w:t>
            </w:r>
          </w:p>
        </w:tc>
        <w:tc>
          <w:tcPr>
            <w:tcW w:w="3816" w:type="dxa"/>
            <w:vAlign w:val="center"/>
          </w:tcPr>
          <w:p w14:paraId="51CE3D9B" w14:textId="77777777" w:rsidR="006127CA" w:rsidRDefault="00000000">
            <w:r>
              <w:rPr>
                <w:sz w:val="18"/>
              </w:rPr>
              <w:t>Nhập đầy đủ họ tên.</w:t>
            </w:r>
          </w:p>
        </w:tc>
        <w:tc>
          <w:tcPr>
            <w:tcW w:w="1440" w:type="dxa"/>
            <w:vAlign w:val="center"/>
          </w:tcPr>
          <w:p w14:paraId="701E32E1" w14:textId="77777777" w:rsidR="006127CA" w:rsidRDefault="00000000">
            <w:r>
              <w:rPr>
                <w:sz w:val="18"/>
              </w:rPr>
              <w:t>Văn bản</w:t>
            </w:r>
          </w:p>
        </w:tc>
        <w:tc>
          <w:tcPr>
            <w:tcW w:w="2376" w:type="dxa"/>
            <w:vAlign w:val="center"/>
          </w:tcPr>
          <w:p w14:paraId="5192DE32" w14:textId="77777777" w:rsidR="006127CA" w:rsidRDefault="00000000">
            <w:r>
              <w:rPr>
                <w:sz w:val="18"/>
              </w:rPr>
              <w:t>Theo thông tin cung cấp</w:t>
            </w:r>
          </w:p>
        </w:tc>
      </w:tr>
      <w:tr w:rsidR="006127CA" w14:paraId="1EC7E2F5" w14:textId="77777777">
        <w:trPr>
          <w:jc w:val="center"/>
        </w:trPr>
        <w:tc>
          <w:tcPr>
            <w:tcW w:w="576" w:type="dxa"/>
            <w:vAlign w:val="center"/>
          </w:tcPr>
          <w:p w14:paraId="11081170" w14:textId="77777777" w:rsidR="006127CA" w:rsidRDefault="00000000">
            <w:r>
              <w:rPr>
                <w:sz w:val="18"/>
              </w:rPr>
              <w:t>14</w:t>
            </w:r>
          </w:p>
        </w:tc>
        <w:tc>
          <w:tcPr>
            <w:tcW w:w="2232" w:type="dxa"/>
            <w:vAlign w:val="center"/>
          </w:tcPr>
          <w:p w14:paraId="7D91AD0E" w14:textId="77777777" w:rsidR="006127CA" w:rsidRDefault="00000000">
            <w:r>
              <w:rPr>
                <w:sz w:val="18"/>
              </w:rPr>
              <w:t>Mối quan hệ với trẻ</w:t>
            </w:r>
          </w:p>
        </w:tc>
        <w:tc>
          <w:tcPr>
            <w:tcW w:w="3816" w:type="dxa"/>
            <w:vAlign w:val="center"/>
          </w:tcPr>
          <w:p w14:paraId="58A8FB34" w14:textId="77777777" w:rsidR="006127CA" w:rsidRDefault="00000000">
            <w:r>
              <w:rPr>
                <w:sz w:val="18"/>
              </w:rPr>
              <w:t>Chọn quan hệ phù hợp.</w:t>
            </w:r>
          </w:p>
        </w:tc>
        <w:tc>
          <w:tcPr>
            <w:tcW w:w="1440" w:type="dxa"/>
            <w:vAlign w:val="center"/>
          </w:tcPr>
          <w:p w14:paraId="65B9E350" w14:textId="77777777" w:rsidR="006127CA" w:rsidRDefault="00000000">
            <w:r>
              <w:rPr>
                <w:sz w:val="18"/>
              </w:rPr>
              <w:t>Lựa chọn</w:t>
            </w:r>
          </w:p>
        </w:tc>
        <w:tc>
          <w:tcPr>
            <w:tcW w:w="2376" w:type="dxa"/>
            <w:vAlign w:val="center"/>
          </w:tcPr>
          <w:p w14:paraId="275263B5" w14:textId="77777777" w:rsidR="006127CA" w:rsidRDefault="00000000">
            <w:r>
              <w:rPr>
                <w:sz w:val="18"/>
              </w:rPr>
              <w:t>Cha / Mẹ / Ông/bà / Anh/chị / Họ hàng / Khác</w:t>
            </w:r>
          </w:p>
        </w:tc>
      </w:tr>
      <w:tr w:rsidR="006127CA" w14:paraId="4258BB2E" w14:textId="77777777">
        <w:trPr>
          <w:jc w:val="center"/>
        </w:trPr>
        <w:tc>
          <w:tcPr>
            <w:tcW w:w="576" w:type="dxa"/>
            <w:vAlign w:val="center"/>
          </w:tcPr>
          <w:p w14:paraId="755AA06D" w14:textId="77777777" w:rsidR="006127CA" w:rsidRDefault="00000000">
            <w:r>
              <w:rPr>
                <w:sz w:val="18"/>
              </w:rPr>
              <w:t>15</w:t>
            </w:r>
          </w:p>
        </w:tc>
        <w:tc>
          <w:tcPr>
            <w:tcW w:w="2232" w:type="dxa"/>
            <w:vAlign w:val="center"/>
          </w:tcPr>
          <w:p w14:paraId="30C9641E" w14:textId="77777777" w:rsidR="006127CA" w:rsidRDefault="00000000">
            <w:r>
              <w:rPr>
                <w:sz w:val="18"/>
              </w:rPr>
              <w:t>Số điện thoại liên hệ</w:t>
            </w:r>
          </w:p>
        </w:tc>
        <w:tc>
          <w:tcPr>
            <w:tcW w:w="3816" w:type="dxa"/>
            <w:vAlign w:val="center"/>
          </w:tcPr>
          <w:p w14:paraId="3912A9BE" w14:textId="77777777" w:rsidR="006127CA" w:rsidRDefault="00000000">
            <w:r>
              <w:rPr>
                <w:sz w:val="18"/>
              </w:rPr>
              <w:t>Nhập số điện thoại liên hệ.</w:t>
            </w:r>
          </w:p>
        </w:tc>
        <w:tc>
          <w:tcPr>
            <w:tcW w:w="1440" w:type="dxa"/>
            <w:vAlign w:val="center"/>
          </w:tcPr>
          <w:p w14:paraId="1C06A582" w14:textId="77777777" w:rsidR="006127CA" w:rsidRDefault="00000000">
            <w:r>
              <w:rPr>
                <w:sz w:val="18"/>
              </w:rPr>
              <w:t>Số điện thoại</w:t>
            </w:r>
          </w:p>
        </w:tc>
        <w:tc>
          <w:tcPr>
            <w:tcW w:w="2376" w:type="dxa"/>
            <w:vAlign w:val="center"/>
          </w:tcPr>
          <w:p w14:paraId="46082AA4" w14:textId="77777777" w:rsidR="006127CA" w:rsidRDefault="00000000">
            <w:r>
              <w:rPr>
                <w:sz w:val="18"/>
              </w:rPr>
              <w:t>Theo người cung cấp</w:t>
            </w:r>
          </w:p>
        </w:tc>
      </w:tr>
      <w:tr w:rsidR="006127CA" w14:paraId="059A5BD7" w14:textId="77777777">
        <w:trPr>
          <w:jc w:val="center"/>
        </w:trPr>
        <w:tc>
          <w:tcPr>
            <w:tcW w:w="576" w:type="dxa"/>
            <w:vAlign w:val="center"/>
          </w:tcPr>
          <w:p w14:paraId="6111B93D" w14:textId="77777777" w:rsidR="006127CA" w:rsidRDefault="00000000">
            <w:r>
              <w:rPr>
                <w:sz w:val="18"/>
              </w:rPr>
              <w:t>15</w:t>
            </w:r>
          </w:p>
        </w:tc>
        <w:tc>
          <w:tcPr>
            <w:tcW w:w="2232" w:type="dxa"/>
            <w:vAlign w:val="center"/>
          </w:tcPr>
          <w:p w14:paraId="7FFC37B7" w14:textId="77777777" w:rsidR="006127CA" w:rsidRDefault="00000000">
            <w:r>
              <w:rPr>
                <w:sz w:val="18"/>
              </w:rPr>
              <w:t>Mã định danh/CCCD người đi cùng trẻ</w:t>
            </w:r>
          </w:p>
        </w:tc>
        <w:tc>
          <w:tcPr>
            <w:tcW w:w="3816" w:type="dxa"/>
            <w:vAlign w:val="center"/>
          </w:tcPr>
          <w:p w14:paraId="09F27087" w14:textId="77777777" w:rsidR="006127CA" w:rsidRDefault="00000000">
            <w:r>
              <w:rPr>
                <w:sz w:val="18"/>
              </w:rPr>
              <w:t>Nhập mã định danh hoặc CCCD.</w:t>
            </w:r>
          </w:p>
        </w:tc>
        <w:tc>
          <w:tcPr>
            <w:tcW w:w="1440" w:type="dxa"/>
            <w:vAlign w:val="center"/>
          </w:tcPr>
          <w:p w14:paraId="34D3A710" w14:textId="77777777" w:rsidR="006127CA" w:rsidRDefault="00000000">
            <w:r>
              <w:rPr>
                <w:sz w:val="18"/>
              </w:rPr>
              <w:t>Văn bản/số</w:t>
            </w:r>
          </w:p>
        </w:tc>
        <w:tc>
          <w:tcPr>
            <w:tcW w:w="2376" w:type="dxa"/>
            <w:vAlign w:val="center"/>
          </w:tcPr>
          <w:p w14:paraId="36BCD73F" w14:textId="77777777" w:rsidR="006127CA" w:rsidRDefault="00000000">
            <w:r>
              <w:rPr>
                <w:sz w:val="18"/>
              </w:rPr>
              <w:t>Theo giấy tờ</w:t>
            </w:r>
          </w:p>
        </w:tc>
      </w:tr>
      <w:tr w:rsidR="006127CA" w14:paraId="457FE2F8" w14:textId="77777777">
        <w:trPr>
          <w:jc w:val="center"/>
        </w:trPr>
        <w:tc>
          <w:tcPr>
            <w:tcW w:w="576" w:type="dxa"/>
            <w:vAlign w:val="center"/>
          </w:tcPr>
          <w:p w14:paraId="0DC1F351" w14:textId="77777777" w:rsidR="006127CA" w:rsidRDefault="00000000">
            <w:r>
              <w:rPr>
                <w:sz w:val="18"/>
              </w:rPr>
              <w:t>16</w:t>
            </w:r>
          </w:p>
        </w:tc>
        <w:tc>
          <w:tcPr>
            <w:tcW w:w="2232" w:type="dxa"/>
            <w:vAlign w:val="center"/>
          </w:tcPr>
          <w:p w14:paraId="64A02458" w14:textId="77777777" w:rsidR="006127CA" w:rsidRDefault="00000000">
            <w:r>
              <w:rPr>
                <w:sz w:val="18"/>
              </w:rPr>
              <w:t>Ngày kiểm tra sức khỏe</w:t>
            </w:r>
          </w:p>
        </w:tc>
        <w:tc>
          <w:tcPr>
            <w:tcW w:w="3816" w:type="dxa"/>
            <w:vAlign w:val="center"/>
          </w:tcPr>
          <w:p w14:paraId="6E9F2D77" w14:textId="77777777" w:rsidR="006127CA" w:rsidRDefault="00000000">
            <w:r>
              <w:rPr>
                <w:sz w:val="18"/>
              </w:rPr>
              <w:t>Nhập ngày thực hiện kiểm tra.</w:t>
            </w:r>
          </w:p>
        </w:tc>
        <w:tc>
          <w:tcPr>
            <w:tcW w:w="1440" w:type="dxa"/>
            <w:vAlign w:val="center"/>
          </w:tcPr>
          <w:p w14:paraId="6BA024D7" w14:textId="77777777" w:rsidR="006127CA" w:rsidRDefault="00000000">
            <w:r>
              <w:rPr>
                <w:sz w:val="18"/>
              </w:rPr>
              <w:t>Ngày tháng</w:t>
            </w:r>
          </w:p>
        </w:tc>
        <w:tc>
          <w:tcPr>
            <w:tcW w:w="2376" w:type="dxa"/>
            <w:vAlign w:val="center"/>
          </w:tcPr>
          <w:p w14:paraId="79B23A9F" w14:textId="77777777" w:rsidR="006127CA" w:rsidRDefault="00000000">
            <w:r>
              <w:rPr>
                <w:sz w:val="18"/>
              </w:rPr>
              <w:t>Theo thực tế</w:t>
            </w:r>
          </w:p>
        </w:tc>
      </w:tr>
      <w:tr w:rsidR="006127CA" w14:paraId="28EAD3FD" w14:textId="77777777">
        <w:trPr>
          <w:jc w:val="center"/>
        </w:trPr>
        <w:tc>
          <w:tcPr>
            <w:tcW w:w="576" w:type="dxa"/>
            <w:vAlign w:val="center"/>
          </w:tcPr>
          <w:p w14:paraId="56330BA6" w14:textId="77777777" w:rsidR="006127CA" w:rsidRDefault="00000000">
            <w:r>
              <w:rPr>
                <w:sz w:val="18"/>
              </w:rPr>
              <w:t>17</w:t>
            </w:r>
          </w:p>
        </w:tc>
        <w:tc>
          <w:tcPr>
            <w:tcW w:w="2232" w:type="dxa"/>
            <w:vAlign w:val="center"/>
          </w:tcPr>
          <w:p w14:paraId="7F52CB0C" w14:textId="77777777" w:rsidR="006127CA" w:rsidRDefault="00000000">
            <w:r>
              <w:rPr>
                <w:sz w:val="18"/>
              </w:rPr>
              <w:t>Cơ sở kiểm tra sức khỏe</w:t>
            </w:r>
          </w:p>
        </w:tc>
        <w:tc>
          <w:tcPr>
            <w:tcW w:w="3816" w:type="dxa"/>
            <w:vAlign w:val="center"/>
          </w:tcPr>
          <w:p w14:paraId="26449335" w14:textId="77777777" w:rsidR="006127CA" w:rsidRDefault="00000000">
            <w:r>
              <w:rPr>
                <w:sz w:val="18"/>
              </w:rPr>
              <w:t>Nhập tên cơ sở thực hiện kiểm tra.</w:t>
            </w:r>
          </w:p>
        </w:tc>
        <w:tc>
          <w:tcPr>
            <w:tcW w:w="1440" w:type="dxa"/>
            <w:vAlign w:val="center"/>
          </w:tcPr>
          <w:p w14:paraId="2FD017DF" w14:textId="77777777" w:rsidR="006127CA" w:rsidRDefault="00000000">
            <w:r>
              <w:rPr>
                <w:sz w:val="18"/>
              </w:rPr>
              <w:t>Văn bản</w:t>
            </w:r>
          </w:p>
        </w:tc>
        <w:tc>
          <w:tcPr>
            <w:tcW w:w="2376" w:type="dxa"/>
            <w:vAlign w:val="center"/>
          </w:tcPr>
          <w:p w14:paraId="5D3081A7" w14:textId="76CB17C8" w:rsidR="006127CA" w:rsidRDefault="008F7571">
            <w:r>
              <w:rPr>
                <w:sz w:val="18"/>
              </w:rPr>
              <w:t>Mặc định theo hệ thống</w:t>
            </w:r>
          </w:p>
        </w:tc>
      </w:tr>
      <w:tr w:rsidR="006127CA" w14:paraId="2D945848" w14:textId="77777777">
        <w:trPr>
          <w:jc w:val="center"/>
        </w:trPr>
        <w:tc>
          <w:tcPr>
            <w:tcW w:w="576" w:type="dxa"/>
            <w:vAlign w:val="center"/>
          </w:tcPr>
          <w:p w14:paraId="53D34F1A" w14:textId="77777777" w:rsidR="006127CA" w:rsidRDefault="00000000">
            <w:r>
              <w:rPr>
                <w:sz w:val="18"/>
              </w:rPr>
              <w:t>18</w:t>
            </w:r>
          </w:p>
        </w:tc>
        <w:tc>
          <w:tcPr>
            <w:tcW w:w="2232" w:type="dxa"/>
            <w:vAlign w:val="center"/>
          </w:tcPr>
          <w:p w14:paraId="6C8E6924" w14:textId="77777777" w:rsidR="006127CA" w:rsidRDefault="00000000">
            <w:r>
              <w:rPr>
                <w:sz w:val="18"/>
              </w:rPr>
              <w:t>Tiền sử</w:t>
            </w:r>
          </w:p>
        </w:tc>
        <w:tc>
          <w:tcPr>
            <w:tcW w:w="3816" w:type="dxa"/>
            <w:vAlign w:val="center"/>
          </w:tcPr>
          <w:p w14:paraId="2E647BF8" w14:textId="77777777" w:rsidR="006127CA" w:rsidRDefault="00000000">
            <w:r>
              <w:rPr>
                <w:sz w:val="18"/>
              </w:rPr>
              <w:t>Ghi nhận tiền sử bản thân, gia đình và tiếp xúc người bệnh lao.</w:t>
            </w:r>
          </w:p>
        </w:tc>
        <w:tc>
          <w:tcPr>
            <w:tcW w:w="1440" w:type="dxa"/>
            <w:vAlign w:val="center"/>
          </w:tcPr>
          <w:p w14:paraId="5FF4B687" w14:textId="77777777" w:rsidR="006127CA" w:rsidRDefault="00000000">
            <w:r>
              <w:rPr>
                <w:sz w:val="18"/>
              </w:rPr>
              <w:t>Lựa chọn + văn bản</w:t>
            </w:r>
          </w:p>
        </w:tc>
        <w:tc>
          <w:tcPr>
            <w:tcW w:w="2376" w:type="dxa"/>
            <w:vAlign w:val="center"/>
          </w:tcPr>
          <w:p w14:paraId="4A0B464A" w14:textId="77777777" w:rsidR="006127CA" w:rsidRDefault="00000000">
            <w:r>
              <w:rPr>
                <w:sz w:val="18"/>
              </w:rPr>
              <w:t>Không/Có; ghi rõ khi có</w:t>
            </w:r>
          </w:p>
        </w:tc>
      </w:tr>
    </w:tbl>
    <w:p w14:paraId="2F0B7C01" w14:textId="77777777" w:rsidR="006127CA" w:rsidRDefault="006127CA"/>
    <w:p w14:paraId="66A0EE87" w14:textId="77777777" w:rsidR="006127CA" w:rsidRDefault="00000000">
      <w:pPr>
        <w:pStyle w:val="Heading2"/>
      </w:pPr>
      <w:r>
        <w:t>3.2. Đánh giá dấu hiệu sinh tồn</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6E623C4E" w14:textId="77777777">
        <w:trPr>
          <w:tblHeader/>
          <w:jc w:val="center"/>
        </w:trPr>
        <w:tc>
          <w:tcPr>
            <w:tcW w:w="2045" w:type="dxa"/>
            <w:shd w:val="clear" w:color="auto" w:fill="D9EAF7"/>
            <w:vAlign w:val="center"/>
          </w:tcPr>
          <w:p w14:paraId="46EBABC7" w14:textId="77777777" w:rsidR="006127CA" w:rsidRDefault="00000000">
            <w:pPr>
              <w:jc w:val="center"/>
            </w:pPr>
            <w:r>
              <w:rPr>
                <w:b/>
                <w:sz w:val="18"/>
              </w:rPr>
              <w:t>STT</w:t>
            </w:r>
          </w:p>
        </w:tc>
        <w:tc>
          <w:tcPr>
            <w:tcW w:w="2045" w:type="dxa"/>
            <w:shd w:val="clear" w:color="auto" w:fill="D9EAF7"/>
            <w:vAlign w:val="center"/>
          </w:tcPr>
          <w:p w14:paraId="5A29B900" w14:textId="77777777" w:rsidR="006127CA" w:rsidRDefault="00000000">
            <w:pPr>
              <w:jc w:val="center"/>
            </w:pPr>
            <w:r>
              <w:rPr>
                <w:b/>
                <w:sz w:val="18"/>
              </w:rPr>
              <w:t>Trường</w:t>
            </w:r>
          </w:p>
        </w:tc>
        <w:tc>
          <w:tcPr>
            <w:tcW w:w="2045" w:type="dxa"/>
            <w:shd w:val="clear" w:color="auto" w:fill="D9EAF7"/>
            <w:vAlign w:val="center"/>
          </w:tcPr>
          <w:p w14:paraId="0DAB0853" w14:textId="77777777" w:rsidR="006127CA" w:rsidRDefault="00000000">
            <w:pPr>
              <w:jc w:val="center"/>
            </w:pPr>
            <w:r>
              <w:rPr>
                <w:b/>
                <w:sz w:val="18"/>
              </w:rPr>
              <w:t>Hướng dẫn nhập</w:t>
            </w:r>
          </w:p>
        </w:tc>
        <w:tc>
          <w:tcPr>
            <w:tcW w:w="2045" w:type="dxa"/>
            <w:shd w:val="clear" w:color="auto" w:fill="D9EAF7"/>
            <w:vAlign w:val="center"/>
          </w:tcPr>
          <w:p w14:paraId="756B0B07" w14:textId="77777777" w:rsidR="006127CA" w:rsidRDefault="00000000">
            <w:pPr>
              <w:jc w:val="center"/>
            </w:pPr>
            <w:r>
              <w:rPr>
                <w:b/>
                <w:sz w:val="18"/>
              </w:rPr>
              <w:t>Kiểu dữ liệu</w:t>
            </w:r>
          </w:p>
        </w:tc>
        <w:tc>
          <w:tcPr>
            <w:tcW w:w="2045" w:type="dxa"/>
            <w:shd w:val="clear" w:color="auto" w:fill="D9EAF7"/>
            <w:vAlign w:val="center"/>
          </w:tcPr>
          <w:p w14:paraId="2692F232" w14:textId="77777777" w:rsidR="006127CA" w:rsidRDefault="00000000">
            <w:pPr>
              <w:jc w:val="center"/>
            </w:pPr>
            <w:r>
              <w:rPr>
                <w:b/>
                <w:sz w:val="18"/>
              </w:rPr>
              <w:t>Giá trị/Lưu ý</w:t>
            </w:r>
          </w:p>
        </w:tc>
      </w:tr>
      <w:tr w:rsidR="006127CA" w14:paraId="62A9ED57" w14:textId="77777777">
        <w:trPr>
          <w:jc w:val="center"/>
        </w:trPr>
        <w:tc>
          <w:tcPr>
            <w:tcW w:w="2045" w:type="dxa"/>
            <w:vAlign w:val="center"/>
          </w:tcPr>
          <w:p w14:paraId="49B07BDD" w14:textId="77777777" w:rsidR="006127CA" w:rsidRDefault="00000000">
            <w:r>
              <w:rPr>
                <w:sz w:val="18"/>
              </w:rPr>
              <w:t>1</w:t>
            </w:r>
          </w:p>
        </w:tc>
        <w:tc>
          <w:tcPr>
            <w:tcW w:w="2045" w:type="dxa"/>
            <w:vAlign w:val="center"/>
          </w:tcPr>
          <w:p w14:paraId="128CAD1F" w14:textId="77777777" w:rsidR="006127CA" w:rsidRDefault="00000000">
            <w:r>
              <w:rPr>
                <w:sz w:val="18"/>
              </w:rPr>
              <w:t>Nhiệt độ</w:t>
            </w:r>
          </w:p>
        </w:tc>
        <w:tc>
          <w:tcPr>
            <w:tcW w:w="2045" w:type="dxa"/>
            <w:vAlign w:val="center"/>
          </w:tcPr>
          <w:p w14:paraId="39DA3DF4" w14:textId="77777777" w:rsidR="006127CA" w:rsidRDefault="00000000">
            <w:r>
              <w:rPr>
                <w:sz w:val="18"/>
              </w:rPr>
              <w:t>Nhập nhiệt độ đo được và chọn tình trạng tương ứng.</w:t>
            </w:r>
          </w:p>
        </w:tc>
        <w:tc>
          <w:tcPr>
            <w:tcW w:w="2045" w:type="dxa"/>
            <w:vAlign w:val="center"/>
          </w:tcPr>
          <w:p w14:paraId="04877C41" w14:textId="77777777" w:rsidR="006127CA" w:rsidRDefault="00000000">
            <w:r>
              <w:rPr>
                <w:sz w:val="18"/>
              </w:rPr>
              <w:t>Số + lựa chọn</w:t>
            </w:r>
          </w:p>
        </w:tc>
        <w:tc>
          <w:tcPr>
            <w:tcW w:w="2045" w:type="dxa"/>
            <w:vAlign w:val="center"/>
          </w:tcPr>
          <w:p w14:paraId="5CB68F72" w14:textId="77777777" w:rsidR="006127CA" w:rsidRDefault="00000000">
            <w:r>
              <w:rPr>
                <w:sz w:val="18"/>
              </w:rPr>
              <w:t>°C; Bình thường / Sốt / Hạ thân nhiệt</w:t>
            </w:r>
          </w:p>
        </w:tc>
      </w:tr>
      <w:tr w:rsidR="006127CA" w14:paraId="5605E753" w14:textId="77777777">
        <w:trPr>
          <w:jc w:val="center"/>
        </w:trPr>
        <w:tc>
          <w:tcPr>
            <w:tcW w:w="2045" w:type="dxa"/>
            <w:vAlign w:val="center"/>
          </w:tcPr>
          <w:p w14:paraId="2C031625" w14:textId="77777777" w:rsidR="006127CA" w:rsidRDefault="00000000">
            <w:r>
              <w:rPr>
                <w:sz w:val="18"/>
              </w:rPr>
              <w:t>2</w:t>
            </w:r>
          </w:p>
        </w:tc>
        <w:tc>
          <w:tcPr>
            <w:tcW w:w="2045" w:type="dxa"/>
            <w:vAlign w:val="center"/>
          </w:tcPr>
          <w:p w14:paraId="0D7566BB" w14:textId="77777777" w:rsidR="006127CA" w:rsidRDefault="00000000">
            <w:r>
              <w:rPr>
                <w:sz w:val="18"/>
              </w:rPr>
              <w:t>Mạch</w:t>
            </w:r>
          </w:p>
        </w:tc>
        <w:tc>
          <w:tcPr>
            <w:tcW w:w="2045" w:type="dxa"/>
            <w:vAlign w:val="center"/>
          </w:tcPr>
          <w:p w14:paraId="6BF2CCE0" w14:textId="77777777" w:rsidR="006127CA" w:rsidRDefault="00000000">
            <w:r>
              <w:rPr>
                <w:sz w:val="18"/>
              </w:rPr>
              <w:t>Nhập số lần mạch trong một phút và đánh giá.</w:t>
            </w:r>
          </w:p>
        </w:tc>
        <w:tc>
          <w:tcPr>
            <w:tcW w:w="2045" w:type="dxa"/>
            <w:vAlign w:val="center"/>
          </w:tcPr>
          <w:p w14:paraId="5CAAAF60" w14:textId="77777777" w:rsidR="006127CA" w:rsidRDefault="00000000">
            <w:r>
              <w:rPr>
                <w:sz w:val="18"/>
              </w:rPr>
              <w:t>Số + lựa chọn</w:t>
            </w:r>
          </w:p>
        </w:tc>
        <w:tc>
          <w:tcPr>
            <w:tcW w:w="2045" w:type="dxa"/>
            <w:vAlign w:val="center"/>
          </w:tcPr>
          <w:p w14:paraId="1B16D569" w14:textId="77777777" w:rsidR="006127CA" w:rsidRDefault="00000000">
            <w:r>
              <w:rPr>
                <w:sz w:val="18"/>
              </w:rPr>
              <w:t>lần/phút; Bình thường / Nhanh</w:t>
            </w:r>
          </w:p>
        </w:tc>
      </w:tr>
      <w:tr w:rsidR="006127CA" w14:paraId="7E567076" w14:textId="77777777">
        <w:trPr>
          <w:jc w:val="center"/>
        </w:trPr>
        <w:tc>
          <w:tcPr>
            <w:tcW w:w="2045" w:type="dxa"/>
            <w:vAlign w:val="center"/>
          </w:tcPr>
          <w:p w14:paraId="3B882E40" w14:textId="77777777" w:rsidR="006127CA" w:rsidRDefault="00000000">
            <w:r>
              <w:rPr>
                <w:sz w:val="18"/>
              </w:rPr>
              <w:t>3</w:t>
            </w:r>
          </w:p>
        </w:tc>
        <w:tc>
          <w:tcPr>
            <w:tcW w:w="2045" w:type="dxa"/>
            <w:vAlign w:val="center"/>
          </w:tcPr>
          <w:p w14:paraId="72631195" w14:textId="77777777" w:rsidR="006127CA" w:rsidRDefault="00000000">
            <w:r>
              <w:rPr>
                <w:sz w:val="18"/>
              </w:rPr>
              <w:t>Nhịp thở</w:t>
            </w:r>
          </w:p>
        </w:tc>
        <w:tc>
          <w:tcPr>
            <w:tcW w:w="2045" w:type="dxa"/>
            <w:vAlign w:val="center"/>
          </w:tcPr>
          <w:p w14:paraId="5DA67424" w14:textId="77777777" w:rsidR="006127CA" w:rsidRDefault="00000000">
            <w:r>
              <w:rPr>
                <w:sz w:val="18"/>
              </w:rPr>
              <w:t>Nhập số nhịp thở trong một phút và đánh giá.</w:t>
            </w:r>
          </w:p>
        </w:tc>
        <w:tc>
          <w:tcPr>
            <w:tcW w:w="2045" w:type="dxa"/>
            <w:vAlign w:val="center"/>
          </w:tcPr>
          <w:p w14:paraId="55C28263" w14:textId="77777777" w:rsidR="006127CA" w:rsidRDefault="00000000">
            <w:r>
              <w:rPr>
                <w:sz w:val="18"/>
              </w:rPr>
              <w:t>Số + lựa chọn</w:t>
            </w:r>
          </w:p>
        </w:tc>
        <w:tc>
          <w:tcPr>
            <w:tcW w:w="2045" w:type="dxa"/>
            <w:vAlign w:val="center"/>
          </w:tcPr>
          <w:p w14:paraId="2210ECBA" w14:textId="77777777" w:rsidR="006127CA" w:rsidRDefault="00000000">
            <w:r>
              <w:rPr>
                <w:sz w:val="18"/>
              </w:rPr>
              <w:t>lần/phút; Bình thường / Thở nhanh / Thở chậm</w:t>
            </w:r>
          </w:p>
        </w:tc>
      </w:tr>
    </w:tbl>
    <w:p w14:paraId="5525575A" w14:textId="77777777" w:rsidR="006127CA" w:rsidRDefault="006127CA"/>
    <w:p w14:paraId="1494F489" w14:textId="77777777" w:rsidR="006127CA" w:rsidRDefault="00000000">
      <w:pPr>
        <w:pStyle w:val="Heading2"/>
      </w:pPr>
      <w:r>
        <w:t>3.3. Đánh giá dinh dưỡng</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1608F4CE" w14:textId="77777777">
        <w:trPr>
          <w:tblHeader/>
          <w:jc w:val="center"/>
        </w:trPr>
        <w:tc>
          <w:tcPr>
            <w:tcW w:w="2045" w:type="dxa"/>
            <w:shd w:val="clear" w:color="auto" w:fill="D9EAF7"/>
            <w:vAlign w:val="center"/>
          </w:tcPr>
          <w:p w14:paraId="3175E145" w14:textId="77777777" w:rsidR="006127CA" w:rsidRDefault="00000000">
            <w:pPr>
              <w:jc w:val="center"/>
            </w:pPr>
            <w:r>
              <w:rPr>
                <w:b/>
                <w:sz w:val="18"/>
              </w:rPr>
              <w:t>STT</w:t>
            </w:r>
          </w:p>
        </w:tc>
        <w:tc>
          <w:tcPr>
            <w:tcW w:w="2045" w:type="dxa"/>
            <w:shd w:val="clear" w:color="auto" w:fill="D9EAF7"/>
            <w:vAlign w:val="center"/>
          </w:tcPr>
          <w:p w14:paraId="124FE212" w14:textId="77777777" w:rsidR="006127CA" w:rsidRDefault="00000000">
            <w:pPr>
              <w:jc w:val="center"/>
            </w:pPr>
            <w:r>
              <w:rPr>
                <w:b/>
                <w:sz w:val="18"/>
              </w:rPr>
              <w:t>Trường</w:t>
            </w:r>
          </w:p>
        </w:tc>
        <w:tc>
          <w:tcPr>
            <w:tcW w:w="2045" w:type="dxa"/>
            <w:shd w:val="clear" w:color="auto" w:fill="D9EAF7"/>
            <w:vAlign w:val="center"/>
          </w:tcPr>
          <w:p w14:paraId="1DA08364" w14:textId="77777777" w:rsidR="006127CA" w:rsidRDefault="00000000">
            <w:pPr>
              <w:jc w:val="center"/>
            </w:pPr>
            <w:r>
              <w:rPr>
                <w:b/>
                <w:sz w:val="18"/>
              </w:rPr>
              <w:t>Hướng dẫn nhập</w:t>
            </w:r>
          </w:p>
        </w:tc>
        <w:tc>
          <w:tcPr>
            <w:tcW w:w="2045" w:type="dxa"/>
            <w:shd w:val="clear" w:color="auto" w:fill="D9EAF7"/>
            <w:vAlign w:val="center"/>
          </w:tcPr>
          <w:p w14:paraId="31DD454E" w14:textId="77777777" w:rsidR="006127CA" w:rsidRDefault="00000000">
            <w:pPr>
              <w:jc w:val="center"/>
            </w:pPr>
            <w:r>
              <w:rPr>
                <w:b/>
                <w:sz w:val="18"/>
              </w:rPr>
              <w:t>Kiểu dữ liệu</w:t>
            </w:r>
          </w:p>
        </w:tc>
        <w:tc>
          <w:tcPr>
            <w:tcW w:w="2045" w:type="dxa"/>
            <w:shd w:val="clear" w:color="auto" w:fill="D9EAF7"/>
            <w:vAlign w:val="center"/>
          </w:tcPr>
          <w:p w14:paraId="10B8A119" w14:textId="77777777" w:rsidR="006127CA" w:rsidRDefault="00000000">
            <w:pPr>
              <w:jc w:val="center"/>
            </w:pPr>
            <w:r>
              <w:rPr>
                <w:b/>
                <w:sz w:val="18"/>
              </w:rPr>
              <w:t>Giá trị/Lưu ý</w:t>
            </w:r>
          </w:p>
        </w:tc>
      </w:tr>
      <w:tr w:rsidR="006127CA" w14:paraId="299A783A" w14:textId="77777777">
        <w:trPr>
          <w:jc w:val="center"/>
        </w:trPr>
        <w:tc>
          <w:tcPr>
            <w:tcW w:w="2045" w:type="dxa"/>
            <w:vAlign w:val="center"/>
          </w:tcPr>
          <w:p w14:paraId="70A44991" w14:textId="77777777" w:rsidR="006127CA" w:rsidRDefault="00000000">
            <w:r>
              <w:rPr>
                <w:sz w:val="18"/>
              </w:rPr>
              <w:t>1</w:t>
            </w:r>
          </w:p>
        </w:tc>
        <w:tc>
          <w:tcPr>
            <w:tcW w:w="2045" w:type="dxa"/>
            <w:vAlign w:val="center"/>
          </w:tcPr>
          <w:p w14:paraId="69A72B7F" w14:textId="77777777" w:rsidR="006127CA" w:rsidRDefault="00000000">
            <w:r>
              <w:rPr>
                <w:sz w:val="18"/>
              </w:rPr>
              <w:t>Chiều dài</w:t>
            </w:r>
          </w:p>
        </w:tc>
        <w:tc>
          <w:tcPr>
            <w:tcW w:w="2045" w:type="dxa"/>
            <w:vAlign w:val="center"/>
          </w:tcPr>
          <w:p w14:paraId="4D3C8FA9" w14:textId="77777777" w:rsidR="006127CA" w:rsidRDefault="00000000">
            <w:r>
              <w:rPr>
                <w:sz w:val="18"/>
              </w:rPr>
              <w:t>Nhập chiều dài của trẻ.</w:t>
            </w:r>
          </w:p>
        </w:tc>
        <w:tc>
          <w:tcPr>
            <w:tcW w:w="2045" w:type="dxa"/>
            <w:vAlign w:val="center"/>
          </w:tcPr>
          <w:p w14:paraId="27602F25" w14:textId="77777777" w:rsidR="006127CA" w:rsidRDefault="00000000">
            <w:r>
              <w:rPr>
                <w:sz w:val="18"/>
              </w:rPr>
              <w:t>Số</w:t>
            </w:r>
          </w:p>
        </w:tc>
        <w:tc>
          <w:tcPr>
            <w:tcW w:w="2045" w:type="dxa"/>
            <w:vAlign w:val="center"/>
          </w:tcPr>
          <w:p w14:paraId="2FFD75BC" w14:textId="77777777" w:rsidR="006127CA" w:rsidRDefault="00000000">
            <w:r>
              <w:rPr>
                <w:sz w:val="18"/>
              </w:rPr>
              <w:t>cm</w:t>
            </w:r>
          </w:p>
        </w:tc>
      </w:tr>
      <w:tr w:rsidR="006127CA" w14:paraId="35C44BED" w14:textId="77777777">
        <w:trPr>
          <w:jc w:val="center"/>
        </w:trPr>
        <w:tc>
          <w:tcPr>
            <w:tcW w:w="2045" w:type="dxa"/>
            <w:vAlign w:val="center"/>
          </w:tcPr>
          <w:p w14:paraId="26031520" w14:textId="77777777" w:rsidR="006127CA" w:rsidRDefault="00000000">
            <w:r>
              <w:rPr>
                <w:sz w:val="18"/>
              </w:rPr>
              <w:t>2</w:t>
            </w:r>
          </w:p>
        </w:tc>
        <w:tc>
          <w:tcPr>
            <w:tcW w:w="2045" w:type="dxa"/>
            <w:vAlign w:val="center"/>
          </w:tcPr>
          <w:p w14:paraId="5F4E2E1C" w14:textId="77777777" w:rsidR="006127CA" w:rsidRDefault="00000000">
            <w:r>
              <w:rPr>
                <w:sz w:val="18"/>
              </w:rPr>
              <w:t>Chiều dài/Tuổi</w:t>
            </w:r>
          </w:p>
        </w:tc>
        <w:tc>
          <w:tcPr>
            <w:tcW w:w="2045" w:type="dxa"/>
            <w:vAlign w:val="center"/>
          </w:tcPr>
          <w:p w14:paraId="554BDEEF" w14:textId="77777777" w:rsidR="006127CA" w:rsidRDefault="00000000">
            <w:r>
              <w:rPr>
                <w:sz w:val="18"/>
              </w:rPr>
              <w:t>Nhập giá trị SD tương ứng nếu hệ thống yêu cầu.</w:t>
            </w:r>
          </w:p>
        </w:tc>
        <w:tc>
          <w:tcPr>
            <w:tcW w:w="2045" w:type="dxa"/>
            <w:vAlign w:val="center"/>
          </w:tcPr>
          <w:p w14:paraId="5AB44CD7" w14:textId="77777777" w:rsidR="006127CA" w:rsidRDefault="00000000">
            <w:r>
              <w:rPr>
                <w:sz w:val="18"/>
              </w:rPr>
              <w:t>Số</w:t>
            </w:r>
          </w:p>
        </w:tc>
        <w:tc>
          <w:tcPr>
            <w:tcW w:w="2045" w:type="dxa"/>
            <w:vAlign w:val="center"/>
          </w:tcPr>
          <w:p w14:paraId="51F4C206" w14:textId="77777777" w:rsidR="006127CA" w:rsidRDefault="00000000">
            <w:r>
              <w:rPr>
                <w:sz w:val="18"/>
              </w:rPr>
              <w:t>SD</w:t>
            </w:r>
          </w:p>
        </w:tc>
      </w:tr>
      <w:tr w:rsidR="006127CA" w14:paraId="641927A6" w14:textId="77777777">
        <w:trPr>
          <w:jc w:val="center"/>
        </w:trPr>
        <w:tc>
          <w:tcPr>
            <w:tcW w:w="2045" w:type="dxa"/>
            <w:vAlign w:val="center"/>
          </w:tcPr>
          <w:p w14:paraId="46A1A494" w14:textId="77777777" w:rsidR="006127CA" w:rsidRDefault="00000000">
            <w:r>
              <w:rPr>
                <w:sz w:val="18"/>
              </w:rPr>
              <w:t>3</w:t>
            </w:r>
          </w:p>
        </w:tc>
        <w:tc>
          <w:tcPr>
            <w:tcW w:w="2045" w:type="dxa"/>
            <w:vAlign w:val="center"/>
          </w:tcPr>
          <w:p w14:paraId="4233A7AB" w14:textId="77777777" w:rsidR="006127CA" w:rsidRDefault="00000000">
            <w:r>
              <w:rPr>
                <w:sz w:val="18"/>
              </w:rPr>
              <w:t>Cân nặng</w:t>
            </w:r>
          </w:p>
        </w:tc>
        <w:tc>
          <w:tcPr>
            <w:tcW w:w="2045" w:type="dxa"/>
            <w:vAlign w:val="center"/>
          </w:tcPr>
          <w:p w14:paraId="52B42628" w14:textId="77777777" w:rsidR="006127CA" w:rsidRDefault="00000000">
            <w:r>
              <w:rPr>
                <w:sz w:val="18"/>
              </w:rPr>
              <w:t>Nhập cân nặng.</w:t>
            </w:r>
          </w:p>
        </w:tc>
        <w:tc>
          <w:tcPr>
            <w:tcW w:w="2045" w:type="dxa"/>
            <w:vAlign w:val="center"/>
          </w:tcPr>
          <w:p w14:paraId="6428C0F8" w14:textId="77777777" w:rsidR="006127CA" w:rsidRDefault="00000000">
            <w:r>
              <w:rPr>
                <w:sz w:val="18"/>
              </w:rPr>
              <w:t>Số</w:t>
            </w:r>
          </w:p>
        </w:tc>
        <w:tc>
          <w:tcPr>
            <w:tcW w:w="2045" w:type="dxa"/>
            <w:vAlign w:val="center"/>
          </w:tcPr>
          <w:p w14:paraId="0A7FCE47" w14:textId="77777777" w:rsidR="006127CA" w:rsidRDefault="00000000">
            <w:r>
              <w:rPr>
                <w:sz w:val="18"/>
              </w:rPr>
              <w:t>kg</w:t>
            </w:r>
          </w:p>
        </w:tc>
      </w:tr>
      <w:tr w:rsidR="006127CA" w14:paraId="58D53866" w14:textId="77777777">
        <w:trPr>
          <w:jc w:val="center"/>
        </w:trPr>
        <w:tc>
          <w:tcPr>
            <w:tcW w:w="2045" w:type="dxa"/>
            <w:vAlign w:val="center"/>
          </w:tcPr>
          <w:p w14:paraId="3412EB70" w14:textId="77777777" w:rsidR="006127CA" w:rsidRDefault="00000000">
            <w:r>
              <w:rPr>
                <w:sz w:val="18"/>
              </w:rPr>
              <w:t>4</w:t>
            </w:r>
          </w:p>
        </w:tc>
        <w:tc>
          <w:tcPr>
            <w:tcW w:w="2045" w:type="dxa"/>
            <w:vAlign w:val="center"/>
          </w:tcPr>
          <w:p w14:paraId="54DF0340" w14:textId="77777777" w:rsidR="006127CA" w:rsidRDefault="00000000">
            <w:r>
              <w:rPr>
                <w:sz w:val="18"/>
              </w:rPr>
              <w:t>Cân nặng/Tuổi</w:t>
            </w:r>
          </w:p>
        </w:tc>
        <w:tc>
          <w:tcPr>
            <w:tcW w:w="2045" w:type="dxa"/>
            <w:vAlign w:val="center"/>
          </w:tcPr>
          <w:p w14:paraId="0A8C86BE" w14:textId="77777777" w:rsidR="006127CA" w:rsidRDefault="00000000">
            <w:r>
              <w:rPr>
                <w:sz w:val="18"/>
              </w:rPr>
              <w:t>Nhập giá trị SD tương ứng nếu hệ thống yêu cầu.</w:t>
            </w:r>
          </w:p>
        </w:tc>
        <w:tc>
          <w:tcPr>
            <w:tcW w:w="2045" w:type="dxa"/>
            <w:vAlign w:val="center"/>
          </w:tcPr>
          <w:p w14:paraId="4C19EE5B" w14:textId="77777777" w:rsidR="006127CA" w:rsidRDefault="00000000">
            <w:r>
              <w:rPr>
                <w:sz w:val="18"/>
              </w:rPr>
              <w:t>Số</w:t>
            </w:r>
          </w:p>
        </w:tc>
        <w:tc>
          <w:tcPr>
            <w:tcW w:w="2045" w:type="dxa"/>
            <w:vAlign w:val="center"/>
          </w:tcPr>
          <w:p w14:paraId="19D9EFE7" w14:textId="77777777" w:rsidR="006127CA" w:rsidRDefault="00000000">
            <w:r>
              <w:rPr>
                <w:sz w:val="18"/>
              </w:rPr>
              <w:t>SD</w:t>
            </w:r>
          </w:p>
        </w:tc>
      </w:tr>
      <w:tr w:rsidR="006127CA" w14:paraId="49530F59" w14:textId="77777777">
        <w:trPr>
          <w:jc w:val="center"/>
        </w:trPr>
        <w:tc>
          <w:tcPr>
            <w:tcW w:w="2045" w:type="dxa"/>
            <w:vAlign w:val="center"/>
          </w:tcPr>
          <w:p w14:paraId="06E185D6" w14:textId="77777777" w:rsidR="006127CA" w:rsidRDefault="00000000">
            <w:r>
              <w:rPr>
                <w:sz w:val="18"/>
              </w:rPr>
              <w:t>5</w:t>
            </w:r>
          </w:p>
        </w:tc>
        <w:tc>
          <w:tcPr>
            <w:tcW w:w="2045" w:type="dxa"/>
            <w:vAlign w:val="center"/>
          </w:tcPr>
          <w:p w14:paraId="14D821FC" w14:textId="77777777" w:rsidR="006127CA" w:rsidRDefault="00000000">
            <w:r>
              <w:rPr>
                <w:sz w:val="18"/>
              </w:rPr>
              <w:t>Vòng đầu</w:t>
            </w:r>
          </w:p>
        </w:tc>
        <w:tc>
          <w:tcPr>
            <w:tcW w:w="2045" w:type="dxa"/>
            <w:vAlign w:val="center"/>
          </w:tcPr>
          <w:p w14:paraId="429C7FB6" w14:textId="77777777" w:rsidR="006127CA" w:rsidRDefault="00000000">
            <w:r>
              <w:rPr>
                <w:sz w:val="18"/>
              </w:rPr>
              <w:t>Nhập vòng đầu và chọn nhận định.</w:t>
            </w:r>
          </w:p>
        </w:tc>
        <w:tc>
          <w:tcPr>
            <w:tcW w:w="2045" w:type="dxa"/>
            <w:vAlign w:val="center"/>
          </w:tcPr>
          <w:p w14:paraId="08DC47AE" w14:textId="77777777" w:rsidR="006127CA" w:rsidRDefault="00000000">
            <w:r>
              <w:rPr>
                <w:sz w:val="18"/>
              </w:rPr>
              <w:t>Số + lựa chọn</w:t>
            </w:r>
          </w:p>
        </w:tc>
        <w:tc>
          <w:tcPr>
            <w:tcW w:w="2045" w:type="dxa"/>
            <w:vAlign w:val="center"/>
          </w:tcPr>
          <w:p w14:paraId="05B69A88" w14:textId="77777777" w:rsidR="006127CA" w:rsidRDefault="00000000">
            <w:r>
              <w:rPr>
                <w:sz w:val="18"/>
              </w:rPr>
              <w:t>cm; Bình thường / Đầu to / Đầu nhỏ</w:t>
            </w:r>
          </w:p>
        </w:tc>
      </w:tr>
      <w:tr w:rsidR="006127CA" w14:paraId="385F8FA9" w14:textId="77777777">
        <w:trPr>
          <w:jc w:val="center"/>
        </w:trPr>
        <w:tc>
          <w:tcPr>
            <w:tcW w:w="2045" w:type="dxa"/>
            <w:vAlign w:val="center"/>
          </w:tcPr>
          <w:p w14:paraId="1280AF2A" w14:textId="77777777" w:rsidR="006127CA" w:rsidRDefault="00000000">
            <w:r>
              <w:rPr>
                <w:sz w:val="18"/>
              </w:rPr>
              <w:lastRenderedPageBreak/>
              <w:t>6</w:t>
            </w:r>
          </w:p>
        </w:tc>
        <w:tc>
          <w:tcPr>
            <w:tcW w:w="2045" w:type="dxa"/>
            <w:vAlign w:val="center"/>
          </w:tcPr>
          <w:p w14:paraId="6DCC8BF6" w14:textId="77777777" w:rsidR="006127CA" w:rsidRDefault="00000000">
            <w:r>
              <w:rPr>
                <w:sz w:val="18"/>
              </w:rPr>
              <w:t>Chu vi vòng cánh tay</w:t>
            </w:r>
          </w:p>
        </w:tc>
        <w:tc>
          <w:tcPr>
            <w:tcW w:w="2045" w:type="dxa"/>
            <w:vAlign w:val="center"/>
          </w:tcPr>
          <w:p w14:paraId="5B2254ED" w14:textId="77777777" w:rsidR="006127CA" w:rsidRDefault="00000000">
            <w:r>
              <w:rPr>
                <w:sz w:val="18"/>
              </w:rPr>
              <w:t>Nhập chu vi vòng cánh tay.</w:t>
            </w:r>
          </w:p>
        </w:tc>
        <w:tc>
          <w:tcPr>
            <w:tcW w:w="2045" w:type="dxa"/>
            <w:vAlign w:val="center"/>
          </w:tcPr>
          <w:p w14:paraId="4F20EBFA" w14:textId="77777777" w:rsidR="006127CA" w:rsidRDefault="00000000">
            <w:r>
              <w:rPr>
                <w:sz w:val="18"/>
              </w:rPr>
              <w:t>Số</w:t>
            </w:r>
          </w:p>
        </w:tc>
        <w:tc>
          <w:tcPr>
            <w:tcW w:w="2045" w:type="dxa"/>
            <w:vAlign w:val="center"/>
          </w:tcPr>
          <w:p w14:paraId="3D09B488" w14:textId="77777777" w:rsidR="006127CA" w:rsidRDefault="00000000">
            <w:r>
              <w:rPr>
                <w:sz w:val="18"/>
              </w:rPr>
              <w:t>mm</w:t>
            </w:r>
          </w:p>
        </w:tc>
      </w:tr>
      <w:tr w:rsidR="006127CA" w14:paraId="4D6BA545" w14:textId="77777777">
        <w:trPr>
          <w:jc w:val="center"/>
        </w:trPr>
        <w:tc>
          <w:tcPr>
            <w:tcW w:w="2045" w:type="dxa"/>
            <w:vAlign w:val="center"/>
          </w:tcPr>
          <w:p w14:paraId="45172075" w14:textId="77777777" w:rsidR="006127CA" w:rsidRDefault="00000000">
            <w:r>
              <w:rPr>
                <w:sz w:val="18"/>
              </w:rPr>
              <w:t>7</w:t>
            </w:r>
          </w:p>
        </w:tc>
        <w:tc>
          <w:tcPr>
            <w:tcW w:w="2045" w:type="dxa"/>
            <w:vAlign w:val="center"/>
          </w:tcPr>
          <w:p w14:paraId="23450F15" w14:textId="77777777" w:rsidR="006127CA" w:rsidRDefault="00000000">
            <w:r>
              <w:rPr>
                <w:sz w:val="18"/>
              </w:rPr>
              <w:t>Tình trạng dinh dưỡng</w:t>
            </w:r>
          </w:p>
        </w:tc>
        <w:tc>
          <w:tcPr>
            <w:tcW w:w="2045" w:type="dxa"/>
            <w:vAlign w:val="center"/>
          </w:tcPr>
          <w:p w14:paraId="2B6065A8" w14:textId="77777777" w:rsidR="006127CA" w:rsidRDefault="00000000">
            <w:r>
              <w:rPr>
                <w:sz w:val="18"/>
              </w:rPr>
              <w:t>Chọn các dấu hiệu phù hợp với kết quả đánh giá.</w:t>
            </w:r>
          </w:p>
        </w:tc>
        <w:tc>
          <w:tcPr>
            <w:tcW w:w="2045" w:type="dxa"/>
            <w:vAlign w:val="center"/>
          </w:tcPr>
          <w:p w14:paraId="2C28AD62" w14:textId="77777777" w:rsidR="006127CA" w:rsidRDefault="00000000">
            <w:r>
              <w:rPr>
                <w:sz w:val="18"/>
              </w:rPr>
              <w:t>Lựa chọn</w:t>
            </w:r>
          </w:p>
        </w:tc>
        <w:tc>
          <w:tcPr>
            <w:tcW w:w="2045" w:type="dxa"/>
            <w:vAlign w:val="center"/>
          </w:tcPr>
          <w:p w14:paraId="2F9049CA" w14:textId="77777777" w:rsidR="006127CA" w:rsidRDefault="00000000">
            <w:r>
              <w:rPr>
                <w:sz w:val="18"/>
              </w:rPr>
              <w:t>Bình thường / Phù dinh dưỡng / Dấu hiệu thiếu máu / Dấu hiệu còi xương / Suy dinh dưỡng / Thừa cân-béo phì</w:t>
            </w:r>
          </w:p>
        </w:tc>
      </w:tr>
    </w:tbl>
    <w:p w14:paraId="35B02E92" w14:textId="77777777" w:rsidR="006127CA" w:rsidRDefault="006127CA"/>
    <w:p w14:paraId="42F75D19" w14:textId="77777777" w:rsidR="006127CA" w:rsidRDefault="00000000">
      <w:pPr>
        <w:pStyle w:val="Heading2"/>
      </w:pPr>
      <w:r>
        <w:t>3.4. Đánh giá phát triển tinh thần - vận động</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4532B571" w14:textId="77777777">
        <w:trPr>
          <w:tblHeader/>
          <w:jc w:val="center"/>
        </w:trPr>
        <w:tc>
          <w:tcPr>
            <w:tcW w:w="2045" w:type="dxa"/>
            <w:shd w:val="clear" w:color="auto" w:fill="D9EAF7"/>
            <w:vAlign w:val="center"/>
          </w:tcPr>
          <w:p w14:paraId="26BB5B8E" w14:textId="77777777" w:rsidR="006127CA" w:rsidRDefault="00000000">
            <w:pPr>
              <w:jc w:val="center"/>
            </w:pPr>
            <w:r>
              <w:rPr>
                <w:b/>
                <w:sz w:val="18"/>
              </w:rPr>
              <w:t>STT</w:t>
            </w:r>
          </w:p>
        </w:tc>
        <w:tc>
          <w:tcPr>
            <w:tcW w:w="2045" w:type="dxa"/>
            <w:shd w:val="clear" w:color="auto" w:fill="D9EAF7"/>
            <w:vAlign w:val="center"/>
          </w:tcPr>
          <w:p w14:paraId="7CB41765" w14:textId="77777777" w:rsidR="006127CA" w:rsidRDefault="00000000">
            <w:pPr>
              <w:jc w:val="center"/>
            </w:pPr>
            <w:r>
              <w:rPr>
                <w:b/>
                <w:sz w:val="18"/>
              </w:rPr>
              <w:t>Nội dung</w:t>
            </w:r>
          </w:p>
        </w:tc>
        <w:tc>
          <w:tcPr>
            <w:tcW w:w="2045" w:type="dxa"/>
            <w:shd w:val="clear" w:color="auto" w:fill="D9EAF7"/>
            <w:vAlign w:val="center"/>
          </w:tcPr>
          <w:p w14:paraId="23F28277" w14:textId="77777777" w:rsidR="006127CA" w:rsidRDefault="00000000">
            <w:pPr>
              <w:jc w:val="center"/>
            </w:pPr>
            <w:r>
              <w:rPr>
                <w:b/>
                <w:sz w:val="18"/>
              </w:rPr>
              <w:t>Hướng dẫn nhập</w:t>
            </w:r>
          </w:p>
        </w:tc>
        <w:tc>
          <w:tcPr>
            <w:tcW w:w="2045" w:type="dxa"/>
            <w:shd w:val="clear" w:color="auto" w:fill="D9EAF7"/>
            <w:vAlign w:val="center"/>
          </w:tcPr>
          <w:p w14:paraId="2983E3FA" w14:textId="77777777" w:rsidR="006127CA" w:rsidRDefault="00000000">
            <w:pPr>
              <w:jc w:val="center"/>
            </w:pPr>
            <w:r>
              <w:rPr>
                <w:b/>
                <w:sz w:val="18"/>
              </w:rPr>
              <w:t>Kiểu dữ liệu</w:t>
            </w:r>
          </w:p>
        </w:tc>
        <w:tc>
          <w:tcPr>
            <w:tcW w:w="2045" w:type="dxa"/>
            <w:shd w:val="clear" w:color="auto" w:fill="D9EAF7"/>
            <w:vAlign w:val="center"/>
          </w:tcPr>
          <w:p w14:paraId="43CDB201" w14:textId="77777777" w:rsidR="006127CA" w:rsidRDefault="00000000">
            <w:pPr>
              <w:jc w:val="center"/>
            </w:pPr>
            <w:r>
              <w:rPr>
                <w:b/>
                <w:sz w:val="18"/>
              </w:rPr>
              <w:t>Lưu ý</w:t>
            </w:r>
          </w:p>
        </w:tc>
      </w:tr>
      <w:tr w:rsidR="006127CA" w14:paraId="133F5E5E" w14:textId="77777777">
        <w:trPr>
          <w:jc w:val="center"/>
        </w:trPr>
        <w:tc>
          <w:tcPr>
            <w:tcW w:w="2045" w:type="dxa"/>
            <w:vAlign w:val="center"/>
          </w:tcPr>
          <w:p w14:paraId="45678B2A" w14:textId="77777777" w:rsidR="006127CA" w:rsidRDefault="00000000">
            <w:r>
              <w:rPr>
                <w:sz w:val="18"/>
              </w:rPr>
              <w:t>1</w:t>
            </w:r>
          </w:p>
        </w:tc>
        <w:tc>
          <w:tcPr>
            <w:tcW w:w="2045" w:type="dxa"/>
            <w:vAlign w:val="center"/>
          </w:tcPr>
          <w:p w14:paraId="30529F4D" w14:textId="77777777" w:rsidR="006127CA" w:rsidRDefault="00000000">
            <w:r>
              <w:rPr>
                <w:sz w:val="18"/>
              </w:rPr>
              <w:t>Phát triển tinh thần bình thường theo độ tuổi</w:t>
            </w:r>
          </w:p>
        </w:tc>
        <w:tc>
          <w:tcPr>
            <w:tcW w:w="2045" w:type="dxa"/>
            <w:vAlign w:val="center"/>
          </w:tcPr>
          <w:p w14:paraId="6CB62D07" w14:textId="77777777" w:rsidR="006127CA" w:rsidRDefault="00000000">
            <w:r>
              <w:rPr>
                <w:sz w:val="18"/>
              </w:rPr>
              <w:t>Đánh giá và chọn Có/Không.</w:t>
            </w:r>
          </w:p>
        </w:tc>
        <w:tc>
          <w:tcPr>
            <w:tcW w:w="2045" w:type="dxa"/>
            <w:vAlign w:val="center"/>
          </w:tcPr>
          <w:p w14:paraId="23EA6081" w14:textId="77777777" w:rsidR="006127CA" w:rsidRDefault="00000000">
            <w:r>
              <w:rPr>
                <w:sz w:val="18"/>
              </w:rPr>
              <w:t>Lựa chọn</w:t>
            </w:r>
          </w:p>
        </w:tc>
        <w:tc>
          <w:tcPr>
            <w:tcW w:w="2045" w:type="dxa"/>
            <w:vAlign w:val="center"/>
          </w:tcPr>
          <w:p w14:paraId="7184EB2F" w14:textId="77777777" w:rsidR="006127CA" w:rsidRDefault="00000000">
            <w:r>
              <w:rPr>
                <w:sz w:val="18"/>
              </w:rPr>
              <w:t>Có / Không</w:t>
            </w:r>
          </w:p>
        </w:tc>
      </w:tr>
      <w:tr w:rsidR="006127CA" w14:paraId="30FFDDAD" w14:textId="77777777">
        <w:trPr>
          <w:jc w:val="center"/>
        </w:trPr>
        <w:tc>
          <w:tcPr>
            <w:tcW w:w="2045" w:type="dxa"/>
            <w:vAlign w:val="center"/>
          </w:tcPr>
          <w:p w14:paraId="0113EC08" w14:textId="77777777" w:rsidR="006127CA" w:rsidRDefault="00000000">
            <w:r>
              <w:rPr>
                <w:sz w:val="18"/>
              </w:rPr>
              <w:t>2</w:t>
            </w:r>
          </w:p>
        </w:tc>
        <w:tc>
          <w:tcPr>
            <w:tcW w:w="2045" w:type="dxa"/>
            <w:vAlign w:val="center"/>
          </w:tcPr>
          <w:p w14:paraId="7452A500" w14:textId="77777777" w:rsidR="006127CA" w:rsidRDefault="00000000">
            <w:r>
              <w:rPr>
                <w:sz w:val="18"/>
              </w:rPr>
              <w:t>Phát triển vận động bình thường theo độ tuổi</w:t>
            </w:r>
          </w:p>
        </w:tc>
        <w:tc>
          <w:tcPr>
            <w:tcW w:w="2045" w:type="dxa"/>
            <w:vAlign w:val="center"/>
          </w:tcPr>
          <w:p w14:paraId="2190F6C0" w14:textId="77777777" w:rsidR="006127CA" w:rsidRDefault="00000000">
            <w:r>
              <w:rPr>
                <w:sz w:val="18"/>
              </w:rPr>
              <w:t>Đánh giá và chọn Có/Không.</w:t>
            </w:r>
          </w:p>
        </w:tc>
        <w:tc>
          <w:tcPr>
            <w:tcW w:w="2045" w:type="dxa"/>
            <w:vAlign w:val="center"/>
          </w:tcPr>
          <w:p w14:paraId="5156EB9B" w14:textId="77777777" w:rsidR="006127CA" w:rsidRDefault="00000000">
            <w:r>
              <w:rPr>
                <w:sz w:val="18"/>
              </w:rPr>
              <w:t>Lựa chọn</w:t>
            </w:r>
          </w:p>
        </w:tc>
        <w:tc>
          <w:tcPr>
            <w:tcW w:w="2045" w:type="dxa"/>
            <w:vAlign w:val="center"/>
          </w:tcPr>
          <w:p w14:paraId="0E997A92" w14:textId="77777777" w:rsidR="006127CA" w:rsidRDefault="00000000">
            <w:r>
              <w:rPr>
                <w:sz w:val="18"/>
              </w:rPr>
              <w:t>Có / Không</w:t>
            </w:r>
          </w:p>
        </w:tc>
      </w:tr>
      <w:tr w:rsidR="006127CA" w14:paraId="73AC0CD7" w14:textId="77777777">
        <w:trPr>
          <w:jc w:val="center"/>
        </w:trPr>
        <w:tc>
          <w:tcPr>
            <w:tcW w:w="2045" w:type="dxa"/>
            <w:vAlign w:val="center"/>
          </w:tcPr>
          <w:p w14:paraId="62E7F6E2" w14:textId="77777777" w:rsidR="006127CA" w:rsidRDefault="00000000">
            <w:r>
              <w:rPr>
                <w:sz w:val="18"/>
              </w:rPr>
              <w:t>3</w:t>
            </w:r>
          </w:p>
        </w:tc>
        <w:tc>
          <w:tcPr>
            <w:tcW w:w="2045" w:type="dxa"/>
            <w:vAlign w:val="center"/>
          </w:tcPr>
          <w:p w14:paraId="77F72F6A" w14:textId="77777777" w:rsidR="006127CA" w:rsidRDefault="00000000">
            <w:r>
              <w:rPr>
                <w:sz w:val="18"/>
              </w:rPr>
              <w:t>Trẻ có nguy cơ tự kỷ (16–30 tháng)</w:t>
            </w:r>
          </w:p>
        </w:tc>
        <w:tc>
          <w:tcPr>
            <w:tcW w:w="2045" w:type="dxa"/>
            <w:vAlign w:val="center"/>
          </w:tcPr>
          <w:p w14:paraId="60E2E440" w14:textId="77777777" w:rsidR="006127CA" w:rsidRDefault="00000000">
            <w:r>
              <w:rPr>
                <w:sz w:val="18"/>
              </w:rPr>
              <w:t>Chỉ đánh giá đối với trẻ thuộc nhóm tuổi nêu trong mẫu.</w:t>
            </w:r>
          </w:p>
        </w:tc>
        <w:tc>
          <w:tcPr>
            <w:tcW w:w="2045" w:type="dxa"/>
            <w:vAlign w:val="center"/>
          </w:tcPr>
          <w:p w14:paraId="7B5B5712" w14:textId="77777777" w:rsidR="006127CA" w:rsidRDefault="00000000">
            <w:r>
              <w:rPr>
                <w:sz w:val="18"/>
              </w:rPr>
              <w:t>Lựa chọn</w:t>
            </w:r>
          </w:p>
        </w:tc>
        <w:tc>
          <w:tcPr>
            <w:tcW w:w="2045" w:type="dxa"/>
            <w:vAlign w:val="center"/>
          </w:tcPr>
          <w:p w14:paraId="7A2835FC" w14:textId="77777777" w:rsidR="006127CA" w:rsidRDefault="00000000">
            <w:r>
              <w:rPr>
                <w:sz w:val="18"/>
              </w:rPr>
              <w:t>Có / Không</w:t>
            </w:r>
          </w:p>
        </w:tc>
      </w:tr>
    </w:tbl>
    <w:p w14:paraId="2A757D88" w14:textId="77777777" w:rsidR="006127CA" w:rsidRDefault="006127CA"/>
    <w:p w14:paraId="785D93C2" w14:textId="77777777" w:rsidR="006127CA" w:rsidRDefault="00000000">
      <w:pPr>
        <w:pStyle w:val="Heading2"/>
      </w:pPr>
      <w:r>
        <w:t>3.5. Đánh giá tiêm chủng</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2F1FA2F0" w14:textId="77777777">
        <w:trPr>
          <w:tblHeader/>
          <w:jc w:val="center"/>
        </w:trPr>
        <w:tc>
          <w:tcPr>
            <w:tcW w:w="2045" w:type="dxa"/>
            <w:shd w:val="clear" w:color="auto" w:fill="D9EAF7"/>
            <w:vAlign w:val="center"/>
          </w:tcPr>
          <w:p w14:paraId="38FA7303" w14:textId="77777777" w:rsidR="006127CA" w:rsidRDefault="00000000">
            <w:pPr>
              <w:jc w:val="center"/>
            </w:pPr>
            <w:r>
              <w:rPr>
                <w:b/>
                <w:sz w:val="18"/>
              </w:rPr>
              <w:t>STT</w:t>
            </w:r>
          </w:p>
        </w:tc>
        <w:tc>
          <w:tcPr>
            <w:tcW w:w="2045" w:type="dxa"/>
            <w:shd w:val="clear" w:color="auto" w:fill="D9EAF7"/>
            <w:vAlign w:val="center"/>
          </w:tcPr>
          <w:p w14:paraId="7B1B058A" w14:textId="77777777" w:rsidR="006127CA" w:rsidRDefault="00000000">
            <w:pPr>
              <w:jc w:val="center"/>
            </w:pPr>
            <w:r>
              <w:rPr>
                <w:b/>
                <w:sz w:val="18"/>
              </w:rPr>
              <w:t>Nội dung</w:t>
            </w:r>
          </w:p>
        </w:tc>
        <w:tc>
          <w:tcPr>
            <w:tcW w:w="2045" w:type="dxa"/>
            <w:shd w:val="clear" w:color="auto" w:fill="D9EAF7"/>
            <w:vAlign w:val="center"/>
          </w:tcPr>
          <w:p w14:paraId="56B07BF6" w14:textId="77777777" w:rsidR="006127CA" w:rsidRDefault="00000000">
            <w:pPr>
              <w:jc w:val="center"/>
            </w:pPr>
            <w:r>
              <w:rPr>
                <w:b/>
                <w:sz w:val="18"/>
              </w:rPr>
              <w:t>Hướng dẫn nhập</w:t>
            </w:r>
          </w:p>
        </w:tc>
        <w:tc>
          <w:tcPr>
            <w:tcW w:w="2045" w:type="dxa"/>
            <w:shd w:val="clear" w:color="auto" w:fill="D9EAF7"/>
            <w:vAlign w:val="center"/>
          </w:tcPr>
          <w:p w14:paraId="4B907DE2" w14:textId="77777777" w:rsidR="006127CA" w:rsidRDefault="00000000">
            <w:pPr>
              <w:jc w:val="center"/>
            </w:pPr>
            <w:r>
              <w:rPr>
                <w:b/>
                <w:sz w:val="18"/>
              </w:rPr>
              <w:t>Kiểu dữ liệu</w:t>
            </w:r>
          </w:p>
        </w:tc>
        <w:tc>
          <w:tcPr>
            <w:tcW w:w="2045" w:type="dxa"/>
            <w:shd w:val="clear" w:color="auto" w:fill="D9EAF7"/>
            <w:vAlign w:val="center"/>
          </w:tcPr>
          <w:p w14:paraId="013A2810" w14:textId="77777777" w:rsidR="006127CA" w:rsidRDefault="00000000">
            <w:pPr>
              <w:jc w:val="center"/>
            </w:pPr>
            <w:r>
              <w:rPr>
                <w:b/>
                <w:sz w:val="18"/>
              </w:rPr>
              <w:t>Lưu ý</w:t>
            </w:r>
          </w:p>
        </w:tc>
      </w:tr>
      <w:tr w:rsidR="006127CA" w14:paraId="7CDA7134" w14:textId="77777777">
        <w:trPr>
          <w:jc w:val="center"/>
        </w:trPr>
        <w:tc>
          <w:tcPr>
            <w:tcW w:w="2045" w:type="dxa"/>
            <w:vAlign w:val="center"/>
          </w:tcPr>
          <w:p w14:paraId="6BBAA2B5" w14:textId="77777777" w:rsidR="006127CA" w:rsidRDefault="00000000">
            <w:r>
              <w:rPr>
                <w:sz w:val="18"/>
              </w:rPr>
              <w:t>1</w:t>
            </w:r>
          </w:p>
        </w:tc>
        <w:tc>
          <w:tcPr>
            <w:tcW w:w="2045" w:type="dxa"/>
            <w:vAlign w:val="center"/>
          </w:tcPr>
          <w:p w14:paraId="7200F712" w14:textId="77777777" w:rsidR="006127CA" w:rsidRDefault="00000000">
            <w:r>
              <w:rPr>
                <w:sz w:val="18"/>
              </w:rPr>
              <w:t>Lao (sơ sinh)</w:t>
            </w:r>
          </w:p>
        </w:tc>
        <w:tc>
          <w:tcPr>
            <w:tcW w:w="2045" w:type="dxa"/>
            <w:vAlign w:val="center"/>
          </w:tcPr>
          <w:p w14:paraId="2A1352C5" w14:textId="77777777" w:rsidR="006127CA" w:rsidRDefault="00000000">
            <w:r>
              <w:rPr>
                <w:sz w:val="18"/>
              </w:rPr>
              <w:t>Kiểm tra sổ tiêm chủng và chọn kết quả.</w:t>
            </w:r>
          </w:p>
        </w:tc>
        <w:tc>
          <w:tcPr>
            <w:tcW w:w="2045" w:type="dxa"/>
            <w:vAlign w:val="center"/>
          </w:tcPr>
          <w:p w14:paraId="425B1254" w14:textId="77777777" w:rsidR="006127CA" w:rsidRDefault="00000000">
            <w:r>
              <w:rPr>
                <w:sz w:val="18"/>
              </w:rPr>
              <w:t>Có/Không</w:t>
            </w:r>
          </w:p>
        </w:tc>
        <w:tc>
          <w:tcPr>
            <w:tcW w:w="2045" w:type="dxa"/>
            <w:vAlign w:val="center"/>
          </w:tcPr>
          <w:p w14:paraId="3ADAF449" w14:textId="77777777" w:rsidR="006127CA" w:rsidRDefault="00000000">
            <w:r>
              <w:rPr>
                <w:sz w:val="18"/>
              </w:rPr>
              <w:t>Có / Không</w:t>
            </w:r>
          </w:p>
        </w:tc>
      </w:tr>
      <w:tr w:rsidR="006127CA" w14:paraId="41B31519" w14:textId="77777777">
        <w:trPr>
          <w:jc w:val="center"/>
        </w:trPr>
        <w:tc>
          <w:tcPr>
            <w:tcW w:w="2045" w:type="dxa"/>
            <w:vAlign w:val="center"/>
          </w:tcPr>
          <w:p w14:paraId="6335CC2D" w14:textId="77777777" w:rsidR="006127CA" w:rsidRDefault="00000000">
            <w:r>
              <w:rPr>
                <w:sz w:val="18"/>
              </w:rPr>
              <w:t>2</w:t>
            </w:r>
          </w:p>
        </w:tc>
        <w:tc>
          <w:tcPr>
            <w:tcW w:w="2045" w:type="dxa"/>
            <w:vAlign w:val="center"/>
          </w:tcPr>
          <w:p w14:paraId="21E6D6F5" w14:textId="77777777" w:rsidR="006127CA" w:rsidRDefault="00000000">
            <w:r>
              <w:rPr>
                <w:sz w:val="18"/>
              </w:rPr>
              <w:t>Viêm gan B mũi 1 (sơ sinh)</w:t>
            </w:r>
          </w:p>
        </w:tc>
        <w:tc>
          <w:tcPr>
            <w:tcW w:w="2045" w:type="dxa"/>
            <w:vAlign w:val="center"/>
          </w:tcPr>
          <w:p w14:paraId="2FD12B1A" w14:textId="77777777" w:rsidR="006127CA" w:rsidRDefault="00000000">
            <w:r>
              <w:rPr>
                <w:sz w:val="18"/>
              </w:rPr>
              <w:t>Kiểm tra sổ tiêm chủng và chọn kết quả.</w:t>
            </w:r>
          </w:p>
        </w:tc>
        <w:tc>
          <w:tcPr>
            <w:tcW w:w="2045" w:type="dxa"/>
            <w:vAlign w:val="center"/>
          </w:tcPr>
          <w:p w14:paraId="066F63D5" w14:textId="77777777" w:rsidR="006127CA" w:rsidRDefault="00000000">
            <w:r>
              <w:rPr>
                <w:sz w:val="18"/>
              </w:rPr>
              <w:t>Có/Không</w:t>
            </w:r>
          </w:p>
        </w:tc>
        <w:tc>
          <w:tcPr>
            <w:tcW w:w="2045" w:type="dxa"/>
            <w:vAlign w:val="center"/>
          </w:tcPr>
          <w:p w14:paraId="7A559E9E" w14:textId="77777777" w:rsidR="006127CA" w:rsidRDefault="00000000">
            <w:r>
              <w:rPr>
                <w:sz w:val="18"/>
              </w:rPr>
              <w:t>Có / Không</w:t>
            </w:r>
          </w:p>
        </w:tc>
      </w:tr>
      <w:tr w:rsidR="006127CA" w14:paraId="63445847" w14:textId="77777777">
        <w:trPr>
          <w:jc w:val="center"/>
        </w:trPr>
        <w:tc>
          <w:tcPr>
            <w:tcW w:w="2045" w:type="dxa"/>
            <w:vAlign w:val="center"/>
          </w:tcPr>
          <w:p w14:paraId="0E3D4A1C" w14:textId="77777777" w:rsidR="006127CA" w:rsidRDefault="00000000">
            <w:r>
              <w:rPr>
                <w:sz w:val="18"/>
              </w:rPr>
              <w:t>3</w:t>
            </w:r>
          </w:p>
        </w:tc>
        <w:tc>
          <w:tcPr>
            <w:tcW w:w="2045" w:type="dxa"/>
            <w:vAlign w:val="center"/>
          </w:tcPr>
          <w:p w14:paraId="6050C878" w14:textId="77777777" w:rsidR="006127CA" w:rsidRDefault="00000000">
            <w:r>
              <w:rPr>
                <w:sz w:val="18"/>
              </w:rPr>
              <w:t>Tiêm chủng đầy đủ theo độ tuổi</w:t>
            </w:r>
          </w:p>
        </w:tc>
        <w:tc>
          <w:tcPr>
            <w:tcW w:w="2045" w:type="dxa"/>
            <w:vAlign w:val="center"/>
          </w:tcPr>
          <w:p w14:paraId="16279B8F" w14:textId="77777777" w:rsidR="006127CA" w:rsidRDefault="00000000">
            <w:r>
              <w:rPr>
                <w:sz w:val="18"/>
              </w:rPr>
              <w:t>Đánh giá tình trạng tiêm chủng theo độ tuổi.</w:t>
            </w:r>
          </w:p>
        </w:tc>
        <w:tc>
          <w:tcPr>
            <w:tcW w:w="2045" w:type="dxa"/>
            <w:vAlign w:val="center"/>
          </w:tcPr>
          <w:p w14:paraId="08876903" w14:textId="77777777" w:rsidR="006127CA" w:rsidRDefault="00000000">
            <w:r>
              <w:rPr>
                <w:sz w:val="18"/>
              </w:rPr>
              <w:t>Có/Không</w:t>
            </w:r>
          </w:p>
        </w:tc>
        <w:tc>
          <w:tcPr>
            <w:tcW w:w="2045" w:type="dxa"/>
            <w:vAlign w:val="center"/>
          </w:tcPr>
          <w:p w14:paraId="4DD44412" w14:textId="77777777" w:rsidR="006127CA" w:rsidRDefault="00000000">
            <w:r>
              <w:rPr>
                <w:sz w:val="18"/>
              </w:rPr>
              <w:t>Có / Không</w:t>
            </w:r>
          </w:p>
        </w:tc>
      </w:tr>
    </w:tbl>
    <w:p w14:paraId="4FFB91A8" w14:textId="77777777" w:rsidR="006127CA" w:rsidRDefault="006127CA"/>
    <w:p w14:paraId="010FA929" w14:textId="77777777" w:rsidR="006127CA" w:rsidRDefault="00000000">
      <w:pPr>
        <w:pStyle w:val="Heading2"/>
      </w:pPr>
      <w:r>
        <w:t>3.6. Khám lâm sàng</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676341E7" w14:textId="77777777">
        <w:trPr>
          <w:tblHeader/>
          <w:jc w:val="center"/>
        </w:trPr>
        <w:tc>
          <w:tcPr>
            <w:tcW w:w="2045" w:type="dxa"/>
            <w:shd w:val="clear" w:color="auto" w:fill="D9EAF7"/>
            <w:vAlign w:val="center"/>
          </w:tcPr>
          <w:p w14:paraId="50D9362D" w14:textId="77777777" w:rsidR="006127CA" w:rsidRDefault="00000000">
            <w:pPr>
              <w:jc w:val="center"/>
            </w:pPr>
            <w:r>
              <w:rPr>
                <w:b/>
                <w:sz w:val="18"/>
              </w:rPr>
              <w:t>STT</w:t>
            </w:r>
          </w:p>
        </w:tc>
        <w:tc>
          <w:tcPr>
            <w:tcW w:w="2045" w:type="dxa"/>
            <w:shd w:val="clear" w:color="auto" w:fill="D9EAF7"/>
            <w:vAlign w:val="center"/>
          </w:tcPr>
          <w:p w14:paraId="3800439A" w14:textId="77777777" w:rsidR="006127CA" w:rsidRDefault="00000000">
            <w:pPr>
              <w:jc w:val="center"/>
            </w:pPr>
            <w:r>
              <w:rPr>
                <w:b/>
                <w:sz w:val="18"/>
              </w:rPr>
              <w:t>Nội dung</w:t>
            </w:r>
          </w:p>
        </w:tc>
        <w:tc>
          <w:tcPr>
            <w:tcW w:w="2045" w:type="dxa"/>
            <w:shd w:val="clear" w:color="auto" w:fill="D9EAF7"/>
            <w:vAlign w:val="center"/>
          </w:tcPr>
          <w:p w14:paraId="7D2E356C" w14:textId="77777777" w:rsidR="006127CA" w:rsidRDefault="00000000">
            <w:pPr>
              <w:jc w:val="center"/>
            </w:pPr>
            <w:r>
              <w:rPr>
                <w:b/>
                <w:sz w:val="18"/>
              </w:rPr>
              <w:t>Hướng dẫn nhập</w:t>
            </w:r>
          </w:p>
        </w:tc>
        <w:tc>
          <w:tcPr>
            <w:tcW w:w="2045" w:type="dxa"/>
            <w:shd w:val="clear" w:color="auto" w:fill="D9EAF7"/>
            <w:vAlign w:val="center"/>
          </w:tcPr>
          <w:p w14:paraId="70C45F33" w14:textId="77777777" w:rsidR="006127CA" w:rsidRDefault="00000000">
            <w:pPr>
              <w:jc w:val="center"/>
            </w:pPr>
            <w:r>
              <w:rPr>
                <w:b/>
                <w:sz w:val="18"/>
              </w:rPr>
              <w:t>Kiểu dữ liệu</w:t>
            </w:r>
          </w:p>
        </w:tc>
        <w:tc>
          <w:tcPr>
            <w:tcW w:w="2045" w:type="dxa"/>
            <w:shd w:val="clear" w:color="auto" w:fill="D9EAF7"/>
            <w:vAlign w:val="center"/>
          </w:tcPr>
          <w:p w14:paraId="3885282E" w14:textId="77777777" w:rsidR="006127CA" w:rsidRDefault="00000000">
            <w:pPr>
              <w:jc w:val="center"/>
            </w:pPr>
            <w:r>
              <w:rPr>
                <w:b/>
                <w:sz w:val="18"/>
              </w:rPr>
              <w:t>Giá trị/Lưu ý</w:t>
            </w:r>
          </w:p>
        </w:tc>
      </w:tr>
      <w:tr w:rsidR="006127CA" w14:paraId="7E9EC637" w14:textId="77777777">
        <w:trPr>
          <w:jc w:val="center"/>
        </w:trPr>
        <w:tc>
          <w:tcPr>
            <w:tcW w:w="2045" w:type="dxa"/>
            <w:vAlign w:val="center"/>
          </w:tcPr>
          <w:p w14:paraId="65E428E9" w14:textId="77777777" w:rsidR="006127CA" w:rsidRDefault="00000000">
            <w:r>
              <w:rPr>
                <w:sz w:val="18"/>
              </w:rPr>
              <w:t>1</w:t>
            </w:r>
          </w:p>
        </w:tc>
        <w:tc>
          <w:tcPr>
            <w:tcW w:w="2045" w:type="dxa"/>
            <w:vAlign w:val="center"/>
          </w:tcPr>
          <w:p w14:paraId="7D02655B" w14:textId="77777777" w:rsidR="006127CA" w:rsidRDefault="00000000">
            <w:r>
              <w:rPr>
                <w:sz w:val="18"/>
              </w:rPr>
              <w:t>Toàn trạng – Màu sắc da</w:t>
            </w:r>
          </w:p>
        </w:tc>
        <w:tc>
          <w:tcPr>
            <w:tcW w:w="2045" w:type="dxa"/>
            <w:vAlign w:val="center"/>
          </w:tcPr>
          <w:p w14:paraId="5FF757C8" w14:textId="77777777" w:rsidR="006127CA" w:rsidRDefault="00000000">
            <w:r>
              <w:rPr>
                <w:sz w:val="18"/>
              </w:rPr>
              <w:t>Chọn tình trạng quan sát được.</w:t>
            </w:r>
          </w:p>
        </w:tc>
        <w:tc>
          <w:tcPr>
            <w:tcW w:w="2045" w:type="dxa"/>
            <w:vAlign w:val="center"/>
          </w:tcPr>
          <w:p w14:paraId="2EEF7A16" w14:textId="77777777" w:rsidR="006127CA" w:rsidRDefault="00000000">
            <w:r>
              <w:rPr>
                <w:sz w:val="18"/>
              </w:rPr>
              <w:t>Lựa chọn</w:t>
            </w:r>
          </w:p>
        </w:tc>
        <w:tc>
          <w:tcPr>
            <w:tcW w:w="2045" w:type="dxa"/>
            <w:vAlign w:val="center"/>
          </w:tcPr>
          <w:p w14:paraId="342B5D15" w14:textId="77777777" w:rsidR="006127CA" w:rsidRDefault="00000000">
            <w:r>
              <w:rPr>
                <w:sz w:val="18"/>
              </w:rPr>
              <w:t>Hồng hào / Nhợt / Tím / Vàng / Sạm da</w:t>
            </w:r>
          </w:p>
        </w:tc>
      </w:tr>
      <w:tr w:rsidR="006127CA" w14:paraId="42AC6B1D" w14:textId="77777777">
        <w:trPr>
          <w:jc w:val="center"/>
        </w:trPr>
        <w:tc>
          <w:tcPr>
            <w:tcW w:w="2045" w:type="dxa"/>
            <w:vAlign w:val="center"/>
          </w:tcPr>
          <w:p w14:paraId="2C273926" w14:textId="77777777" w:rsidR="006127CA" w:rsidRDefault="00000000">
            <w:r>
              <w:rPr>
                <w:sz w:val="18"/>
              </w:rPr>
              <w:t>2</w:t>
            </w:r>
          </w:p>
        </w:tc>
        <w:tc>
          <w:tcPr>
            <w:tcW w:w="2045" w:type="dxa"/>
            <w:vAlign w:val="center"/>
          </w:tcPr>
          <w:p w14:paraId="77C8225F" w14:textId="77777777" w:rsidR="006127CA" w:rsidRDefault="00000000">
            <w:r>
              <w:rPr>
                <w:sz w:val="18"/>
              </w:rPr>
              <w:t>Lòng bàn tay</w:t>
            </w:r>
          </w:p>
        </w:tc>
        <w:tc>
          <w:tcPr>
            <w:tcW w:w="2045" w:type="dxa"/>
            <w:vAlign w:val="center"/>
          </w:tcPr>
          <w:p w14:paraId="53DB7FDC" w14:textId="77777777" w:rsidR="006127CA" w:rsidRDefault="00000000">
            <w:r>
              <w:rPr>
                <w:sz w:val="18"/>
              </w:rPr>
              <w:t>Đánh giá màu sắc lòng bàn tay.</w:t>
            </w:r>
          </w:p>
        </w:tc>
        <w:tc>
          <w:tcPr>
            <w:tcW w:w="2045" w:type="dxa"/>
            <w:vAlign w:val="center"/>
          </w:tcPr>
          <w:p w14:paraId="26C503C0" w14:textId="77777777" w:rsidR="006127CA" w:rsidRDefault="00000000">
            <w:r>
              <w:rPr>
                <w:sz w:val="18"/>
              </w:rPr>
              <w:t>Lựa chọn</w:t>
            </w:r>
          </w:p>
        </w:tc>
        <w:tc>
          <w:tcPr>
            <w:tcW w:w="2045" w:type="dxa"/>
            <w:vAlign w:val="center"/>
          </w:tcPr>
          <w:p w14:paraId="6F2D94A5" w14:textId="77777777" w:rsidR="006127CA" w:rsidRDefault="00000000">
            <w:r>
              <w:rPr>
                <w:sz w:val="18"/>
              </w:rPr>
              <w:t>Bình thường / Không bình thường (nhợt)</w:t>
            </w:r>
          </w:p>
        </w:tc>
      </w:tr>
      <w:tr w:rsidR="006127CA" w14:paraId="72786F6C" w14:textId="77777777">
        <w:trPr>
          <w:jc w:val="center"/>
        </w:trPr>
        <w:tc>
          <w:tcPr>
            <w:tcW w:w="2045" w:type="dxa"/>
            <w:vAlign w:val="center"/>
          </w:tcPr>
          <w:p w14:paraId="6B960409" w14:textId="77777777" w:rsidR="006127CA" w:rsidRDefault="00000000">
            <w:r>
              <w:rPr>
                <w:sz w:val="18"/>
              </w:rPr>
              <w:t>3</w:t>
            </w:r>
          </w:p>
        </w:tc>
        <w:tc>
          <w:tcPr>
            <w:tcW w:w="2045" w:type="dxa"/>
            <w:vAlign w:val="center"/>
          </w:tcPr>
          <w:p w14:paraId="7525B890" w14:textId="77777777" w:rsidR="006127CA" w:rsidRDefault="00000000">
            <w:r>
              <w:rPr>
                <w:sz w:val="18"/>
              </w:rPr>
              <w:t>Đầu – cổ: kích thước và hình dạng đầu</w:t>
            </w:r>
          </w:p>
        </w:tc>
        <w:tc>
          <w:tcPr>
            <w:tcW w:w="2045" w:type="dxa"/>
            <w:vAlign w:val="center"/>
          </w:tcPr>
          <w:p w14:paraId="432670B6" w14:textId="77777777" w:rsidR="006127CA" w:rsidRDefault="00000000">
            <w:r>
              <w:rPr>
                <w:sz w:val="18"/>
              </w:rPr>
              <w:t>Chọn kết quả khám.</w:t>
            </w:r>
          </w:p>
        </w:tc>
        <w:tc>
          <w:tcPr>
            <w:tcW w:w="2045" w:type="dxa"/>
            <w:vAlign w:val="center"/>
          </w:tcPr>
          <w:p w14:paraId="34BECE75" w14:textId="77777777" w:rsidR="006127CA" w:rsidRDefault="00000000">
            <w:r>
              <w:rPr>
                <w:sz w:val="18"/>
              </w:rPr>
              <w:t>Lựa chọn</w:t>
            </w:r>
          </w:p>
        </w:tc>
        <w:tc>
          <w:tcPr>
            <w:tcW w:w="2045" w:type="dxa"/>
            <w:vAlign w:val="center"/>
          </w:tcPr>
          <w:p w14:paraId="17033E44" w14:textId="77777777" w:rsidR="006127CA" w:rsidRDefault="00000000">
            <w:r>
              <w:rPr>
                <w:sz w:val="18"/>
              </w:rPr>
              <w:t>Bình thường / Không bình thường</w:t>
            </w:r>
          </w:p>
        </w:tc>
      </w:tr>
      <w:tr w:rsidR="006127CA" w14:paraId="296D518D" w14:textId="77777777">
        <w:trPr>
          <w:jc w:val="center"/>
        </w:trPr>
        <w:tc>
          <w:tcPr>
            <w:tcW w:w="2045" w:type="dxa"/>
            <w:vAlign w:val="center"/>
          </w:tcPr>
          <w:p w14:paraId="11576F55" w14:textId="77777777" w:rsidR="006127CA" w:rsidRDefault="00000000">
            <w:r>
              <w:rPr>
                <w:sz w:val="18"/>
              </w:rPr>
              <w:t>4</w:t>
            </w:r>
          </w:p>
        </w:tc>
        <w:tc>
          <w:tcPr>
            <w:tcW w:w="2045" w:type="dxa"/>
            <w:vAlign w:val="center"/>
          </w:tcPr>
          <w:p w14:paraId="6256D556" w14:textId="77777777" w:rsidR="006127CA" w:rsidRDefault="00000000">
            <w:r>
              <w:rPr>
                <w:sz w:val="18"/>
              </w:rPr>
              <w:t>Vận động cổ</w:t>
            </w:r>
          </w:p>
        </w:tc>
        <w:tc>
          <w:tcPr>
            <w:tcW w:w="2045" w:type="dxa"/>
            <w:vAlign w:val="center"/>
          </w:tcPr>
          <w:p w14:paraId="38432CB1" w14:textId="77777777" w:rsidR="006127CA" w:rsidRDefault="00000000">
            <w:r>
              <w:rPr>
                <w:sz w:val="18"/>
              </w:rPr>
              <w:t>Đánh giá vận động cổ.</w:t>
            </w:r>
          </w:p>
        </w:tc>
        <w:tc>
          <w:tcPr>
            <w:tcW w:w="2045" w:type="dxa"/>
            <w:vAlign w:val="center"/>
          </w:tcPr>
          <w:p w14:paraId="04166416" w14:textId="77777777" w:rsidR="006127CA" w:rsidRDefault="00000000">
            <w:r>
              <w:rPr>
                <w:sz w:val="18"/>
              </w:rPr>
              <w:t>Lựa chọn</w:t>
            </w:r>
          </w:p>
        </w:tc>
        <w:tc>
          <w:tcPr>
            <w:tcW w:w="2045" w:type="dxa"/>
            <w:vAlign w:val="center"/>
          </w:tcPr>
          <w:p w14:paraId="6A0A550A" w14:textId="77777777" w:rsidR="006127CA" w:rsidRDefault="00000000">
            <w:r>
              <w:rPr>
                <w:sz w:val="18"/>
              </w:rPr>
              <w:t>Bình thường / Giới hạn</w:t>
            </w:r>
          </w:p>
        </w:tc>
      </w:tr>
      <w:tr w:rsidR="006127CA" w14:paraId="58D43DA2" w14:textId="77777777">
        <w:trPr>
          <w:jc w:val="center"/>
        </w:trPr>
        <w:tc>
          <w:tcPr>
            <w:tcW w:w="2045" w:type="dxa"/>
            <w:vAlign w:val="center"/>
          </w:tcPr>
          <w:p w14:paraId="61DE5DCB" w14:textId="77777777" w:rsidR="006127CA" w:rsidRDefault="00000000">
            <w:r>
              <w:rPr>
                <w:sz w:val="18"/>
              </w:rPr>
              <w:t>5</w:t>
            </w:r>
          </w:p>
        </w:tc>
        <w:tc>
          <w:tcPr>
            <w:tcW w:w="2045" w:type="dxa"/>
            <w:vAlign w:val="center"/>
          </w:tcPr>
          <w:p w14:paraId="2AC13134" w14:textId="77777777" w:rsidR="006127CA" w:rsidRDefault="00000000">
            <w:r>
              <w:rPr>
                <w:sz w:val="18"/>
              </w:rPr>
              <w:t>Khối bất thường</w:t>
            </w:r>
          </w:p>
        </w:tc>
        <w:tc>
          <w:tcPr>
            <w:tcW w:w="2045" w:type="dxa"/>
            <w:vAlign w:val="center"/>
          </w:tcPr>
          <w:p w14:paraId="5089666A" w14:textId="77777777" w:rsidR="006127CA" w:rsidRDefault="00000000">
            <w:r>
              <w:rPr>
                <w:sz w:val="18"/>
              </w:rPr>
              <w:t>Xác định có hay không.</w:t>
            </w:r>
          </w:p>
        </w:tc>
        <w:tc>
          <w:tcPr>
            <w:tcW w:w="2045" w:type="dxa"/>
            <w:vAlign w:val="center"/>
          </w:tcPr>
          <w:p w14:paraId="422AD822" w14:textId="77777777" w:rsidR="006127CA" w:rsidRDefault="00000000">
            <w:r>
              <w:rPr>
                <w:sz w:val="18"/>
              </w:rPr>
              <w:t>Lựa chọn</w:t>
            </w:r>
          </w:p>
        </w:tc>
        <w:tc>
          <w:tcPr>
            <w:tcW w:w="2045" w:type="dxa"/>
            <w:vAlign w:val="center"/>
          </w:tcPr>
          <w:p w14:paraId="00B27236" w14:textId="77777777" w:rsidR="006127CA" w:rsidRDefault="00000000">
            <w:r>
              <w:rPr>
                <w:sz w:val="18"/>
              </w:rPr>
              <w:t>Không / Có</w:t>
            </w:r>
          </w:p>
        </w:tc>
      </w:tr>
      <w:tr w:rsidR="006127CA" w14:paraId="2CCC6A8C" w14:textId="77777777">
        <w:trPr>
          <w:jc w:val="center"/>
        </w:trPr>
        <w:tc>
          <w:tcPr>
            <w:tcW w:w="2045" w:type="dxa"/>
            <w:vAlign w:val="center"/>
          </w:tcPr>
          <w:p w14:paraId="614D5CA6" w14:textId="77777777" w:rsidR="006127CA" w:rsidRDefault="00000000">
            <w:r>
              <w:rPr>
                <w:sz w:val="18"/>
              </w:rPr>
              <w:t>6</w:t>
            </w:r>
          </w:p>
        </w:tc>
        <w:tc>
          <w:tcPr>
            <w:tcW w:w="2045" w:type="dxa"/>
            <w:vAlign w:val="center"/>
          </w:tcPr>
          <w:p w14:paraId="6FE827B7" w14:textId="77777777" w:rsidR="006127CA" w:rsidRDefault="00000000">
            <w:r>
              <w:rPr>
                <w:sz w:val="18"/>
              </w:rPr>
              <w:t>Mắt – vị trí 2 mắt</w:t>
            </w:r>
          </w:p>
        </w:tc>
        <w:tc>
          <w:tcPr>
            <w:tcW w:w="2045" w:type="dxa"/>
            <w:vAlign w:val="center"/>
          </w:tcPr>
          <w:p w14:paraId="38488866" w14:textId="77777777" w:rsidR="006127CA" w:rsidRDefault="00000000">
            <w:r>
              <w:rPr>
                <w:sz w:val="18"/>
              </w:rPr>
              <w:t>Đánh giá vị trí hai mắt.</w:t>
            </w:r>
          </w:p>
        </w:tc>
        <w:tc>
          <w:tcPr>
            <w:tcW w:w="2045" w:type="dxa"/>
            <w:vAlign w:val="center"/>
          </w:tcPr>
          <w:p w14:paraId="51A580B4" w14:textId="77777777" w:rsidR="006127CA" w:rsidRDefault="00000000">
            <w:r>
              <w:rPr>
                <w:sz w:val="18"/>
              </w:rPr>
              <w:t>Lựa chọn</w:t>
            </w:r>
          </w:p>
        </w:tc>
        <w:tc>
          <w:tcPr>
            <w:tcW w:w="2045" w:type="dxa"/>
            <w:vAlign w:val="center"/>
          </w:tcPr>
          <w:p w14:paraId="55475673" w14:textId="77777777" w:rsidR="006127CA" w:rsidRDefault="00000000">
            <w:r>
              <w:rPr>
                <w:sz w:val="18"/>
              </w:rPr>
              <w:t>Bình thường / 2 mắt xa nhau</w:t>
            </w:r>
          </w:p>
        </w:tc>
      </w:tr>
      <w:tr w:rsidR="006127CA" w14:paraId="079B41F1" w14:textId="77777777">
        <w:trPr>
          <w:jc w:val="center"/>
        </w:trPr>
        <w:tc>
          <w:tcPr>
            <w:tcW w:w="2045" w:type="dxa"/>
            <w:vAlign w:val="center"/>
          </w:tcPr>
          <w:p w14:paraId="39203E7F" w14:textId="77777777" w:rsidR="006127CA" w:rsidRDefault="00000000">
            <w:r>
              <w:rPr>
                <w:sz w:val="18"/>
              </w:rPr>
              <w:t>7</w:t>
            </w:r>
          </w:p>
        </w:tc>
        <w:tc>
          <w:tcPr>
            <w:tcW w:w="2045" w:type="dxa"/>
            <w:vAlign w:val="center"/>
          </w:tcPr>
          <w:p w14:paraId="250A6C79" w14:textId="77777777" w:rsidR="006127CA" w:rsidRDefault="00000000">
            <w:r>
              <w:rPr>
                <w:sz w:val="18"/>
              </w:rPr>
              <w:t>Mí mắt và kết mạc</w:t>
            </w:r>
          </w:p>
        </w:tc>
        <w:tc>
          <w:tcPr>
            <w:tcW w:w="2045" w:type="dxa"/>
            <w:vAlign w:val="center"/>
          </w:tcPr>
          <w:p w14:paraId="1BF02BBC" w14:textId="77777777" w:rsidR="006127CA" w:rsidRDefault="00000000">
            <w:r>
              <w:rPr>
                <w:sz w:val="18"/>
              </w:rPr>
              <w:t>Chọn dấu hiệu phù hợp.</w:t>
            </w:r>
          </w:p>
        </w:tc>
        <w:tc>
          <w:tcPr>
            <w:tcW w:w="2045" w:type="dxa"/>
            <w:vAlign w:val="center"/>
          </w:tcPr>
          <w:p w14:paraId="67CA939A" w14:textId="77777777" w:rsidR="006127CA" w:rsidRDefault="00000000">
            <w:r>
              <w:rPr>
                <w:sz w:val="18"/>
              </w:rPr>
              <w:t>Lựa chọn</w:t>
            </w:r>
          </w:p>
        </w:tc>
        <w:tc>
          <w:tcPr>
            <w:tcW w:w="2045" w:type="dxa"/>
            <w:vAlign w:val="center"/>
          </w:tcPr>
          <w:p w14:paraId="618D5FA6" w14:textId="77777777" w:rsidR="006127CA" w:rsidRDefault="00000000">
            <w:r>
              <w:rPr>
                <w:sz w:val="18"/>
              </w:rPr>
              <w:t>Bình thường / Sưng-đỏ / Chảy ghèn-mủ</w:t>
            </w:r>
          </w:p>
        </w:tc>
      </w:tr>
      <w:tr w:rsidR="006127CA" w14:paraId="11131ABF" w14:textId="77777777">
        <w:trPr>
          <w:jc w:val="center"/>
        </w:trPr>
        <w:tc>
          <w:tcPr>
            <w:tcW w:w="2045" w:type="dxa"/>
            <w:vAlign w:val="center"/>
          </w:tcPr>
          <w:p w14:paraId="6A3D7DD6" w14:textId="77777777" w:rsidR="006127CA" w:rsidRDefault="00000000">
            <w:r>
              <w:rPr>
                <w:sz w:val="18"/>
              </w:rPr>
              <w:t>8</w:t>
            </w:r>
          </w:p>
        </w:tc>
        <w:tc>
          <w:tcPr>
            <w:tcW w:w="2045" w:type="dxa"/>
            <w:vAlign w:val="center"/>
          </w:tcPr>
          <w:p w14:paraId="541158ED" w14:textId="77777777" w:rsidR="006127CA" w:rsidRDefault="00000000">
            <w:r>
              <w:rPr>
                <w:sz w:val="18"/>
              </w:rPr>
              <w:t>Lác mắt</w:t>
            </w:r>
          </w:p>
        </w:tc>
        <w:tc>
          <w:tcPr>
            <w:tcW w:w="2045" w:type="dxa"/>
            <w:vAlign w:val="center"/>
          </w:tcPr>
          <w:p w14:paraId="388D624D" w14:textId="77777777" w:rsidR="006127CA" w:rsidRDefault="00000000">
            <w:r>
              <w:rPr>
                <w:sz w:val="18"/>
              </w:rPr>
              <w:t>Xác định có lác mắt hay không.</w:t>
            </w:r>
          </w:p>
        </w:tc>
        <w:tc>
          <w:tcPr>
            <w:tcW w:w="2045" w:type="dxa"/>
            <w:vAlign w:val="center"/>
          </w:tcPr>
          <w:p w14:paraId="2300F486" w14:textId="77777777" w:rsidR="006127CA" w:rsidRDefault="00000000">
            <w:r>
              <w:rPr>
                <w:sz w:val="18"/>
              </w:rPr>
              <w:t>Lựa chọn</w:t>
            </w:r>
          </w:p>
        </w:tc>
        <w:tc>
          <w:tcPr>
            <w:tcW w:w="2045" w:type="dxa"/>
            <w:vAlign w:val="center"/>
          </w:tcPr>
          <w:p w14:paraId="76B17645" w14:textId="77777777" w:rsidR="006127CA" w:rsidRDefault="00000000">
            <w:r>
              <w:rPr>
                <w:sz w:val="18"/>
              </w:rPr>
              <w:t>Không / Có</w:t>
            </w:r>
          </w:p>
        </w:tc>
      </w:tr>
      <w:tr w:rsidR="006127CA" w14:paraId="3088D837" w14:textId="77777777">
        <w:trPr>
          <w:jc w:val="center"/>
        </w:trPr>
        <w:tc>
          <w:tcPr>
            <w:tcW w:w="2045" w:type="dxa"/>
            <w:vAlign w:val="center"/>
          </w:tcPr>
          <w:p w14:paraId="24F5D799" w14:textId="77777777" w:rsidR="006127CA" w:rsidRDefault="00000000">
            <w:r>
              <w:rPr>
                <w:sz w:val="18"/>
              </w:rPr>
              <w:t>9</w:t>
            </w:r>
          </w:p>
        </w:tc>
        <w:tc>
          <w:tcPr>
            <w:tcW w:w="2045" w:type="dxa"/>
            <w:vAlign w:val="center"/>
          </w:tcPr>
          <w:p w14:paraId="065CC3A1" w14:textId="77777777" w:rsidR="006127CA" w:rsidRDefault="00000000">
            <w:r>
              <w:rPr>
                <w:sz w:val="18"/>
              </w:rPr>
              <w:t>Tai – đáp ứng với âm thanh</w:t>
            </w:r>
          </w:p>
        </w:tc>
        <w:tc>
          <w:tcPr>
            <w:tcW w:w="2045" w:type="dxa"/>
            <w:vAlign w:val="center"/>
          </w:tcPr>
          <w:p w14:paraId="2FC9B00F" w14:textId="77777777" w:rsidR="006127CA" w:rsidRDefault="00000000">
            <w:r>
              <w:rPr>
                <w:sz w:val="18"/>
              </w:rPr>
              <w:t>Đánh giá đáp ứng với âm thanh.</w:t>
            </w:r>
          </w:p>
        </w:tc>
        <w:tc>
          <w:tcPr>
            <w:tcW w:w="2045" w:type="dxa"/>
            <w:vAlign w:val="center"/>
          </w:tcPr>
          <w:p w14:paraId="67740E9B" w14:textId="77777777" w:rsidR="006127CA" w:rsidRDefault="00000000">
            <w:r>
              <w:rPr>
                <w:sz w:val="18"/>
              </w:rPr>
              <w:t>Lựa chọn</w:t>
            </w:r>
          </w:p>
        </w:tc>
        <w:tc>
          <w:tcPr>
            <w:tcW w:w="2045" w:type="dxa"/>
            <w:vAlign w:val="center"/>
          </w:tcPr>
          <w:p w14:paraId="6A61445F" w14:textId="77777777" w:rsidR="006127CA" w:rsidRDefault="00000000">
            <w:r>
              <w:rPr>
                <w:sz w:val="18"/>
              </w:rPr>
              <w:t>Bình thường / Không bình thường</w:t>
            </w:r>
          </w:p>
        </w:tc>
      </w:tr>
      <w:tr w:rsidR="006127CA" w14:paraId="5858C7AF" w14:textId="77777777">
        <w:trPr>
          <w:jc w:val="center"/>
        </w:trPr>
        <w:tc>
          <w:tcPr>
            <w:tcW w:w="2045" w:type="dxa"/>
            <w:vAlign w:val="center"/>
          </w:tcPr>
          <w:p w14:paraId="0CDB7872" w14:textId="77777777" w:rsidR="006127CA" w:rsidRDefault="00000000">
            <w:r>
              <w:rPr>
                <w:sz w:val="18"/>
              </w:rPr>
              <w:t>10</w:t>
            </w:r>
          </w:p>
        </w:tc>
        <w:tc>
          <w:tcPr>
            <w:tcW w:w="2045" w:type="dxa"/>
            <w:vAlign w:val="center"/>
          </w:tcPr>
          <w:p w14:paraId="5AA8654F" w14:textId="77777777" w:rsidR="006127CA" w:rsidRDefault="00000000">
            <w:r>
              <w:rPr>
                <w:sz w:val="18"/>
              </w:rPr>
              <w:t>Tai – khối sưng sau tai</w:t>
            </w:r>
          </w:p>
        </w:tc>
        <w:tc>
          <w:tcPr>
            <w:tcW w:w="2045" w:type="dxa"/>
            <w:vAlign w:val="center"/>
          </w:tcPr>
          <w:p w14:paraId="094374E0" w14:textId="77777777" w:rsidR="006127CA" w:rsidRDefault="00000000">
            <w:r>
              <w:rPr>
                <w:sz w:val="18"/>
              </w:rPr>
              <w:t>Xác định có hay không.</w:t>
            </w:r>
          </w:p>
        </w:tc>
        <w:tc>
          <w:tcPr>
            <w:tcW w:w="2045" w:type="dxa"/>
            <w:vAlign w:val="center"/>
          </w:tcPr>
          <w:p w14:paraId="7BE75B6F" w14:textId="77777777" w:rsidR="006127CA" w:rsidRDefault="00000000">
            <w:r>
              <w:rPr>
                <w:sz w:val="18"/>
              </w:rPr>
              <w:t>Lựa chọn</w:t>
            </w:r>
          </w:p>
        </w:tc>
        <w:tc>
          <w:tcPr>
            <w:tcW w:w="2045" w:type="dxa"/>
            <w:vAlign w:val="center"/>
          </w:tcPr>
          <w:p w14:paraId="75ABBC03" w14:textId="77777777" w:rsidR="006127CA" w:rsidRDefault="00000000">
            <w:r>
              <w:rPr>
                <w:sz w:val="18"/>
              </w:rPr>
              <w:t>Không / Có</w:t>
            </w:r>
          </w:p>
        </w:tc>
      </w:tr>
      <w:tr w:rsidR="006127CA" w14:paraId="2F5BFADA" w14:textId="77777777">
        <w:trPr>
          <w:jc w:val="center"/>
        </w:trPr>
        <w:tc>
          <w:tcPr>
            <w:tcW w:w="2045" w:type="dxa"/>
            <w:vAlign w:val="center"/>
          </w:tcPr>
          <w:p w14:paraId="60F16382" w14:textId="77777777" w:rsidR="006127CA" w:rsidRDefault="00000000">
            <w:r>
              <w:rPr>
                <w:sz w:val="18"/>
              </w:rPr>
              <w:t>11</w:t>
            </w:r>
          </w:p>
        </w:tc>
        <w:tc>
          <w:tcPr>
            <w:tcW w:w="2045" w:type="dxa"/>
            <w:vAlign w:val="center"/>
          </w:tcPr>
          <w:p w14:paraId="27835163" w14:textId="77777777" w:rsidR="006127CA" w:rsidRDefault="00000000">
            <w:r>
              <w:rPr>
                <w:sz w:val="18"/>
              </w:rPr>
              <w:t>Tai – chảy mủ, nước tai</w:t>
            </w:r>
          </w:p>
        </w:tc>
        <w:tc>
          <w:tcPr>
            <w:tcW w:w="2045" w:type="dxa"/>
            <w:vAlign w:val="center"/>
          </w:tcPr>
          <w:p w14:paraId="73D610AA" w14:textId="77777777" w:rsidR="006127CA" w:rsidRDefault="00000000">
            <w:r>
              <w:rPr>
                <w:sz w:val="18"/>
              </w:rPr>
              <w:t>Xác định có hay không.</w:t>
            </w:r>
          </w:p>
        </w:tc>
        <w:tc>
          <w:tcPr>
            <w:tcW w:w="2045" w:type="dxa"/>
            <w:vAlign w:val="center"/>
          </w:tcPr>
          <w:p w14:paraId="764A3175" w14:textId="77777777" w:rsidR="006127CA" w:rsidRDefault="00000000">
            <w:r>
              <w:rPr>
                <w:sz w:val="18"/>
              </w:rPr>
              <w:t>Lựa chọn</w:t>
            </w:r>
          </w:p>
        </w:tc>
        <w:tc>
          <w:tcPr>
            <w:tcW w:w="2045" w:type="dxa"/>
            <w:vAlign w:val="center"/>
          </w:tcPr>
          <w:p w14:paraId="17583E55" w14:textId="77777777" w:rsidR="006127CA" w:rsidRDefault="00000000">
            <w:r>
              <w:rPr>
                <w:sz w:val="18"/>
              </w:rPr>
              <w:t>Không / Có</w:t>
            </w:r>
          </w:p>
        </w:tc>
      </w:tr>
      <w:tr w:rsidR="006127CA" w14:paraId="6168609A" w14:textId="77777777">
        <w:trPr>
          <w:jc w:val="center"/>
        </w:trPr>
        <w:tc>
          <w:tcPr>
            <w:tcW w:w="2045" w:type="dxa"/>
            <w:vAlign w:val="center"/>
          </w:tcPr>
          <w:p w14:paraId="76B34AF8" w14:textId="77777777" w:rsidR="006127CA" w:rsidRDefault="00000000">
            <w:r>
              <w:rPr>
                <w:sz w:val="18"/>
              </w:rPr>
              <w:t>12</w:t>
            </w:r>
          </w:p>
        </w:tc>
        <w:tc>
          <w:tcPr>
            <w:tcW w:w="2045" w:type="dxa"/>
            <w:vAlign w:val="center"/>
          </w:tcPr>
          <w:p w14:paraId="574FFAC3" w14:textId="77777777" w:rsidR="006127CA" w:rsidRDefault="00000000">
            <w:r>
              <w:rPr>
                <w:sz w:val="18"/>
              </w:rPr>
              <w:t>Mũi – họng</w:t>
            </w:r>
          </w:p>
        </w:tc>
        <w:tc>
          <w:tcPr>
            <w:tcW w:w="2045" w:type="dxa"/>
            <w:vAlign w:val="center"/>
          </w:tcPr>
          <w:p w14:paraId="3253EF9F" w14:textId="77777777" w:rsidR="006127CA" w:rsidRDefault="00000000">
            <w:r>
              <w:rPr>
                <w:sz w:val="18"/>
              </w:rPr>
              <w:t xml:space="preserve">Đánh giá hình dạng mũi, chảy nước mũi, </w:t>
            </w:r>
            <w:r>
              <w:rPr>
                <w:sz w:val="18"/>
              </w:rPr>
              <w:lastRenderedPageBreak/>
              <w:t>nghẹt mũi.</w:t>
            </w:r>
          </w:p>
        </w:tc>
        <w:tc>
          <w:tcPr>
            <w:tcW w:w="2045" w:type="dxa"/>
            <w:vAlign w:val="center"/>
          </w:tcPr>
          <w:p w14:paraId="591C6600" w14:textId="77777777" w:rsidR="006127CA" w:rsidRDefault="00000000">
            <w:r>
              <w:rPr>
                <w:sz w:val="18"/>
              </w:rPr>
              <w:lastRenderedPageBreak/>
              <w:t>Lựa chọn</w:t>
            </w:r>
          </w:p>
        </w:tc>
        <w:tc>
          <w:tcPr>
            <w:tcW w:w="2045" w:type="dxa"/>
            <w:vAlign w:val="center"/>
          </w:tcPr>
          <w:p w14:paraId="3181F387" w14:textId="77777777" w:rsidR="006127CA" w:rsidRDefault="00000000">
            <w:r>
              <w:rPr>
                <w:sz w:val="18"/>
              </w:rPr>
              <w:t>Theo các lựa chọn trên biểu mẫu</w:t>
            </w:r>
          </w:p>
        </w:tc>
      </w:tr>
      <w:tr w:rsidR="006127CA" w14:paraId="067754F1" w14:textId="77777777">
        <w:trPr>
          <w:jc w:val="center"/>
        </w:trPr>
        <w:tc>
          <w:tcPr>
            <w:tcW w:w="2045" w:type="dxa"/>
            <w:vAlign w:val="center"/>
          </w:tcPr>
          <w:p w14:paraId="7C4ED69F" w14:textId="77777777" w:rsidR="006127CA" w:rsidRDefault="00000000">
            <w:r>
              <w:rPr>
                <w:sz w:val="18"/>
              </w:rPr>
              <w:t>13</w:t>
            </w:r>
          </w:p>
        </w:tc>
        <w:tc>
          <w:tcPr>
            <w:tcW w:w="2045" w:type="dxa"/>
            <w:vAlign w:val="center"/>
          </w:tcPr>
          <w:p w14:paraId="778C9A6E" w14:textId="77777777" w:rsidR="006127CA" w:rsidRDefault="00000000">
            <w:r>
              <w:rPr>
                <w:sz w:val="18"/>
              </w:rPr>
              <w:t>Miệng, răng</w:t>
            </w:r>
          </w:p>
        </w:tc>
        <w:tc>
          <w:tcPr>
            <w:tcW w:w="2045" w:type="dxa"/>
            <w:vAlign w:val="center"/>
          </w:tcPr>
          <w:p w14:paraId="680D53C9" w14:textId="77777777" w:rsidR="006127CA" w:rsidRDefault="00000000">
            <w:r>
              <w:rPr>
                <w:sz w:val="18"/>
              </w:rPr>
              <w:t>Đánh giá hình dạng miệng, lưỡi, thắng lưỡi, cằm và tình trạng răng.</w:t>
            </w:r>
          </w:p>
        </w:tc>
        <w:tc>
          <w:tcPr>
            <w:tcW w:w="2045" w:type="dxa"/>
            <w:vAlign w:val="center"/>
          </w:tcPr>
          <w:p w14:paraId="62544087" w14:textId="77777777" w:rsidR="006127CA" w:rsidRDefault="00000000">
            <w:r>
              <w:rPr>
                <w:sz w:val="18"/>
              </w:rPr>
              <w:t>Lựa chọn</w:t>
            </w:r>
          </w:p>
        </w:tc>
        <w:tc>
          <w:tcPr>
            <w:tcW w:w="2045" w:type="dxa"/>
            <w:vAlign w:val="center"/>
          </w:tcPr>
          <w:p w14:paraId="553C5435" w14:textId="77777777" w:rsidR="006127CA" w:rsidRDefault="00000000">
            <w:r>
              <w:rPr>
                <w:sz w:val="18"/>
              </w:rPr>
              <w:t>Theo các lựa chọn trên biểu mẫu</w:t>
            </w:r>
          </w:p>
        </w:tc>
      </w:tr>
      <w:tr w:rsidR="006127CA" w14:paraId="758AAD81" w14:textId="77777777">
        <w:trPr>
          <w:jc w:val="center"/>
        </w:trPr>
        <w:tc>
          <w:tcPr>
            <w:tcW w:w="2045" w:type="dxa"/>
            <w:vAlign w:val="center"/>
          </w:tcPr>
          <w:p w14:paraId="2B02534E" w14:textId="77777777" w:rsidR="006127CA" w:rsidRDefault="00000000">
            <w:r>
              <w:rPr>
                <w:sz w:val="18"/>
              </w:rPr>
              <w:t>14</w:t>
            </w:r>
          </w:p>
        </w:tc>
        <w:tc>
          <w:tcPr>
            <w:tcW w:w="2045" w:type="dxa"/>
            <w:vAlign w:val="center"/>
          </w:tcPr>
          <w:p w14:paraId="1342A231" w14:textId="77777777" w:rsidR="006127CA" w:rsidRDefault="00000000">
            <w:r>
              <w:rPr>
                <w:sz w:val="18"/>
              </w:rPr>
              <w:t>Cơ xương và thần kinh</w:t>
            </w:r>
          </w:p>
        </w:tc>
        <w:tc>
          <w:tcPr>
            <w:tcW w:w="2045" w:type="dxa"/>
            <w:vAlign w:val="center"/>
          </w:tcPr>
          <w:p w14:paraId="7E54F6E2" w14:textId="77777777" w:rsidR="006127CA" w:rsidRDefault="00000000">
            <w:r>
              <w:rPr>
                <w:sz w:val="18"/>
              </w:rPr>
              <w:t>Đánh giá vận động, lưng/cột sống, dáng đi.</w:t>
            </w:r>
          </w:p>
        </w:tc>
        <w:tc>
          <w:tcPr>
            <w:tcW w:w="2045" w:type="dxa"/>
            <w:vAlign w:val="center"/>
          </w:tcPr>
          <w:p w14:paraId="1C902813" w14:textId="77777777" w:rsidR="006127CA" w:rsidRDefault="00000000">
            <w:r>
              <w:rPr>
                <w:sz w:val="18"/>
              </w:rPr>
              <w:t>Lựa chọn</w:t>
            </w:r>
          </w:p>
        </w:tc>
        <w:tc>
          <w:tcPr>
            <w:tcW w:w="2045" w:type="dxa"/>
            <w:vAlign w:val="center"/>
          </w:tcPr>
          <w:p w14:paraId="615E3100" w14:textId="77777777" w:rsidR="006127CA" w:rsidRDefault="00000000">
            <w:r>
              <w:rPr>
                <w:sz w:val="18"/>
              </w:rPr>
              <w:t>Theo kết quả khám</w:t>
            </w:r>
          </w:p>
        </w:tc>
      </w:tr>
      <w:tr w:rsidR="006127CA" w14:paraId="222FE482" w14:textId="77777777">
        <w:trPr>
          <w:jc w:val="center"/>
        </w:trPr>
        <w:tc>
          <w:tcPr>
            <w:tcW w:w="2045" w:type="dxa"/>
            <w:vAlign w:val="center"/>
          </w:tcPr>
          <w:p w14:paraId="642F2C44" w14:textId="77777777" w:rsidR="006127CA" w:rsidRDefault="00000000">
            <w:r>
              <w:rPr>
                <w:sz w:val="18"/>
              </w:rPr>
              <w:t>15</w:t>
            </w:r>
          </w:p>
        </w:tc>
        <w:tc>
          <w:tcPr>
            <w:tcW w:w="2045" w:type="dxa"/>
            <w:vAlign w:val="center"/>
          </w:tcPr>
          <w:p w14:paraId="00C21708" w14:textId="77777777" w:rsidR="006127CA" w:rsidRDefault="00000000">
            <w:r>
              <w:rPr>
                <w:sz w:val="18"/>
              </w:rPr>
              <w:t>Tâm thần</w:t>
            </w:r>
          </w:p>
        </w:tc>
        <w:tc>
          <w:tcPr>
            <w:tcW w:w="2045" w:type="dxa"/>
            <w:vAlign w:val="center"/>
          </w:tcPr>
          <w:p w14:paraId="30FA37B8" w14:textId="77777777" w:rsidR="006127CA" w:rsidRDefault="00000000">
            <w:r>
              <w:rPr>
                <w:sz w:val="18"/>
              </w:rPr>
              <w:t>Đánh giá buồn bã, lo âu, mất ngủ kéo dài và hành vi bất thường/nguy cơ tự gây hại.</w:t>
            </w:r>
          </w:p>
        </w:tc>
        <w:tc>
          <w:tcPr>
            <w:tcW w:w="2045" w:type="dxa"/>
            <w:vAlign w:val="center"/>
          </w:tcPr>
          <w:p w14:paraId="0A384EF6" w14:textId="77777777" w:rsidR="006127CA" w:rsidRDefault="00000000">
            <w:r>
              <w:rPr>
                <w:sz w:val="18"/>
              </w:rPr>
              <w:t>Lựa chọn + ghi rõ</w:t>
            </w:r>
          </w:p>
        </w:tc>
        <w:tc>
          <w:tcPr>
            <w:tcW w:w="2045" w:type="dxa"/>
            <w:vAlign w:val="center"/>
          </w:tcPr>
          <w:p w14:paraId="2D39EC6D" w14:textId="77777777" w:rsidR="006127CA" w:rsidRDefault="00000000">
            <w:r>
              <w:rPr>
                <w:sz w:val="18"/>
              </w:rPr>
              <w:t>Có / Không; ghi rõ nếu có</w:t>
            </w:r>
          </w:p>
        </w:tc>
      </w:tr>
    </w:tbl>
    <w:p w14:paraId="225E1553" w14:textId="77777777" w:rsidR="006127CA" w:rsidRDefault="006127CA"/>
    <w:p w14:paraId="0E64D4EE" w14:textId="77777777" w:rsidR="006127CA" w:rsidRDefault="00000000">
      <w:pPr>
        <w:pStyle w:val="Heading2"/>
      </w:pPr>
      <w:r>
        <w:t>3.7. Kết luận và tư vấn</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3AD98CA9" w14:textId="77777777">
        <w:trPr>
          <w:tblHeader/>
          <w:jc w:val="center"/>
        </w:trPr>
        <w:tc>
          <w:tcPr>
            <w:tcW w:w="2045" w:type="dxa"/>
            <w:shd w:val="clear" w:color="auto" w:fill="D9EAF7"/>
            <w:vAlign w:val="center"/>
          </w:tcPr>
          <w:p w14:paraId="4D495A08" w14:textId="77777777" w:rsidR="006127CA" w:rsidRDefault="00000000">
            <w:pPr>
              <w:jc w:val="center"/>
            </w:pPr>
            <w:r>
              <w:rPr>
                <w:b/>
                <w:sz w:val="18"/>
              </w:rPr>
              <w:t>STT</w:t>
            </w:r>
          </w:p>
        </w:tc>
        <w:tc>
          <w:tcPr>
            <w:tcW w:w="2045" w:type="dxa"/>
            <w:shd w:val="clear" w:color="auto" w:fill="D9EAF7"/>
            <w:vAlign w:val="center"/>
          </w:tcPr>
          <w:p w14:paraId="120FC382" w14:textId="77777777" w:rsidR="006127CA" w:rsidRDefault="00000000">
            <w:pPr>
              <w:jc w:val="center"/>
            </w:pPr>
            <w:r>
              <w:rPr>
                <w:b/>
                <w:sz w:val="18"/>
              </w:rPr>
              <w:t>Trường</w:t>
            </w:r>
          </w:p>
        </w:tc>
        <w:tc>
          <w:tcPr>
            <w:tcW w:w="2045" w:type="dxa"/>
            <w:shd w:val="clear" w:color="auto" w:fill="D9EAF7"/>
            <w:vAlign w:val="center"/>
          </w:tcPr>
          <w:p w14:paraId="01CBFEE3" w14:textId="77777777" w:rsidR="006127CA" w:rsidRDefault="00000000">
            <w:pPr>
              <w:jc w:val="center"/>
            </w:pPr>
            <w:r>
              <w:rPr>
                <w:b/>
                <w:sz w:val="18"/>
              </w:rPr>
              <w:t>Hướng dẫn nhập</w:t>
            </w:r>
          </w:p>
        </w:tc>
        <w:tc>
          <w:tcPr>
            <w:tcW w:w="2045" w:type="dxa"/>
            <w:shd w:val="clear" w:color="auto" w:fill="D9EAF7"/>
            <w:vAlign w:val="center"/>
          </w:tcPr>
          <w:p w14:paraId="09FE07D6" w14:textId="77777777" w:rsidR="006127CA" w:rsidRDefault="00000000">
            <w:pPr>
              <w:jc w:val="center"/>
            </w:pPr>
            <w:r>
              <w:rPr>
                <w:b/>
                <w:sz w:val="18"/>
              </w:rPr>
              <w:t>Kiểu dữ liệu</w:t>
            </w:r>
          </w:p>
        </w:tc>
        <w:tc>
          <w:tcPr>
            <w:tcW w:w="2045" w:type="dxa"/>
            <w:shd w:val="clear" w:color="auto" w:fill="D9EAF7"/>
            <w:vAlign w:val="center"/>
          </w:tcPr>
          <w:p w14:paraId="717F4727" w14:textId="77777777" w:rsidR="006127CA" w:rsidRDefault="00000000">
            <w:pPr>
              <w:jc w:val="center"/>
            </w:pPr>
            <w:r>
              <w:rPr>
                <w:b/>
                <w:sz w:val="18"/>
              </w:rPr>
              <w:t>Lưu ý</w:t>
            </w:r>
          </w:p>
        </w:tc>
      </w:tr>
      <w:tr w:rsidR="006127CA" w14:paraId="6CE0526C" w14:textId="77777777">
        <w:trPr>
          <w:jc w:val="center"/>
        </w:trPr>
        <w:tc>
          <w:tcPr>
            <w:tcW w:w="2045" w:type="dxa"/>
            <w:vAlign w:val="center"/>
          </w:tcPr>
          <w:p w14:paraId="46F5F082" w14:textId="77777777" w:rsidR="006127CA" w:rsidRDefault="00000000">
            <w:r>
              <w:rPr>
                <w:sz w:val="18"/>
              </w:rPr>
              <w:t>1</w:t>
            </w:r>
          </w:p>
        </w:tc>
        <w:tc>
          <w:tcPr>
            <w:tcW w:w="2045" w:type="dxa"/>
            <w:vAlign w:val="center"/>
          </w:tcPr>
          <w:p w14:paraId="64187F25" w14:textId="77777777" w:rsidR="006127CA" w:rsidRDefault="00000000">
            <w:r>
              <w:rPr>
                <w:sz w:val="18"/>
              </w:rPr>
              <w:t>Kết luận về sức khỏe</w:t>
            </w:r>
          </w:p>
        </w:tc>
        <w:tc>
          <w:tcPr>
            <w:tcW w:w="2045" w:type="dxa"/>
            <w:vAlign w:val="center"/>
          </w:tcPr>
          <w:p w14:paraId="1AD29911" w14:textId="77777777" w:rsidR="006127CA" w:rsidRDefault="00000000">
            <w:r>
              <w:rPr>
                <w:sz w:val="18"/>
              </w:rPr>
              <w:t>Chọn kết luận phù hợp.</w:t>
            </w:r>
          </w:p>
        </w:tc>
        <w:tc>
          <w:tcPr>
            <w:tcW w:w="2045" w:type="dxa"/>
            <w:vAlign w:val="center"/>
          </w:tcPr>
          <w:p w14:paraId="1C46E6DD" w14:textId="77777777" w:rsidR="006127CA" w:rsidRDefault="00000000">
            <w:r>
              <w:rPr>
                <w:sz w:val="18"/>
              </w:rPr>
              <w:t>Lựa chọn</w:t>
            </w:r>
          </w:p>
        </w:tc>
        <w:tc>
          <w:tcPr>
            <w:tcW w:w="2045" w:type="dxa"/>
            <w:vAlign w:val="center"/>
          </w:tcPr>
          <w:p w14:paraId="67135CE9" w14:textId="77777777" w:rsidR="006127CA" w:rsidRDefault="00000000">
            <w:r>
              <w:rPr>
                <w:sz w:val="18"/>
              </w:rPr>
              <w:t>Bình thường / Có nguy cơ mắc lao (tiền sử tiếp xúc) / Có vấn đề về sức khỏe</w:t>
            </w:r>
          </w:p>
        </w:tc>
      </w:tr>
      <w:tr w:rsidR="006127CA" w14:paraId="4B2DB1E5" w14:textId="77777777">
        <w:trPr>
          <w:jc w:val="center"/>
        </w:trPr>
        <w:tc>
          <w:tcPr>
            <w:tcW w:w="2045" w:type="dxa"/>
            <w:vAlign w:val="center"/>
          </w:tcPr>
          <w:p w14:paraId="74C6FC22" w14:textId="77777777" w:rsidR="006127CA" w:rsidRDefault="00000000">
            <w:r>
              <w:rPr>
                <w:sz w:val="18"/>
              </w:rPr>
              <w:t>2</w:t>
            </w:r>
          </w:p>
        </w:tc>
        <w:tc>
          <w:tcPr>
            <w:tcW w:w="2045" w:type="dxa"/>
            <w:vAlign w:val="center"/>
          </w:tcPr>
          <w:p w14:paraId="10C38AC8" w14:textId="77777777" w:rsidR="006127CA" w:rsidRDefault="00000000">
            <w:r>
              <w:rPr>
                <w:sz w:val="18"/>
              </w:rPr>
              <w:t>Ghi rõ</w:t>
            </w:r>
          </w:p>
        </w:tc>
        <w:tc>
          <w:tcPr>
            <w:tcW w:w="2045" w:type="dxa"/>
            <w:vAlign w:val="center"/>
          </w:tcPr>
          <w:p w14:paraId="38AFD9D2" w14:textId="77777777" w:rsidR="006127CA" w:rsidRDefault="00000000">
            <w:r>
              <w:rPr>
                <w:sz w:val="18"/>
              </w:rPr>
              <w:t>Nhập chi tiết vấn đề sức khỏe khi kết luận có vấn đề.</w:t>
            </w:r>
          </w:p>
        </w:tc>
        <w:tc>
          <w:tcPr>
            <w:tcW w:w="2045" w:type="dxa"/>
            <w:vAlign w:val="center"/>
          </w:tcPr>
          <w:p w14:paraId="4D442BD9" w14:textId="77777777" w:rsidR="006127CA" w:rsidRDefault="00000000">
            <w:r>
              <w:rPr>
                <w:sz w:val="18"/>
              </w:rPr>
              <w:t>Văn bản</w:t>
            </w:r>
          </w:p>
        </w:tc>
        <w:tc>
          <w:tcPr>
            <w:tcW w:w="2045" w:type="dxa"/>
            <w:vAlign w:val="center"/>
          </w:tcPr>
          <w:p w14:paraId="4B530683" w14:textId="77777777" w:rsidR="006127CA" w:rsidRDefault="00000000">
            <w:r>
              <w:rPr>
                <w:sz w:val="18"/>
              </w:rPr>
              <w:t>Ghi cụ thể</w:t>
            </w:r>
          </w:p>
        </w:tc>
      </w:tr>
      <w:tr w:rsidR="006127CA" w14:paraId="1F40C572" w14:textId="77777777">
        <w:trPr>
          <w:jc w:val="center"/>
        </w:trPr>
        <w:tc>
          <w:tcPr>
            <w:tcW w:w="2045" w:type="dxa"/>
            <w:vAlign w:val="center"/>
          </w:tcPr>
          <w:p w14:paraId="330E8405" w14:textId="77777777" w:rsidR="006127CA" w:rsidRDefault="00000000">
            <w:r>
              <w:rPr>
                <w:sz w:val="18"/>
              </w:rPr>
              <w:t>3</w:t>
            </w:r>
          </w:p>
        </w:tc>
        <w:tc>
          <w:tcPr>
            <w:tcW w:w="2045" w:type="dxa"/>
            <w:vAlign w:val="center"/>
          </w:tcPr>
          <w:p w14:paraId="4EEB87E3" w14:textId="77777777" w:rsidR="006127CA" w:rsidRDefault="00000000">
            <w:r>
              <w:rPr>
                <w:sz w:val="18"/>
              </w:rPr>
              <w:t>Tư vấn/chuyển khám chuyên khoa</w:t>
            </w:r>
          </w:p>
        </w:tc>
        <w:tc>
          <w:tcPr>
            <w:tcW w:w="2045" w:type="dxa"/>
            <w:vAlign w:val="center"/>
          </w:tcPr>
          <w:p w14:paraId="3CC8E1A9" w14:textId="77777777" w:rsidR="006127CA" w:rsidRDefault="00000000">
            <w:r>
              <w:rPr>
                <w:sz w:val="18"/>
              </w:rPr>
              <w:t>Nhập nội dung tư vấn hoặc chuyên khoa cần chuyển.</w:t>
            </w:r>
          </w:p>
        </w:tc>
        <w:tc>
          <w:tcPr>
            <w:tcW w:w="2045" w:type="dxa"/>
            <w:vAlign w:val="center"/>
          </w:tcPr>
          <w:p w14:paraId="0185F434" w14:textId="77777777" w:rsidR="006127CA" w:rsidRDefault="00000000">
            <w:r>
              <w:rPr>
                <w:sz w:val="18"/>
              </w:rPr>
              <w:t>Văn bản</w:t>
            </w:r>
          </w:p>
        </w:tc>
        <w:tc>
          <w:tcPr>
            <w:tcW w:w="2045" w:type="dxa"/>
            <w:vAlign w:val="center"/>
          </w:tcPr>
          <w:p w14:paraId="0AF62046" w14:textId="77777777" w:rsidR="006127CA" w:rsidRDefault="00000000">
            <w:r>
              <w:rPr>
                <w:sz w:val="18"/>
              </w:rPr>
              <w:t>Theo kết quả khám</w:t>
            </w:r>
          </w:p>
        </w:tc>
      </w:tr>
    </w:tbl>
    <w:p w14:paraId="22DEABF7" w14:textId="77777777" w:rsidR="006127CA" w:rsidRDefault="006127CA"/>
    <w:p w14:paraId="5377DCA6" w14:textId="77777777" w:rsidR="006127CA" w:rsidRDefault="00000000">
      <w:r>
        <w:br w:type="page"/>
      </w:r>
    </w:p>
    <w:p w14:paraId="3858B5CE" w14:textId="77777777" w:rsidR="006127CA" w:rsidRDefault="00000000">
      <w:pPr>
        <w:pStyle w:val="Heading1"/>
      </w:pPr>
      <w:r>
        <w:lastRenderedPageBreak/>
        <w:t>4. HƯỚNG DẪN NHẬP LIỆU MẪU SỐ 02</w:t>
      </w:r>
    </w:p>
    <w:p w14:paraId="3E437016" w14:textId="77777777" w:rsidR="006127CA" w:rsidRDefault="00000000">
      <w:r>
        <w:t>Nội dung kiểm tra sức khỏe đầu năm học cho học sinh trong các cơ sở giáo dục phổ thông.</w:t>
      </w:r>
    </w:p>
    <w:p w14:paraId="3C2FC413" w14:textId="77777777" w:rsidR="006127CA" w:rsidRDefault="00000000">
      <w:pPr>
        <w:pStyle w:val="Heading2"/>
      </w:pPr>
      <w:r>
        <w:t>4.1. Thông tin hành chính</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4BAF1584" w14:textId="77777777">
        <w:trPr>
          <w:tblHeader/>
          <w:jc w:val="center"/>
        </w:trPr>
        <w:tc>
          <w:tcPr>
            <w:tcW w:w="2045" w:type="dxa"/>
            <w:shd w:val="clear" w:color="auto" w:fill="D9EAF7"/>
            <w:vAlign w:val="center"/>
          </w:tcPr>
          <w:p w14:paraId="0F81DCB4" w14:textId="77777777" w:rsidR="006127CA" w:rsidRDefault="00000000">
            <w:pPr>
              <w:jc w:val="center"/>
            </w:pPr>
            <w:r>
              <w:rPr>
                <w:b/>
                <w:sz w:val="18"/>
              </w:rPr>
              <w:t>STT</w:t>
            </w:r>
          </w:p>
        </w:tc>
        <w:tc>
          <w:tcPr>
            <w:tcW w:w="2045" w:type="dxa"/>
            <w:shd w:val="clear" w:color="auto" w:fill="D9EAF7"/>
            <w:vAlign w:val="center"/>
          </w:tcPr>
          <w:p w14:paraId="03FCAA07" w14:textId="77777777" w:rsidR="006127CA" w:rsidRDefault="00000000">
            <w:pPr>
              <w:jc w:val="center"/>
            </w:pPr>
            <w:r>
              <w:rPr>
                <w:b/>
                <w:sz w:val="18"/>
              </w:rPr>
              <w:t>Trường</w:t>
            </w:r>
          </w:p>
        </w:tc>
        <w:tc>
          <w:tcPr>
            <w:tcW w:w="2045" w:type="dxa"/>
            <w:shd w:val="clear" w:color="auto" w:fill="D9EAF7"/>
            <w:vAlign w:val="center"/>
          </w:tcPr>
          <w:p w14:paraId="0F1390B5" w14:textId="77777777" w:rsidR="006127CA" w:rsidRDefault="00000000">
            <w:pPr>
              <w:jc w:val="center"/>
            </w:pPr>
            <w:r>
              <w:rPr>
                <w:b/>
                <w:sz w:val="18"/>
              </w:rPr>
              <w:t>Hướng dẫn nhập</w:t>
            </w:r>
          </w:p>
        </w:tc>
        <w:tc>
          <w:tcPr>
            <w:tcW w:w="2045" w:type="dxa"/>
            <w:shd w:val="clear" w:color="auto" w:fill="D9EAF7"/>
            <w:vAlign w:val="center"/>
          </w:tcPr>
          <w:p w14:paraId="7CA33223" w14:textId="77777777" w:rsidR="006127CA" w:rsidRDefault="00000000">
            <w:pPr>
              <w:jc w:val="center"/>
            </w:pPr>
            <w:r>
              <w:rPr>
                <w:b/>
                <w:sz w:val="18"/>
              </w:rPr>
              <w:t>Kiểu dữ liệu</w:t>
            </w:r>
          </w:p>
        </w:tc>
        <w:tc>
          <w:tcPr>
            <w:tcW w:w="2045" w:type="dxa"/>
            <w:shd w:val="clear" w:color="auto" w:fill="D9EAF7"/>
            <w:vAlign w:val="center"/>
          </w:tcPr>
          <w:p w14:paraId="1BC7665F" w14:textId="77777777" w:rsidR="006127CA" w:rsidRDefault="00000000">
            <w:pPr>
              <w:jc w:val="center"/>
            </w:pPr>
            <w:r>
              <w:rPr>
                <w:b/>
                <w:sz w:val="18"/>
              </w:rPr>
              <w:t>Giá trị/Lưu ý</w:t>
            </w:r>
          </w:p>
        </w:tc>
      </w:tr>
      <w:tr w:rsidR="006127CA" w14:paraId="462C1674" w14:textId="77777777">
        <w:trPr>
          <w:jc w:val="center"/>
        </w:trPr>
        <w:tc>
          <w:tcPr>
            <w:tcW w:w="2045" w:type="dxa"/>
            <w:vAlign w:val="center"/>
          </w:tcPr>
          <w:p w14:paraId="16D93BFA" w14:textId="77777777" w:rsidR="006127CA" w:rsidRDefault="00000000">
            <w:r>
              <w:rPr>
                <w:sz w:val="18"/>
              </w:rPr>
              <w:t>1</w:t>
            </w:r>
          </w:p>
        </w:tc>
        <w:tc>
          <w:tcPr>
            <w:tcW w:w="2045" w:type="dxa"/>
            <w:vAlign w:val="center"/>
          </w:tcPr>
          <w:p w14:paraId="26DEA330" w14:textId="77777777" w:rsidR="006127CA" w:rsidRDefault="00000000">
            <w:r>
              <w:rPr>
                <w:sz w:val="18"/>
              </w:rPr>
              <w:t>Họ và tên (viết chữ in hoa)</w:t>
            </w:r>
          </w:p>
        </w:tc>
        <w:tc>
          <w:tcPr>
            <w:tcW w:w="2045" w:type="dxa"/>
            <w:vAlign w:val="center"/>
          </w:tcPr>
          <w:p w14:paraId="46273936" w14:textId="77777777" w:rsidR="006127CA" w:rsidRDefault="00000000">
            <w:r>
              <w:rPr>
                <w:sz w:val="18"/>
              </w:rPr>
              <w:t>Nhập đầy đủ họ tên học sinh bằng chữ in hoa.</w:t>
            </w:r>
          </w:p>
        </w:tc>
        <w:tc>
          <w:tcPr>
            <w:tcW w:w="2045" w:type="dxa"/>
            <w:vAlign w:val="center"/>
          </w:tcPr>
          <w:p w14:paraId="69CA9F1C" w14:textId="77777777" w:rsidR="006127CA" w:rsidRDefault="00000000">
            <w:r>
              <w:rPr>
                <w:sz w:val="18"/>
              </w:rPr>
              <w:t>Văn bản</w:t>
            </w:r>
          </w:p>
        </w:tc>
        <w:tc>
          <w:tcPr>
            <w:tcW w:w="2045" w:type="dxa"/>
            <w:vAlign w:val="center"/>
          </w:tcPr>
          <w:p w14:paraId="1D46F4DA" w14:textId="77777777" w:rsidR="006127CA" w:rsidRDefault="00000000">
            <w:r>
              <w:rPr>
                <w:sz w:val="18"/>
              </w:rPr>
              <w:t>Theo hồ sơ</w:t>
            </w:r>
          </w:p>
        </w:tc>
      </w:tr>
      <w:tr w:rsidR="006127CA" w14:paraId="290D33D2" w14:textId="77777777">
        <w:trPr>
          <w:jc w:val="center"/>
        </w:trPr>
        <w:tc>
          <w:tcPr>
            <w:tcW w:w="2045" w:type="dxa"/>
            <w:vAlign w:val="center"/>
          </w:tcPr>
          <w:p w14:paraId="24663004" w14:textId="77777777" w:rsidR="006127CA" w:rsidRDefault="00000000">
            <w:r>
              <w:rPr>
                <w:sz w:val="18"/>
              </w:rPr>
              <w:t>2</w:t>
            </w:r>
          </w:p>
        </w:tc>
        <w:tc>
          <w:tcPr>
            <w:tcW w:w="2045" w:type="dxa"/>
            <w:vAlign w:val="center"/>
          </w:tcPr>
          <w:p w14:paraId="7F4CD50D" w14:textId="77777777" w:rsidR="006127CA" w:rsidRDefault="00000000">
            <w:r>
              <w:rPr>
                <w:sz w:val="18"/>
              </w:rPr>
              <w:t>Giới tính</w:t>
            </w:r>
          </w:p>
        </w:tc>
        <w:tc>
          <w:tcPr>
            <w:tcW w:w="2045" w:type="dxa"/>
            <w:vAlign w:val="center"/>
          </w:tcPr>
          <w:p w14:paraId="41965E7D" w14:textId="77777777" w:rsidR="006127CA" w:rsidRDefault="00000000">
            <w:r>
              <w:rPr>
                <w:sz w:val="18"/>
              </w:rPr>
              <w:t>Chọn giới tính.</w:t>
            </w:r>
          </w:p>
        </w:tc>
        <w:tc>
          <w:tcPr>
            <w:tcW w:w="2045" w:type="dxa"/>
            <w:vAlign w:val="center"/>
          </w:tcPr>
          <w:p w14:paraId="40B3CA89" w14:textId="77777777" w:rsidR="006127CA" w:rsidRDefault="00000000">
            <w:r>
              <w:rPr>
                <w:sz w:val="18"/>
              </w:rPr>
              <w:t>Lựa chọn</w:t>
            </w:r>
          </w:p>
        </w:tc>
        <w:tc>
          <w:tcPr>
            <w:tcW w:w="2045" w:type="dxa"/>
            <w:vAlign w:val="center"/>
          </w:tcPr>
          <w:p w14:paraId="4C6DBD8A" w14:textId="77777777" w:rsidR="006127CA" w:rsidRDefault="00000000">
            <w:r>
              <w:rPr>
                <w:sz w:val="18"/>
              </w:rPr>
              <w:t>Nam / Nữ</w:t>
            </w:r>
          </w:p>
        </w:tc>
      </w:tr>
      <w:tr w:rsidR="006127CA" w14:paraId="0BAAB661" w14:textId="77777777">
        <w:trPr>
          <w:jc w:val="center"/>
        </w:trPr>
        <w:tc>
          <w:tcPr>
            <w:tcW w:w="2045" w:type="dxa"/>
            <w:vAlign w:val="center"/>
          </w:tcPr>
          <w:p w14:paraId="7A89CD36" w14:textId="77777777" w:rsidR="006127CA" w:rsidRDefault="00000000">
            <w:r>
              <w:rPr>
                <w:sz w:val="18"/>
              </w:rPr>
              <w:t>3</w:t>
            </w:r>
          </w:p>
        </w:tc>
        <w:tc>
          <w:tcPr>
            <w:tcW w:w="2045" w:type="dxa"/>
            <w:vAlign w:val="center"/>
          </w:tcPr>
          <w:p w14:paraId="13928D3A" w14:textId="77777777" w:rsidR="006127CA" w:rsidRDefault="00000000">
            <w:r>
              <w:rPr>
                <w:sz w:val="18"/>
              </w:rPr>
              <w:t>Ngày tháng năm sinh; Tuổi</w:t>
            </w:r>
          </w:p>
        </w:tc>
        <w:tc>
          <w:tcPr>
            <w:tcW w:w="2045" w:type="dxa"/>
            <w:vAlign w:val="center"/>
          </w:tcPr>
          <w:p w14:paraId="7840A03E" w14:textId="77777777" w:rsidR="006127CA" w:rsidRDefault="00000000">
            <w:r>
              <w:rPr>
                <w:sz w:val="18"/>
              </w:rPr>
              <w:t>Nhập ngày sinh và tuổi.</w:t>
            </w:r>
          </w:p>
        </w:tc>
        <w:tc>
          <w:tcPr>
            <w:tcW w:w="2045" w:type="dxa"/>
            <w:vAlign w:val="center"/>
          </w:tcPr>
          <w:p w14:paraId="625050E0" w14:textId="77777777" w:rsidR="006127CA" w:rsidRDefault="00000000">
            <w:r>
              <w:rPr>
                <w:sz w:val="18"/>
              </w:rPr>
              <w:t>Ngày tháng + số</w:t>
            </w:r>
          </w:p>
        </w:tc>
        <w:tc>
          <w:tcPr>
            <w:tcW w:w="2045" w:type="dxa"/>
            <w:vAlign w:val="center"/>
          </w:tcPr>
          <w:p w14:paraId="3E3B8003" w14:textId="77777777" w:rsidR="006127CA" w:rsidRDefault="00000000">
            <w:r>
              <w:rPr>
                <w:sz w:val="18"/>
              </w:rPr>
              <w:t>Theo hồ sơ</w:t>
            </w:r>
          </w:p>
        </w:tc>
      </w:tr>
      <w:tr w:rsidR="006127CA" w14:paraId="6C88E709" w14:textId="77777777">
        <w:trPr>
          <w:jc w:val="center"/>
        </w:trPr>
        <w:tc>
          <w:tcPr>
            <w:tcW w:w="2045" w:type="dxa"/>
            <w:vAlign w:val="center"/>
          </w:tcPr>
          <w:p w14:paraId="2F235F10" w14:textId="77777777" w:rsidR="006127CA" w:rsidRDefault="00000000">
            <w:r>
              <w:rPr>
                <w:sz w:val="18"/>
              </w:rPr>
              <w:t>3</w:t>
            </w:r>
          </w:p>
        </w:tc>
        <w:tc>
          <w:tcPr>
            <w:tcW w:w="2045" w:type="dxa"/>
            <w:vAlign w:val="center"/>
          </w:tcPr>
          <w:p w14:paraId="7B02A8A6" w14:textId="77777777" w:rsidR="006127CA" w:rsidRDefault="00000000">
            <w:r>
              <w:rPr>
                <w:sz w:val="18"/>
              </w:rPr>
              <w:t>Số CCCD/Hộ chiếu/Mã định danh</w:t>
            </w:r>
          </w:p>
        </w:tc>
        <w:tc>
          <w:tcPr>
            <w:tcW w:w="2045" w:type="dxa"/>
            <w:vAlign w:val="center"/>
          </w:tcPr>
          <w:p w14:paraId="300CDF38" w14:textId="77777777" w:rsidR="006127CA" w:rsidRDefault="00000000">
            <w:r>
              <w:rPr>
                <w:sz w:val="18"/>
              </w:rPr>
              <w:t>Nhập số giấy tờ hoặc mã định danh.</w:t>
            </w:r>
          </w:p>
        </w:tc>
        <w:tc>
          <w:tcPr>
            <w:tcW w:w="2045" w:type="dxa"/>
            <w:vAlign w:val="center"/>
          </w:tcPr>
          <w:p w14:paraId="78DC2502" w14:textId="77777777" w:rsidR="006127CA" w:rsidRDefault="00000000">
            <w:r>
              <w:rPr>
                <w:sz w:val="18"/>
              </w:rPr>
              <w:t>Văn bản/số</w:t>
            </w:r>
          </w:p>
        </w:tc>
        <w:tc>
          <w:tcPr>
            <w:tcW w:w="2045" w:type="dxa"/>
            <w:vAlign w:val="center"/>
          </w:tcPr>
          <w:p w14:paraId="3084AA60" w14:textId="77777777" w:rsidR="006127CA" w:rsidRDefault="00000000">
            <w:r>
              <w:rPr>
                <w:sz w:val="18"/>
              </w:rPr>
              <w:t>Theo giấy tờ</w:t>
            </w:r>
          </w:p>
        </w:tc>
      </w:tr>
      <w:tr w:rsidR="006127CA" w14:paraId="5CE2F5EA" w14:textId="77777777">
        <w:trPr>
          <w:jc w:val="center"/>
        </w:trPr>
        <w:tc>
          <w:tcPr>
            <w:tcW w:w="2045" w:type="dxa"/>
            <w:vAlign w:val="center"/>
          </w:tcPr>
          <w:p w14:paraId="5B142D05" w14:textId="77777777" w:rsidR="006127CA" w:rsidRDefault="00000000">
            <w:r>
              <w:rPr>
                <w:sz w:val="18"/>
              </w:rPr>
              <w:t>4</w:t>
            </w:r>
          </w:p>
        </w:tc>
        <w:tc>
          <w:tcPr>
            <w:tcW w:w="2045" w:type="dxa"/>
            <w:vAlign w:val="center"/>
          </w:tcPr>
          <w:p w14:paraId="300FF042" w14:textId="77777777" w:rsidR="006127CA" w:rsidRDefault="00000000">
            <w:r>
              <w:rPr>
                <w:sz w:val="18"/>
              </w:rPr>
              <w:t>Cấp ngày; Nơi cấp</w:t>
            </w:r>
          </w:p>
        </w:tc>
        <w:tc>
          <w:tcPr>
            <w:tcW w:w="2045" w:type="dxa"/>
            <w:vAlign w:val="center"/>
          </w:tcPr>
          <w:p w14:paraId="6E80ECD7" w14:textId="77777777" w:rsidR="006127CA" w:rsidRDefault="00000000">
            <w:r>
              <w:rPr>
                <w:sz w:val="18"/>
              </w:rPr>
              <w:t>Nhập ngày cấp và nơi cấp giấy tờ.</w:t>
            </w:r>
          </w:p>
        </w:tc>
        <w:tc>
          <w:tcPr>
            <w:tcW w:w="2045" w:type="dxa"/>
            <w:vAlign w:val="center"/>
          </w:tcPr>
          <w:p w14:paraId="630ADE47" w14:textId="77777777" w:rsidR="006127CA" w:rsidRDefault="00000000">
            <w:r>
              <w:rPr>
                <w:sz w:val="18"/>
              </w:rPr>
              <w:t>Ngày tháng + văn bản</w:t>
            </w:r>
          </w:p>
        </w:tc>
        <w:tc>
          <w:tcPr>
            <w:tcW w:w="2045" w:type="dxa"/>
            <w:vAlign w:val="center"/>
          </w:tcPr>
          <w:p w14:paraId="32FE3278" w14:textId="77777777" w:rsidR="006127CA" w:rsidRDefault="00000000">
            <w:r>
              <w:rPr>
                <w:sz w:val="18"/>
              </w:rPr>
              <w:t>Theo giấy tờ</w:t>
            </w:r>
          </w:p>
        </w:tc>
      </w:tr>
      <w:tr w:rsidR="006127CA" w14:paraId="46E7D678" w14:textId="77777777">
        <w:trPr>
          <w:jc w:val="center"/>
        </w:trPr>
        <w:tc>
          <w:tcPr>
            <w:tcW w:w="2045" w:type="dxa"/>
            <w:vAlign w:val="center"/>
          </w:tcPr>
          <w:p w14:paraId="0A01076D" w14:textId="77777777" w:rsidR="006127CA" w:rsidRDefault="00000000">
            <w:r>
              <w:rPr>
                <w:sz w:val="18"/>
              </w:rPr>
              <w:t>5</w:t>
            </w:r>
          </w:p>
        </w:tc>
        <w:tc>
          <w:tcPr>
            <w:tcW w:w="2045" w:type="dxa"/>
            <w:vAlign w:val="center"/>
          </w:tcPr>
          <w:p w14:paraId="648685E9" w14:textId="77777777" w:rsidR="006127CA" w:rsidRDefault="00000000">
            <w:r>
              <w:rPr>
                <w:sz w:val="18"/>
              </w:rPr>
              <w:t>Dân tộc</w:t>
            </w:r>
          </w:p>
        </w:tc>
        <w:tc>
          <w:tcPr>
            <w:tcW w:w="2045" w:type="dxa"/>
            <w:vAlign w:val="center"/>
          </w:tcPr>
          <w:p w14:paraId="17CC2705" w14:textId="77777777" w:rsidR="006127CA" w:rsidRDefault="00000000">
            <w:r>
              <w:rPr>
                <w:sz w:val="18"/>
              </w:rPr>
              <w:t>Nhập dân tộc.</w:t>
            </w:r>
          </w:p>
        </w:tc>
        <w:tc>
          <w:tcPr>
            <w:tcW w:w="2045" w:type="dxa"/>
            <w:vAlign w:val="center"/>
          </w:tcPr>
          <w:p w14:paraId="0E01A976" w14:textId="77777777" w:rsidR="006127CA" w:rsidRDefault="00000000">
            <w:r>
              <w:rPr>
                <w:sz w:val="18"/>
              </w:rPr>
              <w:t>Văn bản</w:t>
            </w:r>
          </w:p>
        </w:tc>
        <w:tc>
          <w:tcPr>
            <w:tcW w:w="2045" w:type="dxa"/>
            <w:vAlign w:val="center"/>
          </w:tcPr>
          <w:p w14:paraId="70CEC1A5" w14:textId="77777777" w:rsidR="006127CA" w:rsidRDefault="00000000">
            <w:r>
              <w:rPr>
                <w:sz w:val="18"/>
              </w:rPr>
              <w:t>Theo hồ sơ</w:t>
            </w:r>
          </w:p>
        </w:tc>
      </w:tr>
      <w:tr w:rsidR="006127CA" w14:paraId="768FDF47" w14:textId="77777777">
        <w:trPr>
          <w:jc w:val="center"/>
        </w:trPr>
        <w:tc>
          <w:tcPr>
            <w:tcW w:w="2045" w:type="dxa"/>
            <w:vAlign w:val="center"/>
          </w:tcPr>
          <w:p w14:paraId="471B996D" w14:textId="77777777" w:rsidR="006127CA" w:rsidRDefault="00000000">
            <w:r>
              <w:rPr>
                <w:sz w:val="18"/>
              </w:rPr>
              <w:t>6</w:t>
            </w:r>
          </w:p>
        </w:tc>
        <w:tc>
          <w:tcPr>
            <w:tcW w:w="2045" w:type="dxa"/>
            <w:vAlign w:val="center"/>
          </w:tcPr>
          <w:p w14:paraId="08D9D0A7" w14:textId="77777777" w:rsidR="006127CA" w:rsidRDefault="00000000">
            <w:r>
              <w:rPr>
                <w:sz w:val="18"/>
              </w:rPr>
              <w:t>Đối tượng</w:t>
            </w:r>
          </w:p>
        </w:tc>
        <w:tc>
          <w:tcPr>
            <w:tcW w:w="2045" w:type="dxa"/>
            <w:vAlign w:val="center"/>
          </w:tcPr>
          <w:p w14:paraId="27265948" w14:textId="77777777" w:rsidR="006127CA" w:rsidRDefault="00000000">
            <w:r>
              <w:rPr>
                <w:sz w:val="18"/>
              </w:rPr>
              <w:t>Nhập/chọn đối tượng.</w:t>
            </w:r>
          </w:p>
        </w:tc>
        <w:tc>
          <w:tcPr>
            <w:tcW w:w="2045" w:type="dxa"/>
            <w:vAlign w:val="center"/>
          </w:tcPr>
          <w:p w14:paraId="053BE4FE" w14:textId="77777777" w:rsidR="006127CA" w:rsidRDefault="00000000">
            <w:r>
              <w:rPr>
                <w:sz w:val="18"/>
              </w:rPr>
              <w:t>Lựa chọn/văn bản</w:t>
            </w:r>
          </w:p>
        </w:tc>
        <w:tc>
          <w:tcPr>
            <w:tcW w:w="2045" w:type="dxa"/>
            <w:vAlign w:val="center"/>
          </w:tcPr>
          <w:p w14:paraId="65CCA2D6" w14:textId="77777777" w:rsidR="006127CA" w:rsidRDefault="00000000">
            <w:r>
              <w:rPr>
                <w:sz w:val="18"/>
              </w:rPr>
              <w:t>Theo danh mục hệ thống</w:t>
            </w:r>
          </w:p>
        </w:tc>
      </w:tr>
      <w:tr w:rsidR="006127CA" w14:paraId="623DB024" w14:textId="77777777">
        <w:trPr>
          <w:jc w:val="center"/>
        </w:trPr>
        <w:tc>
          <w:tcPr>
            <w:tcW w:w="2045" w:type="dxa"/>
            <w:vAlign w:val="center"/>
          </w:tcPr>
          <w:p w14:paraId="0875AA72" w14:textId="77777777" w:rsidR="006127CA" w:rsidRDefault="00000000">
            <w:r>
              <w:rPr>
                <w:sz w:val="18"/>
              </w:rPr>
              <w:t>7</w:t>
            </w:r>
          </w:p>
        </w:tc>
        <w:tc>
          <w:tcPr>
            <w:tcW w:w="2045" w:type="dxa"/>
            <w:vAlign w:val="center"/>
          </w:tcPr>
          <w:p w14:paraId="25189070" w14:textId="77777777" w:rsidR="006127CA" w:rsidRDefault="00000000">
            <w:r>
              <w:rPr>
                <w:sz w:val="18"/>
              </w:rPr>
              <w:t>Nguồn chi trả</w:t>
            </w:r>
          </w:p>
        </w:tc>
        <w:tc>
          <w:tcPr>
            <w:tcW w:w="2045" w:type="dxa"/>
            <w:vAlign w:val="center"/>
          </w:tcPr>
          <w:p w14:paraId="3A69D4EE" w14:textId="77777777" w:rsidR="006127CA" w:rsidRDefault="00000000">
            <w:r>
              <w:rPr>
                <w:sz w:val="18"/>
              </w:rPr>
              <w:t>Nhập/chọn nguồn chi trả.</w:t>
            </w:r>
          </w:p>
        </w:tc>
        <w:tc>
          <w:tcPr>
            <w:tcW w:w="2045" w:type="dxa"/>
            <w:vAlign w:val="center"/>
          </w:tcPr>
          <w:p w14:paraId="091A89CD" w14:textId="77777777" w:rsidR="006127CA" w:rsidRDefault="00000000">
            <w:r>
              <w:rPr>
                <w:sz w:val="18"/>
              </w:rPr>
              <w:t>Lựa chọn/văn bản</w:t>
            </w:r>
          </w:p>
        </w:tc>
        <w:tc>
          <w:tcPr>
            <w:tcW w:w="2045" w:type="dxa"/>
            <w:vAlign w:val="center"/>
          </w:tcPr>
          <w:p w14:paraId="5A25410F" w14:textId="77777777" w:rsidR="006127CA" w:rsidRDefault="00000000">
            <w:r>
              <w:rPr>
                <w:sz w:val="18"/>
              </w:rPr>
              <w:t>Theo danh mục hệ thống</w:t>
            </w:r>
          </w:p>
        </w:tc>
      </w:tr>
      <w:tr w:rsidR="006127CA" w14:paraId="2B0EB903" w14:textId="77777777">
        <w:trPr>
          <w:jc w:val="center"/>
        </w:trPr>
        <w:tc>
          <w:tcPr>
            <w:tcW w:w="2045" w:type="dxa"/>
            <w:vAlign w:val="center"/>
          </w:tcPr>
          <w:p w14:paraId="739B5128" w14:textId="77777777" w:rsidR="006127CA" w:rsidRDefault="00000000">
            <w:r>
              <w:rPr>
                <w:sz w:val="18"/>
              </w:rPr>
              <w:t>8</w:t>
            </w:r>
          </w:p>
        </w:tc>
        <w:tc>
          <w:tcPr>
            <w:tcW w:w="2045" w:type="dxa"/>
            <w:vAlign w:val="center"/>
          </w:tcPr>
          <w:p w14:paraId="288563F1" w14:textId="77777777" w:rsidR="006127CA" w:rsidRDefault="00000000">
            <w:r>
              <w:rPr>
                <w:sz w:val="18"/>
              </w:rPr>
              <w:t>Nhóm máu</w:t>
            </w:r>
          </w:p>
        </w:tc>
        <w:tc>
          <w:tcPr>
            <w:tcW w:w="2045" w:type="dxa"/>
            <w:vAlign w:val="center"/>
          </w:tcPr>
          <w:p w14:paraId="2057EA7F" w14:textId="77777777" w:rsidR="006127CA" w:rsidRDefault="00000000">
            <w:r>
              <w:rPr>
                <w:sz w:val="18"/>
              </w:rPr>
              <w:t>Nhập nếu có.</w:t>
            </w:r>
          </w:p>
        </w:tc>
        <w:tc>
          <w:tcPr>
            <w:tcW w:w="2045" w:type="dxa"/>
            <w:vAlign w:val="center"/>
          </w:tcPr>
          <w:p w14:paraId="67CBCAB9" w14:textId="77777777" w:rsidR="006127CA" w:rsidRDefault="00000000">
            <w:r>
              <w:rPr>
                <w:sz w:val="18"/>
              </w:rPr>
              <w:t>Văn bản</w:t>
            </w:r>
          </w:p>
        </w:tc>
        <w:tc>
          <w:tcPr>
            <w:tcW w:w="2045" w:type="dxa"/>
            <w:vAlign w:val="center"/>
          </w:tcPr>
          <w:p w14:paraId="102D0B14" w14:textId="77777777" w:rsidR="006127CA" w:rsidRDefault="00000000">
            <w:r>
              <w:rPr>
                <w:sz w:val="18"/>
              </w:rPr>
              <w:t>Nếu có</w:t>
            </w:r>
          </w:p>
        </w:tc>
      </w:tr>
      <w:tr w:rsidR="006127CA" w14:paraId="39D83330" w14:textId="77777777">
        <w:trPr>
          <w:jc w:val="center"/>
        </w:trPr>
        <w:tc>
          <w:tcPr>
            <w:tcW w:w="2045" w:type="dxa"/>
            <w:vAlign w:val="center"/>
          </w:tcPr>
          <w:p w14:paraId="6EDC6B26" w14:textId="77777777" w:rsidR="006127CA" w:rsidRDefault="00000000">
            <w:r>
              <w:rPr>
                <w:sz w:val="18"/>
              </w:rPr>
              <w:t>9</w:t>
            </w:r>
          </w:p>
        </w:tc>
        <w:tc>
          <w:tcPr>
            <w:tcW w:w="2045" w:type="dxa"/>
            <w:vAlign w:val="center"/>
          </w:tcPr>
          <w:p w14:paraId="19078073" w14:textId="77777777" w:rsidR="006127CA" w:rsidRDefault="00000000">
            <w:r>
              <w:rPr>
                <w:sz w:val="18"/>
              </w:rPr>
              <w:t>Nơi ở hiện tại</w:t>
            </w:r>
          </w:p>
        </w:tc>
        <w:tc>
          <w:tcPr>
            <w:tcW w:w="2045" w:type="dxa"/>
            <w:vAlign w:val="center"/>
          </w:tcPr>
          <w:p w14:paraId="4FD78821" w14:textId="77777777" w:rsidR="006127CA" w:rsidRDefault="00000000">
            <w:r>
              <w:rPr>
                <w:sz w:val="18"/>
              </w:rPr>
              <w:t>Nhập tỉnh/thành; phường/xã; số nhà/thôn/xóm.</w:t>
            </w:r>
          </w:p>
        </w:tc>
        <w:tc>
          <w:tcPr>
            <w:tcW w:w="2045" w:type="dxa"/>
            <w:vAlign w:val="center"/>
          </w:tcPr>
          <w:p w14:paraId="1A8E375A" w14:textId="77777777" w:rsidR="006127CA" w:rsidRDefault="00000000">
            <w:r>
              <w:rPr>
                <w:sz w:val="18"/>
              </w:rPr>
              <w:t>Địa chỉ</w:t>
            </w:r>
          </w:p>
        </w:tc>
        <w:tc>
          <w:tcPr>
            <w:tcW w:w="2045" w:type="dxa"/>
            <w:vAlign w:val="center"/>
          </w:tcPr>
          <w:p w14:paraId="5CEE379C" w14:textId="77777777" w:rsidR="006127CA" w:rsidRDefault="00000000">
            <w:r>
              <w:rPr>
                <w:sz w:val="18"/>
              </w:rPr>
              <w:t>Theo nơi ở hiện tại</w:t>
            </w:r>
          </w:p>
        </w:tc>
      </w:tr>
      <w:tr w:rsidR="006127CA" w14:paraId="48AE3977" w14:textId="77777777">
        <w:trPr>
          <w:jc w:val="center"/>
        </w:trPr>
        <w:tc>
          <w:tcPr>
            <w:tcW w:w="2045" w:type="dxa"/>
            <w:vAlign w:val="center"/>
          </w:tcPr>
          <w:p w14:paraId="36309846" w14:textId="77777777" w:rsidR="006127CA" w:rsidRDefault="00000000">
            <w:r>
              <w:rPr>
                <w:sz w:val="18"/>
              </w:rPr>
              <w:t>9</w:t>
            </w:r>
          </w:p>
        </w:tc>
        <w:tc>
          <w:tcPr>
            <w:tcW w:w="2045" w:type="dxa"/>
            <w:vAlign w:val="center"/>
          </w:tcPr>
          <w:p w14:paraId="014E751F" w14:textId="77777777" w:rsidR="006127CA" w:rsidRDefault="00000000">
            <w:r>
              <w:rPr>
                <w:sz w:val="18"/>
              </w:rPr>
              <w:t>Tên cơ sở giáo dục đang theo học</w:t>
            </w:r>
          </w:p>
        </w:tc>
        <w:tc>
          <w:tcPr>
            <w:tcW w:w="2045" w:type="dxa"/>
            <w:vAlign w:val="center"/>
          </w:tcPr>
          <w:p w14:paraId="39EFE8E0" w14:textId="77777777" w:rsidR="006127CA" w:rsidRDefault="00000000">
            <w:r>
              <w:rPr>
                <w:sz w:val="18"/>
              </w:rPr>
              <w:t>Nhập tên cơ sở giáo dục.</w:t>
            </w:r>
          </w:p>
        </w:tc>
        <w:tc>
          <w:tcPr>
            <w:tcW w:w="2045" w:type="dxa"/>
            <w:vAlign w:val="center"/>
          </w:tcPr>
          <w:p w14:paraId="43C59F36" w14:textId="77777777" w:rsidR="006127CA" w:rsidRDefault="00000000">
            <w:r>
              <w:rPr>
                <w:sz w:val="18"/>
              </w:rPr>
              <w:t>Văn bản</w:t>
            </w:r>
          </w:p>
        </w:tc>
        <w:tc>
          <w:tcPr>
            <w:tcW w:w="2045" w:type="dxa"/>
            <w:vAlign w:val="center"/>
          </w:tcPr>
          <w:p w14:paraId="0F79A4A6" w14:textId="77777777" w:rsidR="006127CA" w:rsidRDefault="00000000">
            <w:r>
              <w:rPr>
                <w:sz w:val="18"/>
              </w:rPr>
              <w:t>Theo hồ sơ</w:t>
            </w:r>
          </w:p>
        </w:tc>
      </w:tr>
      <w:tr w:rsidR="006127CA" w14:paraId="47308F3B" w14:textId="77777777">
        <w:trPr>
          <w:jc w:val="center"/>
        </w:trPr>
        <w:tc>
          <w:tcPr>
            <w:tcW w:w="2045" w:type="dxa"/>
            <w:vAlign w:val="center"/>
          </w:tcPr>
          <w:p w14:paraId="5EDF56CE" w14:textId="77777777" w:rsidR="006127CA" w:rsidRDefault="00000000">
            <w:r>
              <w:rPr>
                <w:sz w:val="18"/>
              </w:rPr>
              <w:t>10</w:t>
            </w:r>
          </w:p>
        </w:tc>
        <w:tc>
          <w:tcPr>
            <w:tcW w:w="2045" w:type="dxa"/>
            <w:vAlign w:val="center"/>
          </w:tcPr>
          <w:p w14:paraId="39120F1A" w14:textId="77777777" w:rsidR="006127CA" w:rsidRDefault="00000000">
            <w:r>
              <w:rPr>
                <w:sz w:val="18"/>
              </w:rPr>
              <w:t>Lý do khám sức khỏe</w:t>
            </w:r>
          </w:p>
        </w:tc>
        <w:tc>
          <w:tcPr>
            <w:tcW w:w="2045" w:type="dxa"/>
            <w:vAlign w:val="center"/>
          </w:tcPr>
          <w:p w14:paraId="04DA325D" w14:textId="77777777" w:rsidR="006127CA" w:rsidRDefault="00000000">
            <w:r>
              <w:rPr>
                <w:sz w:val="18"/>
              </w:rPr>
              <w:t>Nhập lý do khám.</w:t>
            </w:r>
          </w:p>
        </w:tc>
        <w:tc>
          <w:tcPr>
            <w:tcW w:w="2045" w:type="dxa"/>
            <w:vAlign w:val="center"/>
          </w:tcPr>
          <w:p w14:paraId="41CACC10" w14:textId="77777777" w:rsidR="006127CA" w:rsidRDefault="00000000">
            <w:r>
              <w:rPr>
                <w:sz w:val="18"/>
              </w:rPr>
              <w:t>Văn bản</w:t>
            </w:r>
          </w:p>
        </w:tc>
        <w:tc>
          <w:tcPr>
            <w:tcW w:w="2045" w:type="dxa"/>
            <w:vAlign w:val="center"/>
          </w:tcPr>
          <w:p w14:paraId="1C035715" w14:textId="77777777" w:rsidR="006127CA" w:rsidRDefault="00000000">
            <w:r>
              <w:rPr>
                <w:sz w:val="18"/>
              </w:rPr>
              <w:t>Theo thực tế</w:t>
            </w:r>
          </w:p>
        </w:tc>
      </w:tr>
    </w:tbl>
    <w:p w14:paraId="2CF392AA" w14:textId="77777777" w:rsidR="006127CA" w:rsidRDefault="006127CA"/>
    <w:p w14:paraId="174E617F" w14:textId="77777777" w:rsidR="006127CA" w:rsidRDefault="00000000">
      <w:pPr>
        <w:pStyle w:val="Heading2"/>
      </w:pPr>
      <w:r>
        <w:t>4.2. Tiền sử bệnh tật</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2B3A8FAF" w14:textId="77777777">
        <w:trPr>
          <w:tblHeader/>
          <w:jc w:val="center"/>
        </w:trPr>
        <w:tc>
          <w:tcPr>
            <w:tcW w:w="2045" w:type="dxa"/>
            <w:shd w:val="clear" w:color="auto" w:fill="D9EAF7"/>
            <w:vAlign w:val="center"/>
          </w:tcPr>
          <w:p w14:paraId="34FF0188" w14:textId="77777777" w:rsidR="006127CA" w:rsidRDefault="00000000">
            <w:pPr>
              <w:jc w:val="center"/>
            </w:pPr>
            <w:r>
              <w:rPr>
                <w:b/>
                <w:sz w:val="18"/>
              </w:rPr>
              <w:t>STT</w:t>
            </w:r>
          </w:p>
        </w:tc>
        <w:tc>
          <w:tcPr>
            <w:tcW w:w="2045" w:type="dxa"/>
            <w:shd w:val="clear" w:color="auto" w:fill="D9EAF7"/>
            <w:vAlign w:val="center"/>
          </w:tcPr>
          <w:p w14:paraId="35EA8151" w14:textId="77777777" w:rsidR="006127CA" w:rsidRDefault="00000000">
            <w:pPr>
              <w:jc w:val="center"/>
            </w:pPr>
            <w:r>
              <w:rPr>
                <w:b/>
                <w:sz w:val="18"/>
              </w:rPr>
              <w:t>Trường</w:t>
            </w:r>
          </w:p>
        </w:tc>
        <w:tc>
          <w:tcPr>
            <w:tcW w:w="2045" w:type="dxa"/>
            <w:shd w:val="clear" w:color="auto" w:fill="D9EAF7"/>
            <w:vAlign w:val="center"/>
          </w:tcPr>
          <w:p w14:paraId="006FE223" w14:textId="77777777" w:rsidR="006127CA" w:rsidRDefault="00000000">
            <w:pPr>
              <w:jc w:val="center"/>
            </w:pPr>
            <w:r>
              <w:rPr>
                <w:b/>
                <w:sz w:val="18"/>
              </w:rPr>
              <w:t>Hướng dẫn nhập</w:t>
            </w:r>
          </w:p>
        </w:tc>
        <w:tc>
          <w:tcPr>
            <w:tcW w:w="2045" w:type="dxa"/>
            <w:shd w:val="clear" w:color="auto" w:fill="D9EAF7"/>
            <w:vAlign w:val="center"/>
          </w:tcPr>
          <w:p w14:paraId="5F4306CB" w14:textId="77777777" w:rsidR="006127CA" w:rsidRDefault="00000000">
            <w:pPr>
              <w:jc w:val="center"/>
            </w:pPr>
            <w:r>
              <w:rPr>
                <w:b/>
                <w:sz w:val="18"/>
              </w:rPr>
              <w:t>Kiểu dữ liệu</w:t>
            </w:r>
          </w:p>
        </w:tc>
        <w:tc>
          <w:tcPr>
            <w:tcW w:w="2045" w:type="dxa"/>
            <w:shd w:val="clear" w:color="auto" w:fill="D9EAF7"/>
            <w:vAlign w:val="center"/>
          </w:tcPr>
          <w:p w14:paraId="29688EC9" w14:textId="77777777" w:rsidR="006127CA" w:rsidRDefault="00000000">
            <w:pPr>
              <w:jc w:val="center"/>
            </w:pPr>
            <w:r>
              <w:rPr>
                <w:b/>
                <w:sz w:val="18"/>
              </w:rPr>
              <w:t>Giá trị/Lưu ý</w:t>
            </w:r>
          </w:p>
        </w:tc>
      </w:tr>
      <w:tr w:rsidR="006127CA" w14:paraId="6A067BA5" w14:textId="77777777">
        <w:trPr>
          <w:jc w:val="center"/>
        </w:trPr>
        <w:tc>
          <w:tcPr>
            <w:tcW w:w="2045" w:type="dxa"/>
            <w:vAlign w:val="center"/>
          </w:tcPr>
          <w:p w14:paraId="00A6FE2D" w14:textId="77777777" w:rsidR="006127CA" w:rsidRDefault="00000000">
            <w:r>
              <w:rPr>
                <w:sz w:val="18"/>
              </w:rPr>
              <w:t>1</w:t>
            </w:r>
          </w:p>
        </w:tc>
        <w:tc>
          <w:tcPr>
            <w:tcW w:w="2045" w:type="dxa"/>
            <w:vAlign w:val="center"/>
          </w:tcPr>
          <w:p w14:paraId="2171B068" w14:textId="77777777" w:rsidR="006127CA" w:rsidRDefault="00000000">
            <w:r>
              <w:rPr>
                <w:sz w:val="18"/>
              </w:rPr>
              <w:t>Tiền sử gia đình</w:t>
            </w:r>
          </w:p>
        </w:tc>
        <w:tc>
          <w:tcPr>
            <w:tcW w:w="2045" w:type="dxa"/>
            <w:vAlign w:val="center"/>
          </w:tcPr>
          <w:p w14:paraId="21895821" w14:textId="77777777" w:rsidR="006127CA" w:rsidRDefault="00000000">
            <w:r>
              <w:rPr>
                <w:sz w:val="18"/>
              </w:rPr>
              <w:t>Chọn Có/Không về bệnh bẩm sinh hoặc bệnh truyền nhiễm trong gia đình; nếu Có ghi rõ tên bệnh.</w:t>
            </w:r>
          </w:p>
        </w:tc>
        <w:tc>
          <w:tcPr>
            <w:tcW w:w="2045" w:type="dxa"/>
            <w:vAlign w:val="center"/>
          </w:tcPr>
          <w:p w14:paraId="2D06C0DE" w14:textId="77777777" w:rsidR="006127CA" w:rsidRDefault="00000000">
            <w:r>
              <w:rPr>
                <w:sz w:val="18"/>
              </w:rPr>
              <w:t>Lựa chọn + văn bản</w:t>
            </w:r>
          </w:p>
        </w:tc>
        <w:tc>
          <w:tcPr>
            <w:tcW w:w="2045" w:type="dxa"/>
            <w:vAlign w:val="center"/>
          </w:tcPr>
          <w:p w14:paraId="7721E2CB" w14:textId="77777777" w:rsidR="006127CA" w:rsidRDefault="00000000">
            <w:r>
              <w:rPr>
                <w:sz w:val="18"/>
              </w:rPr>
              <w:t>Không / Có; ghi cụ thể khi Có</w:t>
            </w:r>
          </w:p>
        </w:tc>
      </w:tr>
      <w:tr w:rsidR="006127CA" w14:paraId="17187932" w14:textId="77777777">
        <w:trPr>
          <w:jc w:val="center"/>
        </w:trPr>
        <w:tc>
          <w:tcPr>
            <w:tcW w:w="2045" w:type="dxa"/>
            <w:vAlign w:val="center"/>
          </w:tcPr>
          <w:p w14:paraId="15C24EC6" w14:textId="77777777" w:rsidR="006127CA" w:rsidRDefault="00000000">
            <w:r>
              <w:rPr>
                <w:sz w:val="18"/>
              </w:rPr>
              <w:t>2a</w:t>
            </w:r>
          </w:p>
        </w:tc>
        <w:tc>
          <w:tcPr>
            <w:tcW w:w="2045" w:type="dxa"/>
            <w:vAlign w:val="center"/>
          </w:tcPr>
          <w:p w14:paraId="5A54AFA2" w14:textId="77777777" w:rsidR="006127CA" w:rsidRDefault="00000000">
            <w:r>
              <w:rPr>
                <w:sz w:val="18"/>
              </w:rPr>
              <w:t>Tiền sử bản thân – Sản khoa</w:t>
            </w:r>
          </w:p>
        </w:tc>
        <w:tc>
          <w:tcPr>
            <w:tcW w:w="2045" w:type="dxa"/>
            <w:vAlign w:val="center"/>
          </w:tcPr>
          <w:p w14:paraId="7DE2D268" w14:textId="77777777" w:rsidR="006127CA" w:rsidRDefault="00000000">
            <w:r>
              <w:rPr>
                <w:sz w:val="18"/>
              </w:rPr>
              <w:t>Chọn Bình thường hoặc Không bình thường; nếu bất thường ghi rõ.</w:t>
            </w:r>
          </w:p>
        </w:tc>
        <w:tc>
          <w:tcPr>
            <w:tcW w:w="2045" w:type="dxa"/>
            <w:vAlign w:val="center"/>
          </w:tcPr>
          <w:p w14:paraId="01AEE9F4" w14:textId="77777777" w:rsidR="006127CA" w:rsidRDefault="00000000">
            <w:r>
              <w:rPr>
                <w:sz w:val="18"/>
              </w:rPr>
              <w:t>Lựa chọn + văn bản</w:t>
            </w:r>
          </w:p>
        </w:tc>
        <w:tc>
          <w:tcPr>
            <w:tcW w:w="2045" w:type="dxa"/>
            <w:vAlign w:val="center"/>
          </w:tcPr>
          <w:p w14:paraId="2E51E705" w14:textId="77777777" w:rsidR="006127CA" w:rsidRDefault="00000000">
            <w:r>
              <w:rPr>
                <w:sz w:val="18"/>
              </w:rPr>
              <w:t>Thiếu tháng; thừa cân; có can thiệp; ngạt; mẹ mắc bệnh khi mang thai...</w:t>
            </w:r>
          </w:p>
        </w:tc>
      </w:tr>
      <w:tr w:rsidR="006127CA" w14:paraId="441394F3" w14:textId="77777777">
        <w:trPr>
          <w:jc w:val="center"/>
        </w:trPr>
        <w:tc>
          <w:tcPr>
            <w:tcW w:w="2045" w:type="dxa"/>
            <w:vAlign w:val="center"/>
          </w:tcPr>
          <w:p w14:paraId="20EE3D7F" w14:textId="77777777" w:rsidR="006127CA" w:rsidRDefault="00000000">
            <w:r>
              <w:rPr>
                <w:sz w:val="18"/>
              </w:rPr>
              <w:t>2b</w:t>
            </w:r>
          </w:p>
        </w:tc>
        <w:tc>
          <w:tcPr>
            <w:tcW w:w="2045" w:type="dxa"/>
            <w:vAlign w:val="center"/>
          </w:tcPr>
          <w:p w14:paraId="6EB9EBCE" w14:textId="77777777" w:rsidR="006127CA" w:rsidRDefault="00000000">
            <w:r>
              <w:rPr>
                <w:sz w:val="18"/>
              </w:rPr>
              <w:t>Tiêm chủng – BCG</w:t>
            </w:r>
          </w:p>
        </w:tc>
        <w:tc>
          <w:tcPr>
            <w:tcW w:w="2045" w:type="dxa"/>
            <w:vAlign w:val="center"/>
          </w:tcPr>
          <w:p w14:paraId="6D98204A" w14:textId="77777777" w:rsidR="006127CA" w:rsidRDefault="00000000">
            <w:r>
              <w:rPr>
                <w:sz w:val="18"/>
              </w:rPr>
              <w:t>Chọn tình trạng tiêm/uống.</w:t>
            </w:r>
          </w:p>
        </w:tc>
        <w:tc>
          <w:tcPr>
            <w:tcW w:w="2045" w:type="dxa"/>
            <w:vAlign w:val="center"/>
          </w:tcPr>
          <w:p w14:paraId="001BAACD" w14:textId="77777777" w:rsidR="006127CA" w:rsidRDefault="00000000">
            <w:r>
              <w:rPr>
                <w:sz w:val="18"/>
              </w:rPr>
              <w:t>Lựa chọn</w:t>
            </w:r>
          </w:p>
        </w:tc>
        <w:tc>
          <w:tcPr>
            <w:tcW w:w="2045" w:type="dxa"/>
            <w:vAlign w:val="center"/>
          </w:tcPr>
          <w:p w14:paraId="40742DF3" w14:textId="77777777" w:rsidR="006127CA" w:rsidRDefault="00000000">
            <w:r>
              <w:rPr>
                <w:sz w:val="18"/>
              </w:rPr>
              <w:t>Có / Không / Không nhớ rõ</w:t>
            </w:r>
          </w:p>
        </w:tc>
      </w:tr>
      <w:tr w:rsidR="006127CA" w14:paraId="2ED81D61" w14:textId="77777777">
        <w:trPr>
          <w:jc w:val="center"/>
        </w:trPr>
        <w:tc>
          <w:tcPr>
            <w:tcW w:w="2045" w:type="dxa"/>
            <w:vAlign w:val="center"/>
          </w:tcPr>
          <w:p w14:paraId="3E46160E" w14:textId="77777777" w:rsidR="006127CA" w:rsidRDefault="00000000">
            <w:r>
              <w:rPr>
                <w:sz w:val="18"/>
              </w:rPr>
              <w:t>2b</w:t>
            </w:r>
          </w:p>
        </w:tc>
        <w:tc>
          <w:tcPr>
            <w:tcW w:w="2045" w:type="dxa"/>
            <w:vAlign w:val="center"/>
          </w:tcPr>
          <w:p w14:paraId="21C8E085" w14:textId="77777777" w:rsidR="006127CA" w:rsidRDefault="00000000">
            <w:r>
              <w:rPr>
                <w:sz w:val="18"/>
              </w:rPr>
              <w:t>Bạch hầu, ho gà, uốn ván</w:t>
            </w:r>
          </w:p>
        </w:tc>
        <w:tc>
          <w:tcPr>
            <w:tcW w:w="2045" w:type="dxa"/>
            <w:vAlign w:val="center"/>
          </w:tcPr>
          <w:p w14:paraId="325A0218" w14:textId="77777777" w:rsidR="006127CA" w:rsidRDefault="00000000">
            <w:r>
              <w:rPr>
                <w:sz w:val="18"/>
              </w:rPr>
              <w:t>Chọn tình trạng tiêm/uống.</w:t>
            </w:r>
          </w:p>
        </w:tc>
        <w:tc>
          <w:tcPr>
            <w:tcW w:w="2045" w:type="dxa"/>
            <w:vAlign w:val="center"/>
          </w:tcPr>
          <w:p w14:paraId="420F19E7" w14:textId="77777777" w:rsidR="006127CA" w:rsidRDefault="00000000">
            <w:r>
              <w:rPr>
                <w:sz w:val="18"/>
              </w:rPr>
              <w:t>Lựa chọn</w:t>
            </w:r>
          </w:p>
        </w:tc>
        <w:tc>
          <w:tcPr>
            <w:tcW w:w="2045" w:type="dxa"/>
            <w:vAlign w:val="center"/>
          </w:tcPr>
          <w:p w14:paraId="58617BD2" w14:textId="77777777" w:rsidR="006127CA" w:rsidRDefault="00000000">
            <w:r>
              <w:rPr>
                <w:sz w:val="18"/>
              </w:rPr>
              <w:t>Có / Không / Không nhớ rõ</w:t>
            </w:r>
          </w:p>
        </w:tc>
      </w:tr>
      <w:tr w:rsidR="006127CA" w14:paraId="51D05897" w14:textId="77777777">
        <w:trPr>
          <w:jc w:val="center"/>
        </w:trPr>
        <w:tc>
          <w:tcPr>
            <w:tcW w:w="2045" w:type="dxa"/>
            <w:vAlign w:val="center"/>
          </w:tcPr>
          <w:p w14:paraId="33EBCFE8" w14:textId="77777777" w:rsidR="006127CA" w:rsidRDefault="00000000">
            <w:r>
              <w:rPr>
                <w:sz w:val="18"/>
              </w:rPr>
              <w:t>2b</w:t>
            </w:r>
          </w:p>
        </w:tc>
        <w:tc>
          <w:tcPr>
            <w:tcW w:w="2045" w:type="dxa"/>
            <w:vAlign w:val="center"/>
          </w:tcPr>
          <w:p w14:paraId="7893BD90" w14:textId="77777777" w:rsidR="006127CA" w:rsidRDefault="00000000">
            <w:r>
              <w:rPr>
                <w:sz w:val="18"/>
              </w:rPr>
              <w:t>Sởi</w:t>
            </w:r>
          </w:p>
        </w:tc>
        <w:tc>
          <w:tcPr>
            <w:tcW w:w="2045" w:type="dxa"/>
            <w:vAlign w:val="center"/>
          </w:tcPr>
          <w:p w14:paraId="56DC25B0" w14:textId="77777777" w:rsidR="006127CA" w:rsidRDefault="00000000">
            <w:r>
              <w:rPr>
                <w:sz w:val="18"/>
              </w:rPr>
              <w:t>Chọn tình trạng tiêm/uống.</w:t>
            </w:r>
          </w:p>
        </w:tc>
        <w:tc>
          <w:tcPr>
            <w:tcW w:w="2045" w:type="dxa"/>
            <w:vAlign w:val="center"/>
          </w:tcPr>
          <w:p w14:paraId="569EABD3" w14:textId="77777777" w:rsidR="006127CA" w:rsidRDefault="00000000">
            <w:r>
              <w:rPr>
                <w:sz w:val="18"/>
              </w:rPr>
              <w:t>Lựa chọn</w:t>
            </w:r>
          </w:p>
        </w:tc>
        <w:tc>
          <w:tcPr>
            <w:tcW w:w="2045" w:type="dxa"/>
            <w:vAlign w:val="center"/>
          </w:tcPr>
          <w:p w14:paraId="2032A428" w14:textId="77777777" w:rsidR="006127CA" w:rsidRDefault="00000000">
            <w:r>
              <w:rPr>
                <w:sz w:val="18"/>
              </w:rPr>
              <w:t>Có / Không / Không nhớ rõ</w:t>
            </w:r>
          </w:p>
        </w:tc>
      </w:tr>
      <w:tr w:rsidR="006127CA" w14:paraId="152FA4C0" w14:textId="77777777">
        <w:trPr>
          <w:jc w:val="center"/>
        </w:trPr>
        <w:tc>
          <w:tcPr>
            <w:tcW w:w="2045" w:type="dxa"/>
            <w:vAlign w:val="center"/>
          </w:tcPr>
          <w:p w14:paraId="40E36C53" w14:textId="77777777" w:rsidR="006127CA" w:rsidRDefault="00000000">
            <w:r>
              <w:rPr>
                <w:sz w:val="18"/>
              </w:rPr>
              <w:t>2b</w:t>
            </w:r>
          </w:p>
        </w:tc>
        <w:tc>
          <w:tcPr>
            <w:tcW w:w="2045" w:type="dxa"/>
            <w:vAlign w:val="center"/>
          </w:tcPr>
          <w:p w14:paraId="6FBF9353" w14:textId="77777777" w:rsidR="006127CA" w:rsidRDefault="00000000">
            <w:r>
              <w:rPr>
                <w:sz w:val="18"/>
              </w:rPr>
              <w:t>Bại liệt</w:t>
            </w:r>
          </w:p>
        </w:tc>
        <w:tc>
          <w:tcPr>
            <w:tcW w:w="2045" w:type="dxa"/>
            <w:vAlign w:val="center"/>
          </w:tcPr>
          <w:p w14:paraId="2383DBED" w14:textId="77777777" w:rsidR="006127CA" w:rsidRDefault="00000000">
            <w:r>
              <w:rPr>
                <w:sz w:val="18"/>
              </w:rPr>
              <w:t>Chọn tình trạng tiêm/uống.</w:t>
            </w:r>
          </w:p>
        </w:tc>
        <w:tc>
          <w:tcPr>
            <w:tcW w:w="2045" w:type="dxa"/>
            <w:vAlign w:val="center"/>
          </w:tcPr>
          <w:p w14:paraId="1498E7D8" w14:textId="77777777" w:rsidR="006127CA" w:rsidRDefault="00000000">
            <w:r>
              <w:rPr>
                <w:sz w:val="18"/>
              </w:rPr>
              <w:t>Lựa chọn</w:t>
            </w:r>
          </w:p>
        </w:tc>
        <w:tc>
          <w:tcPr>
            <w:tcW w:w="2045" w:type="dxa"/>
            <w:vAlign w:val="center"/>
          </w:tcPr>
          <w:p w14:paraId="49030DA7" w14:textId="77777777" w:rsidR="006127CA" w:rsidRDefault="00000000">
            <w:r>
              <w:rPr>
                <w:sz w:val="18"/>
              </w:rPr>
              <w:t>Có / Không / Không nhớ rõ</w:t>
            </w:r>
          </w:p>
        </w:tc>
      </w:tr>
      <w:tr w:rsidR="006127CA" w14:paraId="60E81CFA" w14:textId="77777777">
        <w:trPr>
          <w:jc w:val="center"/>
        </w:trPr>
        <w:tc>
          <w:tcPr>
            <w:tcW w:w="2045" w:type="dxa"/>
            <w:vAlign w:val="center"/>
          </w:tcPr>
          <w:p w14:paraId="5FD00E7F" w14:textId="77777777" w:rsidR="006127CA" w:rsidRDefault="00000000">
            <w:r>
              <w:rPr>
                <w:sz w:val="18"/>
              </w:rPr>
              <w:t>2b</w:t>
            </w:r>
          </w:p>
        </w:tc>
        <w:tc>
          <w:tcPr>
            <w:tcW w:w="2045" w:type="dxa"/>
            <w:vAlign w:val="center"/>
          </w:tcPr>
          <w:p w14:paraId="4BC9198B" w14:textId="77777777" w:rsidR="006127CA" w:rsidRDefault="00000000">
            <w:r>
              <w:rPr>
                <w:sz w:val="18"/>
              </w:rPr>
              <w:t>Viêm não Nhật Bản B</w:t>
            </w:r>
          </w:p>
        </w:tc>
        <w:tc>
          <w:tcPr>
            <w:tcW w:w="2045" w:type="dxa"/>
            <w:vAlign w:val="center"/>
          </w:tcPr>
          <w:p w14:paraId="7CE5C98D" w14:textId="77777777" w:rsidR="006127CA" w:rsidRDefault="00000000">
            <w:r>
              <w:rPr>
                <w:sz w:val="18"/>
              </w:rPr>
              <w:t>Chọn tình trạng tiêm/uống.</w:t>
            </w:r>
          </w:p>
        </w:tc>
        <w:tc>
          <w:tcPr>
            <w:tcW w:w="2045" w:type="dxa"/>
            <w:vAlign w:val="center"/>
          </w:tcPr>
          <w:p w14:paraId="1672212F" w14:textId="77777777" w:rsidR="006127CA" w:rsidRDefault="00000000">
            <w:r>
              <w:rPr>
                <w:sz w:val="18"/>
              </w:rPr>
              <w:t>Lựa chọn</w:t>
            </w:r>
          </w:p>
        </w:tc>
        <w:tc>
          <w:tcPr>
            <w:tcW w:w="2045" w:type="dxa"/>
            <w:vAlign w:val="center"/>
          </w:tcPr>
          <w:p w14:paraId="336FBE66" w14:textId="77777777" w:rsidR="006127CA" w:rsidRDefault="00000000">
            <w:r>
              <w:rPr>
                <w:sz w:val="18"/>
              </w:rPr>
              <w:t>Có / Không / Không nhớ rõ</w:t>
            </w:r>
          </w:p>
        </w:tc>
      </w:tr>
      <w:tr w:rsidR="006127CA" w14:paraId="0CCEBE0E" w14:textId="77777777">
        <w:trPr>
          <w:jc w:val="center"/>
        </w:trPr>
        <w:tc>
          <w:tcPr>
            <w:tcW w:w="2045" w:type="dxa"/>
            <w:vAlign w:val="center"/>
          </w:tcPr>
          <w:p w14:paraId="43AC9F6D" w14:textId="77777777" w:rsidR="006127CA" w:rsidRDefault="00000000">
            <w:r>
              <w:rPr>
                <w:sz w:val="18"/>
              </w:rPr>
              <w:t>2b</w:t>
            </w:r>
          </w:p>
        </w:tc>
        <w:tc>
          <w:tcPr>
            <w:tcW w:w="2045" w:type="dxa"/>
            <w:vAlign w:val="center"/>
          </w:tcPr>
          <w:p w14:paraId="506CF50F" w14:textId="77777777" w:rsidR="006127CA" w:rsidRDefault="00000000">
            <w:r>
              <w:rPr>
                <w:sz w:val="18"/>
              </w:rPr>
              <w:t>Viêm gan B</w:t>
            </w:r>
          </w:p>
        </w:tc>
        <w:tc>
          <w:tcPr>
            <w:tcW w:w="2045" w:type="dxa"/>
            <w:vAlign w:val="center"/>
          </w:tcPr>
          <w:p w14:paraId="7F021FD4" w14:textId="77777777" w:rsidR="006127CA" w:rsidRDefault="00000000">
            <w:r>
              <w:rPr>
                <w:sz w:val="18"/>
              </w:rPr>
              <w:t>Chọn tình trạng tiêm/uống.</w:t>
            </w:r>
          </w:p>
        </w:tc>
        <w:tc>
          <w:tcPr>
            <w:tcW w:w="2045" w:type="dxa"/>
            <w:vAlign w:val="center"/>
          </w:tcPr>
          <w:p w14:paraId="0F8C10FD" w14:textId="77777777" w:rsidR="006127CA" w:rsidRDefault="00000000">
            <w:r>
              <w:rPr>
                <w:sz w:val="18"/>
              </w:rPr>
              <w:t>Lựa chọn</w:t>
            </w:r>
          </w:p>
        </w:tc>
        <w:tc>
          <w:tcPr>
            <w:tcW w:w="2045" w:type="dxa"/>
            <w:vAlign w:val="center"/>
          </w:tcPr>
          <w:p w14:paraId="0B746EE3" w14:textId="77777777" w:rsidR="006127CA" w:rsidRDefault="00000000">
            <w:r>
              <w:rPr>
                <w:sz w:val="18"/>
              </w:rPr>
              <w:t>Có / Không / Không nhớ rõ</w:t>
            </w:r>
          </w:p>
        </w:tc>
      </w:tr>
      <w:tr w:rsidR="006127CA" w14:paraId="21FDF5BC" w14:textId="77777777">
        <w:trPr>
          <w:jc w:val="center"/>
        </w:trPr>
        <w:tc>
          <w:tcPr>
            <w:tcW w:w="2045" w:type="dxa"/>
            <w:vAlign w:val="center"/>
          </w:tcPr>
          <w:p w14:paraId="725DCC6A" w14:textId="77777777" w:rsidR="006127CA" w:rsidRDefault="00000000">
            <w:r>
              <w:rPr>
                <w:sz w:val="18"/>
              </w:rPr>
              <w:t>2b</w:t>
            </w:r>
          </w:p>
        </w:tc>
        <w:tc>
          <w:tcPr>
            <w:tcW w:w="2045" w:type="dxa"/>
            <w:vAlign w:val="center"/>
          </w:tcPr>
          <w:p w14:paraId="1377FA98" w14:textId="77777777" w:rsidR="006127CA" w:rsidRDefault="00000000">
            <w:r>
              <w:rPr>
                <w:sz w:val="18"/>
              </w:rPr>
              <w:t>Các loại khác</w:t>
            </w:r>
          </w:p>
        </w:tc>
        <w:tc>
          <w:tcPr>
            <w:tcW w:w="2045" w:type="dxa"/>
            <w:vAlign w:val="center"/>
          </w:tcPr>
          <w:p w14:paraId="7CD544E6" w14:textId="77777777" w:rsidR="006127CA" w:rsidRDefault="00000000">
            <w:r>
              <w:rPr>
                <w:sz w:val="18"/>
              </w:rPr>
              <w:t>Ghi nhận tình trạng đối với các loại vắc xin khác.</w:t>
            </w:r>
          </w:p>
        </w:tc>
        <w:tc>
          <w:tcPr>
            <w:tcW w:w="2045" w:type="dxa"/>
            <w:vAlign w:val="center"/>
          </w:tcPr>
          <w:p w14:paraId="1CC127CA" w14:textId="77777777" w:rsidR="006127CA" w:rsidRDefault="00000000">
            <w:r>
              <w:rPr>
                <w:sz w:val="18"/>
              </w:rPr>
              <w:t>Lựa chọn</w:t>
            </w:r>
          </w:p>
        </w:tc>
        <w:tc>
          <w:tcPr>
            <w:tcW w:w="2045" w:type="dxa"/>
            <w:vAlign w:val="center"/>
          </w:tcPr>
          <w:p w14:paraId="39202A27" w14:textId="77777777" w:rsidR="006127CA" w:rsidRDefault="00000000">
            <w:r>
              <w:rPr>
                <w:sz w:val="18"/>
              </w:rPr>
              <w:t>Có / Không / Không nhớ rõ</w:t>
            </w:r>
          </w:p>
        </w:tc>
      </w:tr>
      <w:tr w:rsidR="006127CA" w14:paraId="433B384A" w14:textId="77777777">
        <w:trPr>
          <w:jc w:val="center"/>
        </w:trPr>
        <w:tc>
          <w:tcPr>
            <w:tcW w:w="2045" w:type="dxa"/>
            <w:vAlign w:val="center"/>
          </w:tcPr>
          <w:p w14:paraId="26C8DF6D" w14:textId="77777777" w:rsidR="006127CA" w:rsidRDefault="00000000">
            <w:r>
              <w:rPr>
                <w:sz w:val="18"/>
              </w:rPr>
              <w:t>2c</w:t>
            </w:r>
          </w:p>
        </w:tc>
        <w:tc>
          <w:tcPr>
            <w:tcW w:w="2045" w:type="dxa"/>
            <w:vAlign w:val="center"/>
          </w:tcPr>
          <w:p w14:paraId="03301FEF" w14:textId="77777777" w:rsidR="006127CA" w:rsidRDefault="00000000">
            <w:r>
              <w:rPr>
                <w:sz w:val="18"/>
              </w:rPr>
              <w:t>Tiền sử bệnh/tật</w:t>
            </w:r>
          </w:p>
        </w:tc>
        <w:tc>
          <w:tcPr>
            <w:tcW w:w="2045" w:type="dxa"/>
            <w:vAlign w:val="center"/>
          </w:tcPr>
          <w:p w14:paraId="6845C44D" w14:textId="77777777" w:rsidR="006127CA" w:rsidRDefault="00000000">
            <w:r>
              <w:rPr>
                <w:sz w:val="18"/>
              </w:rPr>
              <w:t>Chọn Có/Không đối với bệnh bẩm sinh và mãn tính; nếu Có ghi tên bệnh.</w:t>
            </w:r>
          </w:p>
        </w:tc>
        <w:tc>
          <w:tcPr>
            <w:tcW w:w="2045" w:type="dxa"/>
            <w:vAlign w:val="center"/>
          </w:tcPr>
          <w:p w14:paraId="5788ABD2" w14:textId="77777777" w:rsidR="006127CA" w:rsidRDefault="00000000">
            <w:r>
              <w:rPr>
                <w:sz w:val="18"/>
              </w:rPr>
              <w:t>Lựa chọn + văn bản</w:t>
            </w:r>
          </w:p>
        </w:tc>
        <w:tc>
          <w:tcPr>
            <w:tcW w:w="2045" w:type="dxa"/>
            <w:vAlign w:val="center"/>
          </w:tcPr>
          <w:p w14:paraId="31346CB5" w14:textId="77777777" w:rsidR="006127CA" w:rsidRDefault="00000000">
            <w:r>
              <w:rPr>
                <w:sz w:val="18"/>
              </w:rPr>
              <w:t>Không / Có</w:t>
            </w:r>
          </w:p>
        </w:tc>
      </w:tr>
      <w:tr w:rsidR="006127CA" w14:paraId="1F09C9A7" w14:textId="77777777">
        <w:trPr>
          <w:jc w:val="center"/>
        </w:trPr>
        <w:tc>
          <w:tcPr>
            <w:tcW w:w="2045" w:type="dxa"/>
            <w:vAlign w:val="center"/>
          </w:tcPr>
          <w:p w14:paraId="51EB553C" w14:textId="77777777" w:rsidR="006127CA" w:rsidRDefault="00000000">
            <w:r>
              <w:rPr>
                <w:sz w:val="18"/>
              </w:rPr>
              <w:t>2d</w:t>
            </w:r>
          </w:p>
        </w:tc>
        <w:tc>
          <w:tcPr>
            <w:tcW w:w="2045" w:type="dxa"/>
            <w:vAlign w:val="center"/>
          </w:tcPr>
          <w:p w14:paraId="4C31BD48" w14:textId="77777777" w:rsidR="006127CA" w:rsidRDefault="00000000">
            <w:r>
              <w:rPr>
                <w:sz w:val="18"/>
              </w:rPr>
              <w:t>Đang điều trị bệnh</w:t>
            </w:r>
          </w:p>
        </w:tc>
        <w:tc>
          <w:tcPr>
            <w:tcW w:w="2045" w:type="dxa"/>
            <w:vAlign w:val="center"/>
          </w:tcPr>
          <w:p w14:paraId="2B374EDF" w14:textId="77777777" w:rsidR="006127CA" w:rsidRDefault="00000000">
            <w:r>
              <w:rPr>
                <w:sz w:val="18"/>
              </w:rPr>
              <w:t>Chọn Có/Không; nếu Có ghi tên bệnh và các thuốc đang dùng.</w:t>
            </w:r>
          </w:p>
        </w:tc>
        <w:tc>
          <w:tcPr>
            <w:tcW w:w="2045" w:type="dxa"/>
            <w:vAlign w:val="center"/>
          </w:tcPr>
          <w:p w14:paraId="03D98114" w14:textId="77777777" w:rsidR="006127CA" w:rsidRDefault="00000000">
            <w:r>
              <w:rPr>
                <w:sz w:val="18"/>
              </w:rPr>
              <w:t>Lựa chọn + văn bản</w:t>
            </w:r>
          </w:p>
        </w:tc>
        <w:tc>
          <w:tcPr>
            <w:tcW w:w="2045" w:type="dxa"/>
            <w:vAlign w:val="center"/>
          </w:tcPr>
          <w:p w14:paraId="4A399B5B" w14:textId="77777777" w:rsidR="006127CA" w:rsidRDefault="00000000">
            <w:r>
              <w:rPr>
                <w:sz w:val="18"/>
              </w:rPr>
              <w:t>Không / Có</w:t>
            </w:r>
          </w:p>
        </w:tc>
      </w:tr>
    </w:tbl>
    <w:p w14:paraId="5589CC1B" w14:textId="77777777" w:rsidR="006127CA" w:rsidRDefault="006127CA"/>
    <w:p w14:paraId="226809BE" w14:textId="77777777" w:rsidR="006127CA" w:rsidRDefault="00000000">
      <w:pPr>
        <w:pStyle w:val="Heading2"/>
      </w:pPr>
      <w:r>
        <w:lastRenderedPageBreak/>
        <w:t>4.3. Khám thể lực</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1951224A" w14:textId="77777777">
        <w:trPr>
          <w:tblHeader/>
          <w:jc w:val="center"/>
        </w:trPr>
        <w:tc>
          <w:tcPr>
            <w:tcW w:w="2045" w:type="dxa"/>
            <w:shd w:val="clear" w:color="auto" w:fill="D9EAF7"/>
            <w:vAlign w:val="center"/>
          </w:tcPr>
          <w:p w14:paraId="0C4A8103" w14:textId="77777777" w:rsidR="006127CA" w:rsidRDefault="00000000">
            <w:pPr>
              <w:jc w:val="center"/>
            </w:pPr>
            <w:r>
              <w:rPr>
                <w:b/>
                <w:sz w:val="18"/>
              </w:rPr>
              <w:t>STT</w:t>
            </w:r>
          </w:p>
        </w:tc>
        <w:tc>
          <w:tcPr>
            <w:tcW w:w="2045" w:type="dxa"/>
            <w:shd w:val="clear" w:color="auto" w:fill="D9EAF7"/>
            <w:vAlign w:val="center"/>
          </w:tcPr>
          <w:p w14:paraId="21441267" w14:textId="77777777" w:rsidR="006127CA" w:rsidRDefault="00000000">
            <w:pPr>
              <w:jc w:val="center"/>
            </w:pPr>
            <w:r>
              <w:rPr>
                <w:b/>
                <w:sz w:val="18"/>
              </w:rPr>
              <w:t>Trường</w:t>
            </w:r>
          </w:p>
        </w:tc>
        <w:tc>
          <w:tcPr>
            <w:tcW w:w="2045" w:type="dxa"/>
            <w:shd w:val="clear" w:color="auto" w:fill="D9EAF7"/>
            <w:vAlign w:val="center"/>
          </w:tcPr>
          <w:p w14:paraId="4B82C9BE" w14:textId="77777777" w:rsidR="006127CA" w:rsidRDefault="00000000">
            <w:pPr>
              <w:jc w:val="center"/>
            </w:pPr>
            <w:r>
              <w:rPr>
                <w:b/>
                <w:sz w:val="18"/>
              </w:rPr>
              <w:t>Hướng dẫn nhập</w:t>
            </w:r>
          </w:p>
        </w:tc>
        <w:tc>
          <w:tcPr>
            <w:tcW w:w="2045" w:type="dxa"/>
            <w:shd w:val="clear" w:color="auto" w:fill="D9EAF7"/>
            <w:vAlign w:val="center"/>
          </w:tcPr>
          <w:p w14:paraId="73824D12" w14:textId="77777777" w:rsidR="006127CA" w:rsidRDefault="00000000">
            <w:pPr>
              <w:jc w:val="center"/>
            </w:pPr>
            <w:r>
              <w:rPr>
                <w:b/>
                <w:sz w:val="18"/>
              </w:rPr>
              <w:t>Kiểu dữ liệu</w:t>
            </w:r>
          </w:p>
        </w:tc>
        <w:tc>
          <w:tcPr>
            <w:tcW w:w="2045" w:type="dxa"/>
            <w:shd w:val="clear" w:color="auto" w:fill="D9EAF7"/>
            <w:vAlign w:val="center"/>
          </w:tcPr>
          <w:p w14:paraId="68D39D94" w14:textId="77777777" w:rsidR="006127CA" w:rsidRDefault="00000000">
            <w:pPr>
              <w:jc w:val="center"/>
            </w:pPr>
            <w:r>
              <w:rPr>
                <w:b/>
                <w:sz w:val="18"/>
              </w:rPr>
              <w:t>Đơn vị/Lưu ý</w:t>
            </w:r>
          </w:p>
        </w:tc>
      </w:tr>
      <w:tr w:rsidR="006127CA" w14:paraId="1DE3BBFD" w14:textId="77777777">
        <w:trPr>
          <w:jc w:val="center"/>
        </w:trPr>
        <w:tc>
          <w:tcPr>
            <w:tcW w:w="2045" w:type="dxa"/>
            <w:vAlign w:val="center"/>
          </w:tcPr>
          <w:p w14:paraId="589D3D75" w14:textId="77777777" w:rsidR="006127CA" w:rsidRDefault="00000000">
            <w:r>
              <w:rPr>
                <w:sz w:val="18"/>
              </w:rPr>
              <w:t>1</w:t>
            </w:r>
          </w:p>
        </w:tc>
        <w:tc>
          <w:tcPr>
            <w:tcW w:w="2045" w:type="dxa"/>
            <w:vAlign w:val="center"/>
          </w:tcPr>
          <w:p w14:paraId="234BA3C6" w14:textId="77777777" w:rsidR="006127CA" w:rsidRDefault="00000000">
            <w:r>
              <w:rPr>
                <w:sz w:val="18"/>
              </w:rPr>
              <w:t>Chiều cao</w:t>
            </w:r>
          </w:p>
        </w:tc>
        <w:tc>
          <w:tcPr>
            <w:tcW w:w="2045" w:type="dxa"/>
            <w:vAlign w:val="center"/>
          </w:tcPr>
          <w:p w14:paraId="27D6967B" w14:textId="77777777" w:rsidR="006127CA" w:rsidRDefault="00000000">
            <w:r>
              <w:rPr>
                <w:sz w:val="18"/>
              </w:rPr>
              <w:t>Nhập chiều cao học sinh.</w:t>
            </w:r>
          </w:p>
        </w:tc>
        <w:tc>
          <w:tcPr>
            <w:tcW w:w="2045" w:type="dxa"/>
            <w:vAlign w:val="center"/>
          </w:tcPr>
          <w:p w14:paraId="6E57C552" w14:textId="77777777" w:rsidR="006127CA" w:rsidRDefault="00000000">
            <w:r>
              <w:rPr>
                <w:sz w:val="18"/>
              </w:rPr>
              <w:t>Số</w:t>
            </w:r>
          </w:p>
        </w:tc>
        <w:tc>
          <w:tcPr>
            <w:tcW w:w="2045" w:type="dxa"/>
            <w:vAlign w:val="center"/>
          </w:tcPr>
          <w:p w14:paraId="3839D66C" w14:textId="77777777" w:rsidR="006127CA" w:rsidRDefault="00000000">
            <w:r>
              <w:rPr>
                <w:sz w:val="18"/>
              </w:rPr>
              <w:t>cm</w:t>
            </w:r>
          </w:p>
        </w:tc>
      </w:tr>
      <w:tr w:rsidR="006127CA" w14:paraId="11B3B21D" w14:textId="77777777">
        <w:trPr>
          <w:jc w:val="center"/>
        </w:trPr>
        <w:tc>
          <w:tcPr>
            <w:tcW w:w="2045" w:type="dxa"/>
            <w:vAlign w:val="center"/>
          </w:tcPr>
          <w:p w14:paraId="44AF88B7" w14:textId="77777777" w:rsidR="006127CA" w:rsidRDefault="00000000">
            <w:r>
              <w:rPr>
                <w:sz w:val="18"/>
              </w:rPr>
              <w:t>2</w:t>
            </w:r>
          </w:p>
        </w:tc>
        <w:tc>
          <w:tcPr>
            <w:tcW w:w="2045" w:type="dxa"/>
            <w:vAlign w:val="center"/>
          </w:tcPr>
          <w:p w14:paraId="1D1CA9FA" w14:textId="77777777" w:rsidR="006127CA" w:rsidRDefault="00000000">
            <w:r>
              <w:rPr>
                <w:sz w:val="18"/>
              </w:rPr>
              <w:t>Cân nặng</w:t>
            </w:r>
          </w:p>
        </w:tc>
        <w:tc>
          <w:tcPr>
            <w:tcW w:w="2045" w:type="dxa"/>
            <w:vAlign w:val="center"/>
          </w:tcPr>
          <w:p w14:paraId="6FB198F6" w14:textId="77777777" w:rsidR="006127CA" w:rsidRDefault="00000000">
            <w:r>
              <w:rPr>
                <w:sz w:val="18"/>
              </w:rPr>
              <w:t>Nhập cân nặng.</w:t>
            </w:r>
          </w:p>
        </w:tc>
        <w:tc>
          <w:tcPr>
            <w:tcW w:w="2045" w:type="dxa"/>
            <w:vAlign w:val="center"/>
          </w:tcPr>
          <w:p w14:paraId="0B45F79A" w14:textId="77777777" w:rsidR="006127CA" w:rsidRDefault="00000000">
            <w:r>
              <w:rPr>
                <w:sz w:val="18"/>
              </w:rPr>
              <w:t>Số</w:t>
            </w:r>
          </w:p>
        </w:tc>
        <w:tc>
          <w:tcPr>
            <w:tcW w:w="2045" w:type="dxa"/>
            <w:vAlign w:val="center"/>
          </w:tcPr>
          <w:p w14:paraId="16388785" w14:textId="77777777" w:rsidR="006127CA" w:rsidRDefault="00000000">
            <w:r>
              <w:rPr>
                <w:sz w:val="18"/>
              </w:rPr>
              <w:t>kg</w:t>
            </w:r>
          </w:p>
        </w:tc>
      </w:tr>
      <w:tr w:rsidR="006127CA" w14:paraId="0EFC230A" w14:textId="77777777">
        <w:trPr>
          <w:jc w:val="center"/>
        </w:trPr>
        <w:tc>
          <w:tcPr>
            <w:tcW w:w="2045" w:type="dxa"/>
            <w:vAlign w:val="center"/>
          </w:tcPr>
          <w:p w14:paraId="35C4D03D" w14:textId="77777777" w:rsidR="006127CA" w:rsidRDefault="00000000">
            <w:r>
              <w:rPr>
                <w:sz w:val="18"/>
              </w:rPr>
              <w:t>3</w:t>
            </w:r>
          </w:p>
        </w:tc>
        <w:tc>
          <w:tcPr>
            <w:tcW w:w="2045" w:type="dxa"/>
            <w:vAlign w:val="center"/>
          </w:tcPr>
          <w:p w14:paraId="5A75757F" w14:textId="77777777" w:rsidR="006127CA" w:rsidRDefault="00000000">
            <w:r>
              <w:rPr>
                <w:sz w:val="18"/>
              </w:rPr>
              <w:t>Chỉ số BMI</w:t>
            </w:r>
          </w:p>
        </w:tc>
        <w:tc>
          <w:tcPr>
            <w:tcW w:w="2045" w:type="dxa"/>
            <w:vAlign w:val="center"/>
          </w:tcPr>
          <w:p w14:paraId="672971F6" w14:textId="77777777" w:rsidR="006127CA" w:rsidRDefault="00000000">
            <w:r>
              <w:rPr>
                <w:sz w:val="18"/>
              </w:rPr>
              <w:t>Nhập chỉ số BMI theo kết quả khám/hệ thống.</w:t>
            </w:r>
          </w:p>
        </w:tc>
        <w:tc>
          <w:tcPr>
            <w:tcW w:w="2045" w:type="dxa"/>
            <w:vAlign w:val="center"/>
          </w:tcPr>
          <w:p w14:paraId="3C05C8A1" w14:textId="77777777" w:rsidR="006127CA" w:rsidRDefault="00000000">
            <w:r>
              <w:rPr>
                <w:sz w:val="18"/>
              </w:rPr>
              <w:t>Số</w:t>
            </w:r>
          </w:p>
        </w:tc>
        <w:tc>
          <w:tcPr>
            <w:tcW w:w="2045" w:type="dxa"/>
            <w:vAlign w:val="center"/>
          </w:tcPr>
          <w:p w14:paraId="44EE8F4C" w14:textId="77777777" w:rsidR="006127CA" w:rsidRDefault="00000000">
            <w:r>
              <w:rPr>
                <w:sz w:val="18"/>
              </w:rPr>
              <w:t>BMI</w:t>
            </w:r>
          </w:p>
        </w:tc>
      </w:tr>
      <w:tr w:rsidR="006127CA" w14:paraId="50A6783C" w14:textId="77777777">
        <w:trPr>
          <w:jc w:val="center"/>
        </w:trPr>
        <w:tc>
          <w:tcPr>
            <w:tcW w:w="2045" w:type="dxa"/>
            <w:vAlign w:val="center"/>
          </w:tcPr>
          <w:p w14:paraId="79D8F498" w14:textId="77777777" w:rsidR="006127CA" w:rsidRDefault="00000000">
            <w:r>
              <w:rPr>
                <w:sz w:val="18"/>
              </w:rPr>
              <w:t>4</w:t>
            </w:r>
          </w:p>
        </w:tc>
        <w:tc>
          <w:tcPr>
            <w:tcW w:w="2045" w:type="dxa"/>
            <w:vAlign w:val="center"/>
          </w:tcPr>
          <w:p w14:paraId="132C73BE" w14:textId="77777777" w:rsidR="006127CA" w:rsidRDefault="00000000">
            <w:r>
              <w:rPr>
                <w:sz w:val="18"/>
              </w:rPr>
              <w:t>Mạch</w:t>
            </w:r>
          </w:p>
        </w:tc>
        <w:tc>
          <w:tcPr>
            <w:tcW w:w="2045" w:type="dxa"/>
            <w:vAlign w:val="center"/>
          </w:tcPr>
          <w:p w14:paraId="2B60F1B4" w14:textId="77777777" w:rsidR="006127CA" w:rsidRDefault="00000000">
            <w:r>
              <w:rPr>
                <w:sz w:val="18"/>
              </w:rPr>
              <w:t>Nhập số lần mạch trong một phút.</w:t>
            </w:r>
          </w:p>
        </w:tc>
        <w:tc>
          <w:tcPr>
            <w:tcW w:w="2045" w:type="dxa"/>
            <w:vAlign w:val="center"/>
          </w:tcPr>
          <w:p w14:paraId="41254A47" w14:textId="77777777" w:rsidR="006127CA" w:rsidRDefault="00000000">
            <w:r>
              <w:rPr>
                <w:sz w:val="18"/>
              </w:rPr>
              <w:t>Số</w:t>
            </w:r>
          </w:p>
        </w:tc>
        <w:tc>
          <w:tcPr>
            <w:tcW w:w="2045" w:type="dxa"/>
            <w:vAlign w:val="center"/>
          </w:tcPr>
          <w:p w14:paraId="4E9F4EFF" w14:textId="77777777" w:rsidR="006127CA" w:rsidRDefault="00000000">
            <w:r>
              <w:rPr>
                <w:sz w:val="18"/>
              </w:rPr>
              <w:t>lần/phút</w:t>
            </w:r>
          </w:p>
        </w:tc>
      </w:tr>
      <w:tr w:rsidR="006127CA" w14:paraId="153478A9" w14:textId="77777777">
        <w:trPr>
          <w:jc w:val="center"/>
        </w:trPr>
        <w:tc>
          <w:tcPr>
            <w:tcW w:w="2045" w:type="dxa"/>
            <w:vAlign w:val="center"/>
          </w:tcPr>
          <w:p w14:paraId="1D5F6958" w14:textId="77777777" w:rsidR="006127CA" w:rsidRDefault="00000000">
            <w:r>
              <w:rPr>
                <w:sz w:val="18"/>
              </w:rPr>
              <w:t>5</w:t>
            </w:r>
          </w:p>
        </w:tc>
        <w:tc>
          <w:tcPr>
            <w:tcW w:w="2045" w:type="dxa"/>
            <w:vAlign w:val="center"/>
          </w:tcPr>
          <w:p w14:paraId="70591CBF" w14:textId="77777777" w:rsidR="006127CA" w:rsidRDefault="00000000">
            <w:r>
              <w:rPr>
                <w:sz w:val="18"/>
              </w:rPr>
              <w:t>Huyết áp</w:t>
            </w:r>
          </w:p>
        </w:tc>
        <w:tc>
          <w:tcPr>
            <w:tcW w:w="2045" w:type="dxa"/>
            <w:vAlign w:val="center"/>
          </w:tcPr>
          <w:p w14:paraId="25B0CC0A" w14:textId="77777777" w:rsidR="006127CA" w:rsidRDefault="00000000">
            <w:r>
              <w:rPr>
                <w:sz w:val="18"/>
              </w:rPr>
              <w:t>Nhập huyết áp tâm thu/tâm trương.</w:t>
            </w:r>
          </w:p>
        </w:tc>
        <w:tc>
          <w:tcPr>
            <w:tcW w:w="2045" w:type="dxa"/>
            <w:vAlign w:val="center"/>
          </w:tcPr>
          <w:p w14:paraId="0A9070D4" w14:textId="77777777" w:rsidR="006127CA" w:rsidRDefault="00000000">
            <w:r>
              <w:rPr>
                <w:sz w:val="18"/>
              </w:rPr>
              <w:t>Số</w:t>
            </w:r>
          </w:p>
        </w:tc>
        <w:tc>
          <w:tcPr>
            <w:tcW w:w="2045" w:type="dxa"/>
            <w:vAlign w:val="center"/>
          </w:tcPr>
          <w:p w14:paraId="62453CA5" w14:textId="77777777" w:rsidR="006127CA" w:rsidRDefault="00000000">
            <w:r>
              <w:rPr>
                <w:sz w:val="18"/>
              </w:rPr>
              <w:t>mmHg</w:t>
            </w:r>
          </w:p>
        </w:tc>
      </w:tr>
    </w:tbl>
    <w:p w14:paraId="1905A265" w14:textId="77777777" w:rsidR="006127CA" w:rsidRDefault="006127CA"/>
    <w:p w14:paraId="0833BC9C" w14:textId="77777777" w:rsidR="006127CA" w:rsidRDefault="00000000">
      <w:pPr>
        <w:pStyle w:val="Heading2"/>
      </w:pPr>
      <w:r>
        <w:t>4.4. Khám lâm sàng</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11CDC616" w14:textId="77777777">
        <w:trPr>
          <w:tblHeader/>
          <w:jc w:val="center"/>
        </w:trPr>
        <w:tc>
          <w:tcPr>
            <w:tcW w:w="2045" w:type="dxa"/>
            <w:shd w:val="clear" w:color="auto" w:fill="D9EAF7"/>
            <w:vAlign w:val="center"/>
          </w:tcPr>
          <w:p w14:paraId="43D75DD3" w14:textId="77777777" w:rsidR="006127CA" w:rsidRDefault="00000000">
            <w:pPr>
              <w:jc w:val="center"/>
            </w:pPr>
            <w:r>
              <w:rPr>
                <w:b/>
                <w:sz w:val="18"/>
              </w:rPr>
              <w:t>STT</w:t>
            </w:r>
          </w:p>
        </w:tc>
        <w:tc>
          <w:tcPr>
            <w:tcW w:w="2045" w:type="dxa"/>
            <w:shd w:val="clear" w:color="auto" w:fill="D9EAF7"/>
            <w:vAlign w:val="center"/>
          </w:tcPr>
          <w:p w14:paraId="3837477D" w14:textId="77777777" w:rsidR="006127CA" w:rsidRDefault="00000000">
            <w:pPr>
              <w:jc w:val="center"/>
            </w:pPr>
            <w:r>
              <w:rPr>
                <w:b/>
                <w:sz w:val="18"/>
              </w:rPr>
              <w:t>Nội dung</w:t>
            </w:r>
          </w:p>
        </w:tc>
        <w:tc>
          <w:tcPr>
            <w:tcW w:w="2045" w:type="dxa"/>
            <w:shd w:val="clear" w:color="auto" w:fill="D9EAF7"/>
            <w:vAlign w:val="center"/>
          </w:tcPr>
          <w:p w14:paraId="3BBE461A" w14:textId="77777777" w:rsidR="006127CA" w:rsidRDefault="00000000">
            <w:pPr>
              <w:jc w:val="center"/>
            </w:pPr>
            <w:r>
              <w:rPr>
                <w:b/>
                <w:sz w:val="18"/>
              </w:rPr>
              <w:t>Hướng dẫn nhập</w:t>
            </w:r>
          </w:p>
        </w:tc>
        <w:tc>
          <w:tcPr>
            <w:tcW w:w="2045" w:type="dxa"/>
            <w:shd w:val="clear" w:color="auto" w:fill="D9EAF7"/>
            <w:vAlign w:val="center"/>
          </w:tcPr>
          <w:p w14:paraId="0D94160F" w14:textId="77777777" w:rsidR="006127CA" w:rsidRDefault="00000000">
            <w:pPr>
              <w:jc w:val="center"/>
            </w:pPr>
            <w:r>
              <w:rPr>
                <w:b/>
                <w:sz w:val="18"/>
              </w:rPr>
              <w:t>Kiểu dữ liệu</w:t>
            </w:r>
          </w:p>
        </w:tc>
        <w:tc>
          <w:tcPr>
            <w:tcW w:w="2045" w:type="dxa"/>
            <w:shd w:val="clear" w:color="auto" w:fill="D9EAF7"/>
            <w:vAlign w:val="center"/>
          </w:tcPr>
          <w:p w14:paraId="051F0349" w14:textId="77777777" w:rsidR="006127CA" w:rsidRDefault="00000000">
            <w:pPr>
              <w:jc w:val="center"/>
            </w:pPr>
            <w:r>
              <w:rPr>
                <w:b/>
                <w:sz w:val="18"/>
              </w:rPr>
              <w:t>Giá trị/Lưu ý</w:t>
            </w:r>
          </w:p>
        </w:tc>
      </w:tr>
      <w:tr w:rsidR="006127CA" w14:paraId="13539203" w14:textId="77777777">
        <w:trPr>
          <w:jc w:val="center"/>
        </w:trPr>
        <w:tc>
          <w:tcPr>
            <w:tcW w:w="2045" w:type="dxa"/>
            <w:vAlign w:val="center"/>
          </w:tcPr>
          <w:p w14:paraId="1E35072C" w14:textId="77777777" w:rsidR="006127CA" w:rsidRDefault="00000000">
            <w:r>
              <w:rPr>
                <w:sz w:val="18"/>
              </w:rPr>
              <w:t>1</w:t>
            </w:r>
          </w:p>
        </w:tc>
        <w:tc>
          <w:tcPr>
            <w:tcW w:w="2045" w:type="dxa"/>
            <w:vAlign w:val="center"/>
          </w:tcPr>
          <w:p w14:paraId="7360D9E7" w14:textId="77777777" w:rsidR="006127CA" w:rsidRDefault="00000000">
            <w:r>
              <w:rPr>
                <w:sz w:val="18"/>
              </w:rPr>
              <w:t>Mắt – thị lực không kính</w:t>
            </w:r>
          </w:p>
        </w:tc>
        <w:tc>
          <w:tcPr>
            <w:tcW w:w="2045" w:type="dxa"/>
            <w:vAlign w:val="center"/>
          </w:tcPr>
          <w:p w14:paraId="65947897" w14:textId="77777777" w:rsidR="006127CA" w:rsidRDefault="00000000">
            <w:r>
              <w:rPr>
                <w:sz w:val="18"/>
              </w:rPr>
              <w:t>Nhập kết quả mắt phải và mắt trái.</w:t>
            </w:r>
          </w:p>
        </w:tc>
        <w:tc>
          <w:tcPr>
            <w:tcW w:w="2045" w:type="dxa"/>
            <w:vAlign w:val="center"/>
          </w:tcPr>
          <w:p w14:paraId="0BE3147F" w14:textId="77777777" w:rsidR="006127CA" w:rsidRDefault="00000000">
            <w:r>
              <w:rPr>
                <w:sz w:val="18"/>
              </w:rPr>
              <w:t>Số/văn bản</w:t>
            </w:r>
          </w:p>
        </w:tc>
        <w:tc>
          <w:tcPr>
            <w:tcW w:w="2045" w:type="dxa"/>
            <w:vAlign w:val="center"/>
          </w:tcPr>
          <w:p w14:paraId="2196053C" w14:textId="77777777" w:rsidR="006127CA" w:rsidRDefault="00000000">
            <w:r>
              <w:rPr>
                <w:sz w:val="18"/>
              </w:rPr>
              <w:t>Theo kết quả khám</w:t>
            </w:r>
          </w:p>
        </w:tc>
      </w:tr>
      <w:tr w:rsidR="006127CA" w14:paraId="56374184" w14:textId="77777777">
        <w:trPr>
          <w:jc w:val="center"/>
        </w:trPr>
        <w:tc>
          <w:tcPr>
            <w:tcW w:w="2045" w:type="dxa"/>
            <w:vAlign w:val="center"/>
          </w:tcPr>
          <w:p w14:paraId="08152DF2" w14:textId="77777777" w:rsidR="006127CA" w:rsidRDefault="00000000">
            <w:r>
              <w:rPr>
                <w:sz w:val="18"/>
              </w:rPr>
              <w:t>2</w:t>
            </w:r>
          </w:p>
        </w:tc>
        <w:tc>
          <w:tcPr>
            <w:tcW w:w="2045" w:type="dxa"/>
            <w:vAlign w:val="center"/>
          </w:tcPr>
          <w:p w14:paraId="2F9060E0" w14:textId="77777777" w:rsidR="006127CA" w:rsidRDefault="00000000">
            <w:r>
              <w:rPr>
                <w:sz w:val="18"/>
              </w:rPr>
              <w:t>Mắt – thị lực có kính</w:t>
            </w:r>
          </w:p>
        </w:tc>
        <w:tc>
          <w:tcPr>
            <w:tcW w:w="2045" w:type="dxa"/>
            <w:vAlign w:val="center"/>
          </w:tcPr>
          <w:p w14:paraId="50E1418C" w14:textId="77777777" w:rsidR="006127CA" w:rsidRDefault="00000000">
            <w:r>
              <w:rPr>
                <w:sz w:val="18"/>
              </w:rPr>
              <w:t>Nhập kết quả mắt phải và mắt trái.</w:t>
            </w:r>
          </w:p>
        </w:tc>
        <w:tc>
          <w:tcPr>
            <w:tcW w:w="2045" w:type="dxa"/>
            <w:vAlign w:val="center"/>
          </w:tcPr>
          <w:p w14:paraId="6C9C7F55" w14:textId="77777777" w:rsidR="006127CA" w:rsidRDefault="00000000">
            <w:r>
              <w:rPr>
                <w:sz w:val="18"/>
              </w:rPr>
              <w:t>Số/văn bản</w:t>
            </w:r>
          </w:p>
        </w:tc>
        <w:tc>
          <w:tcPr>
            <w:tcW w:w="2045" w:type="dxa"/>
            <w:vAlign w:val="center"/>
          </w:tcPr>
          <w:p w14:paraId="4ACDDA29" w14:textId="77777777" w:rsidR="006127CA" w:rsidRDefault="00000000">
            <w:r>
              <w:rPr>
                <w:sz w:val="18"/>
              </w:rPr>
              <w:t>Theo kết quả khám</w:t>
            </w:r>
          </w:p>
        </w:tc>
      </w:tr>
      <w:tr w:rsidR="006127CA" w14:paraId="42A3B8B4" w14:textId="77777777">
        <w:trPr>
          <w:jc w:val="center"/>
        </w:trPr>
        <w:tc>
          <w:tcPr>
            <w:tcW w:w="2045" w:type="dxa"/>
            <w:vAlign w:val="center"/>
          </w:tcPr>
          <w:p w14:paraId="20D95100" w14:textId="77777777" w:rsidR="006127CA" w:rsidRDefault="00000000">
            <w:r>
              <w:rPr>
                <w:sz w:val="18"/>
              </w:rPr>
              <w:t>3</w:t>
            </w:r>
          </w:p>
        </w:tc>
        <w:tc>
          <w:tcPr>
            <w:tcW w:w="2045" w:type="dxa"/>
            <w:vAlign w:val="center"/>
          </w:tcPr>
          <w:p w14:paraId="4C0543FE" w14:textId="77777777" w:rsidR="006127CA" w:rsidRDefault="00000000">
            <w:r>
              <w:rPr>
                <w:sz w:val="18"/>
              </w:rPr>
              <w:t>Các bệnh về mắt</w:t>
            </w:r>
          </w:p>
        </w:tc>
        <w:tc>
          <w:tcPr>
            <w:tcW w:w="2045" w:type="dxa"/>
            <w:vAlign w:val="center"/>
          </w:tcPr>
          <w:p w14:paraId="010E3CB2" w14:textId="77777777" w:rsidR="006127CA" w:rsidRDefault="00000000">
            <w:r>
              <w:rPr>
                <w:sz w:val="18"/>
              </w:rPr>
              <w:t>Nếu có, ghi cụ thể bệnh/tình trạng.</w:t>
            </w:r>
          </w:p>
        </w:tc>
        <w:tc>
          <w:tcPr>
            <w:tcW w:w="2045" w:type="dxa"/>
            <w:vAlign w:val="center"/>
          </w:tcPr>
          <w:p w14:paraId="1A3B2ED7" w14:textId="77777777" w:rsidR="006127CA" w:rsidRDefault="00000000">
            <w:r>
              <w:rPr>
                <w:sz w:val="18"/>
              </w:rPr>
              <w:t>Văn bản</w:t>
            </w:r>
          </w:p>
        </w:tc>
        <w:tc>
          <w:tcPr>
            <w:tcW w:w="2045" w:type="dxa"/>
            <w:vAlign w:val="center"/>
          </w:tcPr>
          <w:p w14:paraId="6B80AE18" w14:textId="77777777" w:rsidR="006127CA" w:rsidRDefault="00000000">
            <w:r>
              <w:rPr>
                <w:sz w:val="18"/>
              </w:rPr>
              <w:t>Nếu có</w:t>
            </w:r>
          </w:p>
        </w:tc>
      </w:tr>
      <w:tr w:rsidR="006127CA" w14:paraId="359ED3EE" w14:textId="77777777">
        <w:trPr>
          <w:jc w:val="center"/>
        </w:trPr>
        <w:tc>
          <w:tcPr>
            <w:tcW w:w="2045" w:type="dxa"/>
            <w:vAlign w:val="center"/>
          </w:tcPr>
          <w:p w14:paraId="1DF1BBDE" w14:textId="77777777" w:rsidR="006127CA" w:rsidRDefault="00000000">
            <w:r>
              <w:rPr>
                <w:sz w:val="18"/>
              </w:rPr>
              <w:t>4</w:t>
            </w:r>
          </w:p>
        </w:tc>
        <w:tc>
          <w:tcPr>
            <w:tcW w:w="2045" w:type="dxa"/>
            <w:vAlign w:val="center"/>
          </w:tcPr>
          <w:p w14:paraId="5DC0EB65" w14:textId="77777777" w:rsidR="006127CA" w:rsidRDefault="00000000">
            <w:r>
              <w:rPr>
                <w:sz w:val="18"/>
              </w:rPr>
              <w:t>Tai – mũi – họng: thính lực tai trái</w:t>
            </w:r>
          </w:p>
        </w:tc>
        <w:tc>
          <w:tcPr>
            <w:tcW w:w="2045" w:type="dxa"/>
            <w:vAlign w:val="center"/>
          </w:tcPr>
          <w:p w14:paraId="4D1360ED" w14:textId="77777777" w:rsidR="006127CA" w:rsidRDefault="00000000">
            <w:r>
              <w:rPr>
                <w:sz w:val="18"/>
              </w:rPr>
              <w:t>Nhập khoảng cách nghe nói thường và nói thầm.</w:t>
            </w:r>
          </w:p>
        </w:tc>
        <w:tc>
          <w:tcPr>
            <w:tcW w:w="2045" w:type="dxa"/>
            <w:vAlign w:val="center"/>
          </w:tcPr>
          <w:p w14:paraId="7B7A38C3" w14:textId="77777777" w:rsidR="006127CA" w:rsidRDefault="00000000">
            <w:r>
              <w:rPr>
                <w:sz w:val="18"/>
              </w:rPr>
              <w:t>Số + đơn vị</w:t>
            </w:r>
          </w:p>
        </w:tc>
        <w:tc>
          <w:tcPr>
            <w:tcW w:w="2045" w:type="dxa"/>
            <w:vAlign w:val="center"/>
          </w:tcPr>
          <w:p w14:paraId="1AE09AC9" w14:textId="77777777" w:rsidR="006127CA" w:rsidRDefault="00000000">
            <w:r>
              <w:rPr>
                <w:sz w:val="18"/>
              </w:rPr>
              <w:t>m</w:t>
            </w:r>
          </w:p>
        </w:tc>
      </w:tr>
      <w:tr w:rsidR="006127CA" w14:paraId="1938BC1F" w14:textId="77777777">
        <w:trPr>
          <w:jc w:val="center"/>
        </w:trPr>
        <w:tc>
          <w:tcPr>
            <w:tcW w:w="2045" w:type="dxa"/>
            <w:vAlign w:val="center"/>
          </w:tcPr>
          <w:p w14:paraId="2935332B" w14:textId="77777777" w:rsidR="006127CA" w:rsidRDefault="00000000">
            <w:r>
              <w:rPr>
                <w:sz w:val="18"/>
              </w:rPr>
              <w:t>5</w:t>
            </w:r>
          </w:p>
        </w:tc>
        <w:tc>
          <w:tcPr>
            <w:tcW w:w="2045" w:type="dxa"/>
            <w:vAlign w:val="center"/>
          </w:tcPr>
          <w:p w14:paraId="78F8CD10" w14:textId="77777777" w:rsidR="006127CA" w:rsidRDefault="00000000">
            <w:r>
              <w:rPr>
                <w:sz w:val="18"/>
              </w:rPr>
              <w:t>Tai – mũi – họng: thính lực tai phải</w:t>
            </w:r>
          </w:p>
        </w:tc>
        <w:tc>
          <w:tcPr>
            <w:tcW w:w="2045" w:type="dxa"/>
            <w:vAlign w:val="center"/>
          </w:tcPr>
          <w:p w14:paraId="7BDFD3D9" w14:textId="77777777" w:rsidR="006127CA" w:rsidRDefault="00000000">
            <w:r>
              <w:rPr>
                <w:sz w:val="18"/>
              </w:rPr>
              <w:t>Nhập khoảng cách nghe nói thường và nói thầm.</w:t>
            </w:r>
          </w:p>
        </w:tc>
        <w:tc>
          <w:tcPr>
            <w:tcW w:w="2045" w:type="dxa"/>
            <w:vAlign w:val="center"/>
          </w:tcPr>
          <w:p w14:paraId="54CF218B" w14:textId="77777777" w:rsidR="006127CA" w:rsidRDefault="00000000">
            <w:r>
              <w:rPr>
                <w:sz w:val="18"/>
              </w:rPr>
              <w:t>Số + đơn vị</w:t>
            </w:r>
          </w:p>
        </w:tc>
        <w:tc>
          <w:tcPr>
            <w:tcW w:w="2045" w:type="dxa"/>
            <w:vAlign w:val="center"/>
          </w:tcPr>
          <w:p w14:paraId="2946B920" w14:textId="77777777" w:rsidR="006127CA" w:rsidRDefault="00000000">
            <w:r>
              <w:rPr>
                <w:sz w:val="18"/>
              </w:rPr>
              <w:t>m</w:t>
            </w:r>
          </w:p>
        </w:tc>
      </w:tr>
      <w:tr w:rsidR="006127CA" w14:paraId="5E267933" w14:textId="77777777">
        <w:trPr>
          <w:jc w:val="center"/>
        </w:trPr>
        <w:tc>
          <w:tcPr>
            <w:tcW w:w="2045" w:type="dxa"/>
            <w:vAlign w:val="center"/>
          </w:tcPr>
          <w:p w14:paraId="3095AD48" w14:textId="77777777" w:rsidR="006127CA" w:rsidRDefault="00000000">
            <w:r>
              <w:rPr>
                <w:sz w:val="18"/>
              </w:rPr>
              <w:t>6</w:t>
            </w:r>
          </w:p>
        </w:tc>
        <w:tc>
          <w:tcPr>
            <w:tcW w:w="2045" w:type="dxa"/>
            <w:vAlign w:val="center"/>
          </w:tcPr>
          <w:p w14:paraId="79256996" w14:textId="77777777" w:rsidR="006127CA" w:rsidRDefault="00000000">
            <w:r>
              <w:rPr>
                <w:sz w:val="18"/>
              </w:rPr>
              <w:t>Bất thường tai mũi họng</w:t>
            </w:r>
          </w:p>
        </w:tc>
        <w:tc>
          <w:tcPr>
            <w:tcW w:w="2045" w:type="dxa"/>
            <w:vAlign w:val="center"/>
          </w:tcPr>
          <w:p w14:paraId="2B5095CE" w14:textId="77777777" w:rsidR="006127CA" w:rsidRDefault="00000000">
            <w:r>
              <w:rPr>
                <w:sz w:val="18"/>
              </w:rPr>
              <w:t>Ghi cụ thể nếu có bất thường.</w:t>
            </w:r>
          </w:p>
        </w:tc>
        <w:tc>
          <w:tcPr>
            <w:tcW w:w="2045" w:type="dxa"/>
            <w:vAlign w:val="center"/>
          </w:tcPr>
          <w:p w14:paraId="4D8FD27B" w14:textId="77777777" w:rsidR="006127CA" w:rsidRDefault="00000000">
            <w:r>
              <w:rPr>
                <w:sz w:val="18"/>
              </w:rPr>
              <w:t>Văn bản</w:t>
            </w:r>
          </w:p>
        </w:tc>
        <w:tc>
          <w:tcPr>
            <w:tcW w:w="2045" w:type="dxa"/>
            <w:vAlign w:val="center"/>
          </w:tcPr>
          <w:p w14:paraId="218A9FF0" w14:textId="77777777" w:rsidR="006127CA" w:rsidRDefault="00000000">
            <w:r>
              <w:rPr>
                <w:sz w:val="18"/>
              </w:rPr>
              <w:t>Nếu có</w:t>
            </w:r>
          </w:p>
        </w:tc>
      </w:tr>
      <w:tr w:rsidR="006127CA" w14:paraId="127B75A3" w14:textId="77777777">
        <w:trPr>
          <w:jc w:val="center"/>
        </w:trPr>
        <w:tc>
          <w:tcPr>
            <w:tcW w:w="2045" w:type="dxa"/>
            <w:vAlign w:val="center"/>
          </w:tcPr>
          <w:p w14:paraId="05049084" w14:textId="77777777" w:rsidR="006127CA" w:rsidRDefault="00000000">
            <w:r>
              <w:rPr>
                <w:sz w:val="18"/>
              </w:rPr>
              <w:t>7</w:t>
            </w:r>
          </w:p>
        </w:tc>
        <w:tc>
          <w:tcPr>
            <w:tcW w:w="2045" w:type="dxa"/>
            <w:vAlign w:val="center"/>
          </w:tcPr>
          <w:p w14:paraId="1B28DC84" w14:textId="77777777" w:rsidR="006127CA" w:rsidRDefault="00000000">
            <w:r>
              <w:rPr>
                <w:sz w:val="18"/>
              </w:rPr>
              <w:t>Răng – hàm – mặt: hàm trên</w:t>
            </w:r>
          </w:p>
        </w:tc>
        <w:tc>
          <w:tcPr>
            <w:tcW w:w="2045" w:type="dxa"/>
            <w:vAlign w:val="center"/>
          </w:tcPr>
          <w:p w14:paraId="09A06F26" w14:textId="77777777" w:rsidR="006127CA" w:rsidRDefault="00000000">
            <w:r>
              <w:rPr>
                <w:sz w:val="18"/>
              </w:rPr>
              <w:t>Nhập kết quả khám.</w:t>
            </w:r>
          </w:p>
        </w:tc>
        <w:tc>
          <w:tcPr>
            <w:tcW w:w="2045" w:type="dxa"/>
            <w:vAlign w:val="center"/>
          </w:tcPr>
          <w:p w14:paraId="6AD4CB4F" w14:textId="77777777" w:rsidR="006127CA" w:rsidRDefault="00000000">
            <w:r>
              <w:rPr>
                <w:sz w:val="18"/>
              </w:rPr>
              <w:t>Văn bản</w:t>
            </w:r>
          </w:p>
        </w:tc>
        <w:tc>
          <w:tcPr>
            <w:tcW w:w="2045" w:type="dxa"/>
            <w:vAlign w:val="center"/>
          </w:tcPr>
          <w:p w14:paraId="008892FC" w14:textId="77777777" w:rsidR="006127CA" w:rsidRDefault="00000000">
            <w:r>
              <w:rPr>
                <w:sz w:val="18"/>
              </w:rPr>
              <w:t>Theo thực tế</w:t>
            </w:r>
          </w:p>
        </w:tc>
      </w:tr>
      <w:tr w:rsidR="006127CA" w14:paraId="3F17C271" w14:textId="77777777">
        <w:trPr>
          <w:jc w:val="center"/>
        </w:trPr>
        <w:tc>
          <w:tcPr>
            <w:tcW w:w="2045" w:type="dxa"/>
            <w:vAlign w:val="center"/>
          </w:tcPr>
          <w:p w14:paraId="255CA883" w14:textId="77777777" w:rsidR="006127CA" w:rsidRDefault="00000000">
            <w:r>
              <w:rPr>
                <w:sz w:val="18"/>
              </w:rPr>
              <w:t>8</w:t>
            </w:r>
          </w:p>
        </w:tc>
        <w:tc>
          <w:tcPr>
            <w:tcW w:w="2045" w:type="dxa"/>
            <w:vAlign w:val="center"/>
          </w:tcPr>
          <w:p w14:paraId="6EB974B4" w14:textId="77777777" w:rsidR="006127CA" w:rsidRDefault="00000000">
            <w:r>
              <w:rPr>
                <w:sz w:val="18"/>
              </w:rPr>
              <w:t>Răng – hàm – mặt: hàm dưới</w:t>
            </w:r>
          </w:p>
        </w:tc>
        <w:tc>
          <w:tcPr>
            <w:tcW w:w="2045" w:type="dxa"/>
            <w:vAlign w:val="center"/>
          </w:tcPr>
          <w:p w14:paraId="5BBF0E0B" w14:textId="77777777" w:rsidR="006127CA" w:rsidRDefault="00000000">
            <w:r>
              <w:rPr>
                <w:sz w:val="18"/>
              </w:rPr>
              <w:t>Nhập kết quả khám.</w:t>
            </w:r>
          </w:p>
        </w:tc>
        <w:tc>
          <w:tcPr>
            <w:tcW w:w="2045" w:type="dxa"/>
            <w:vAlign w:val="center"/>
          </w:tcPr>
          <w:p w14:paraId="4B8AACC3" w14:textId="77777777" w:rsidR="006127CA" w:rsidRDefault="00000000">
            <w:r>
              <w:rPr>
                <w:sz w:val="18"/>
              </w:rPr>
              <w:t>Văn bản</w:t>
            </w:r>
          </w:p>
        </w:tc>
        <w:tc>
          <w:tcPr>
            <w:tcW w:w="2045" w:type="dxa"/>
            <w:vAlign w:val="center"/>
          </w:tcPr>
          <w:p w14:paraId="22129CD8" w14:textId="77777777" w:rsidR="006127CA" w:rsidRDefault="00000000">
            <w:r>
              <w:rPr>
                <w:sz w:val="18"/>
              </w:rPr>
              <w:t>Theo thực tế</w:t>
            </w:r>
          </w:p>
        </w:tc>
      </w:tr>
      <w:tr w:rsidR="006127CA" w14:paraId="7F103E24" w14:textId="77777777">
        <w:trPr>
          <w:jc w:val="center"/>
        </w:trPr>
        <w:tc>
          <w:tcPr>
            <w:tcW w:w="2045" w:type="dxa"/>
            <w:vAlign w:val="center"/>
          </w:tcPr>
          <w:p w14:paraId="0D8B36D4" w14:textId="77777777" w:rsidR="006127CA" w:rsidRDefault="00000000">
            <w:r>
              <w:rPr>
                <w:sz w:val="18"/>
              </w:rPr>
              <w:t>9</w:t>
            </w:r>
          </w:p>
        </w:tc>
        <w:tc>
          <w:tcPr>
            <w:tcW w:w="2045" w:type="dxa"/>
            <w:vAlign w:val="center"/>
          </w:tcPr>
          <w:p w14:paraId="30C32B53" w14:textId="77777777" w:rsidR="006127CA" w:rsidRDefault="00000000">
            <w:r>
              <w:rPr>
                <w:sz w:val="18"/>
              </w:rPr>
              <w:t>Bất thường khác về răng hàm mặt</w:t>
            </w:r>
          </w:p>
        </w:tc>
        <w:tc>
          <w:tcPr>
            <w:tcW w:w="2045" w:type="dxa"/>
            <w:vAlign w:val="center"/>
          </w:tcPr>
          <w:p w14:paraId="4A61CD7E" w14:textId="77777777" w:rsidR="006127CA" w:rsidRDefault="00000000">
            <w:r>
              <w:rPr>
                <w:sz w:val="18"/>
              </w:rPr>
              <w:t>Ghi rõ nếu có.</w:t>
            </w:r>
          </w:p>
        </w:tc>
        <w:tc>
          <w:tcPr>
            <w:tcW w:w="2045" w:type="dxa"/>
            <w:vAlign w:val="center"/>
          </w:tcPr>
          <w:p w14:paraId="25153969" w14:textId="77777777" w:rsidR="006127CA" w:rsidRDefault="00000000">
            <w:r>
              <w:rPr>
                <w:sz w:val="18"/>
              </w:rPr>
              <w:t>Văn bản</w:t>
            </w:r>
          </w:p>
        </w:tc>
        <w:tc>
          <w:tcPr>
            <w:tcW w:w="2045" w:type="dxa"/>
            <w:vAlign w:val="center"/>
          </w:tcPr>
          <w:p w14:paraId="3A48346E" w14:textId="77777777" w:rsidR="006127CA" w:rsidRDefault="00000000">
            <w:r>
              <w:rPr>
                <w:sz w:val="18"/>
              </w:rPr>
              <w:t>Nếu có</w:t>
            </w:r>
          </w:p>
        </w:tc>
      </w:tr>
      <w:tr w:rsidR="006127CA" w14:paraId="0996A619" w14:textId="77777777">
        <w:trPr>
          <w:jc w:val="center"/>
        </w:trPr>
        <w:tc>
          <w:tcPr>
            <w:tcW w:w="2045" w:type="dxa"/>
            <w:vAlign w:val="center"/>
          </w:tcPr>
          <w:p w14:paraId="2D2CF7A5" w14:textId="77777777" w:rsidR="006127CA" w:rsidRDefault="00000000">
            <w:r>
              <w:rPr>
                <w:sz w:val="18"/>
              </w:rPr>
              <w:t>10</w:t>
            </w:r>
          </w:p>
        </w:tc>
        <w:tc>
          <w:tcPr>
            <w:tcW w:w="2045" w:type="dxa"/>
            <w:vAlign w:val="center"/>
          </w:tcPr>
          <w:p w14:paraId="3125457E" w14:textId="77777777" w:rsidR="006127CA" w:rsidRDefault="00000000">
            <w:r>
              <w:rPr>
                <w:sz w:val="18"/>
              </w:rPr>
              <w:t>Cơ xương – vận động không đối xứng</w:t>
            </w:r>
          </w:p>
        </w:tc>
        <w:tc>
          <w:tcPr>
            <w:tcW w:w="2045" w:type="dxa"/>
            <w:vAlign w:val="center"/>
          </w:tcPr>
          <w:p w14:paraId="7DE7B05C" w14:textId="77777777" w:rsidR="006127CA" w:rsidRDefault="00000000">
            <w:r>
              <w:rPr>
                <w:sz w:val="18"/>
              </w:rPr>
              <w:t>Chọn kết quả.</w:t>
            </w:r>
          </w:p>
        </w:tc>
        <w:tc>
          <w:tcPr>
            <w:tcW w:w="2045" w:type="dxa"/>
            <w:vAlign w:val="center"/>
          </w:tcPr>
          <w:p w14:paraId="3C65C577" w14:textId="77777777" w:rsidR="006127CA" w:rsidRDefault="00000000">
            <w:r>
              <w:rPr>
                <w:sz w:val="18"/>
              </w:rPr>
              <w:t>Lựa chọn</w:t>
            </w:r>
          </w:p>
        </w:tc>
        <w:tc>
          <w:tcPr>
            <w:tcW w:w="2045" w:type="dxa"/>
            <w:vAlign w:val="center"/>
          </w:tcPr>
          <w:p w14:paraId="27552C71" w14:textId="77777777" w:rsidR="006127CA" w:rsidRDefault="00000000">
            <w:r>
              <w:rPr>
                <w:sz w:val="18"/>
              </w:rPr>
              <w:t>Không / Có</w:t>
            </w:r>
          </w:p>
        </w:tc>
      </w:tr>
      <w:tr w:rsidR="006127CA" w14:paraId="708AED32" w14:textId="77777777">
        <w:trPr>
          <w:jc w:val="center"/>
        </w:trPr>
        <w:tc>
          <w:tcPr>
            <w:tcW w:w="2045" w:type="dxa"/>
            <w:vAlign w:val="center"/>
          </w:tcPr>
          <w:p w14:paraId="736EC5A6" w14:textId="77777777" w:rsidR="006127CA" w:rsidRDefault="00000000">
            <w:r>
              <w:rPr>
                <w:sz w:val="18"/>
              </w:rPr>
              <w:t>11</w:t>
            </w:r>
          </w:p>
        </w:tc>
        <w:tc>
          <w:tcPr>
            <w:tcW w:w="2045" w:type="dxa"/>
            <w:vAlign w:val="center"/>
          </w:tcPr>
          <w:p w14:paraId="7BA176D3" w14:textId="77777777" w:rsidR="006127CA" w:rsidRDefault="00000000">
            <w:r>
              <w:rPr>
                <w:sz w:val="18"/>
              </w:rPr>
              <w:t>Lưng, cột sống</w:t>
            </w:r>
          </w:p>
        </w:tc>
        <w:tc>
          <w:tcPr>
            <w:tcW w:w="2045" w:type="dxa"/>
            <w:vAlign w:val="center"/>
          </w:tcPr>
          <w:p w14:paraId="7C5870DD" w14:textId="77777777" w:rsidR="006127CA" w:rsidRDefault="00000000">
            <w:r>
              <w:rPr>
                <w:sz w:val="18"/>
              </w:rPr>
              <w:t>Chọn kết quả.</w:t>
            </w:r>
          </w:p>
        </w:tc>
        <w:tc>
          <w:tcPr>
            <w:tcW w:w="2045" w:type="dxa"/>
            <w:vAlign w:val="center"/>
          </w:tcPr>
          <w:p w14:paraId="67EEC3FF" w14:textId="77777777" w:rsidR="006127CA" w:rsidRDefault="00000000">
            <w:r>
              <w:rPr>
                <w:sz w:val="18"/>
              </w:rPr>
              <w:t>Lựa chọn</w:t>
            </w:r>
          </w:p>
        </w:tc>
        <w:tc>
          <w:tcPr>
            <w:tcW w:w="2045" w:type="dxa"/>
            <w:vAlign w:val="center"/>
          </w:tcPr>
          <w:p w14:paraId="4DE1F543" w14:textId="77777777" w:rsidR="006127CA" w:rsidRDefault="00000000">
            <w:r>
              <w:rPr>
                <w:sz w:val="18"/>
              </w:rPr>
              <w:t>Bình thường / Không bình thường</w:t>
            </w:r>
          </w:p>
        </w:tc>
      </w:tr>
      <w:tr w:rsidR="006127CA" w14:paraId="34CED181" w14:textId="77777777">
        <w:trPr>
          <w:jc w:val="center"/>
        </w:trPr>
        <w:tc>
          <w:tcPr>
            <w:tcW w:w="2045" w:type="dxa"/>
            <w:vAlign w:val="center"/>
          </w:tcPr>
          <w:p w14:paraId="1CBA798C" w14:textId="77777777" w:rsidR="006127CA" w:rsidRDefault="00000000">
            <w:r>
              <w:rPr>
                <w:sz w:val="18"/>
              </w:rPr>
              <w:t>12</w:t>
            </w:r>
          </w:p>
        </w:tc>
        <w:tc>
          <w:tcPr>
            <w:tcW w:w="2045" w:type="dxa"/>
            <w:vAlign w:val="center"/>
          </w:tcPr>
          <w:p w14:paraId="38D5B65E" w14:textId="77777777" w:rsidR="006127CA" w:rsidRDefault="00000000">
            <w:r>
              <w:rPr>
                <w:sz w:val="18"/>
              </w:rPr>
              <w:t>Dáng đi</w:t>
            </w:r>
          </w:p>
        </w:tc>
        <w:tc>
          <w:tcPr>
            <w:tcW w:w="2045" w:type="dxa"/>
            <w:vAlign w:val="center"/>
          </w:tcPr>
          <w:p w14:paraId="79C20B10" w14:textId="77777777" w:rsidR="006127CA" w:rsidRDefault="00000000">
            <w:r>
              <w:rPr>
                <w:sz w:val="18"/>
              </w:rPr>
              <w:t>Chọn kết quả.</w:t>
            </w:r>
          </w:p>
        </w:tc>
        <w:tc>
          <w:tcPr>
            <w:tcW w:w="2045" w:type="dxa"/>
            <w:vAlign w:val="center"/>
          </w:tcPr>
          <w:p w14:paraId="242F59A1" w14:textId="77777777" w:rsidR="006127CA" w:rsidRDefault="00000000">
            <w:r>
              <w:rPr>
                <w:sz w:val="18"/>
              </w:rPr>
              <w:t>Lựa chọn</w:t>
            </w:r>
          </w:p>
        </w:tc>
        <w:tc>
          <w:tcPr>
            <w:tcW w:w="2045" w:type="dxa"/>
            <w:vAlign w:val="center"/>
          </w:tcPr>
          <w:p w14:paraId="478E2FDB" w14:textId="77777777" w:rsidR="006127CA" w:rsidRDefault="00000000">
            <w:r>
              <w:rPr>
                <w:sz w:val="18"/>
              </w:rPr>
              <w:t>Bình thường / Không bình thường</w:t>
            </w:r>
          </w:p>
        </w:tc>
      </w:tr>
      <w:tr w:rsidR="006127CA" w14:paraId="1B5FE798" w14:textId="77777777">
        <w:trPr>
          <w:jc w:val="center"/>
        </w:trPr>
        <w:tc>
          <w:tcPr>
            <w:tcW w:w="2045" w:type="dxa"/>
            <w:vAlign w:val="center"/>
          </w:tcPr>
          <w:p w14:paraId="7D481FBF" w14:textId="77777777" w:rsidR="006127CA" w:rsidRDefault="00000000">
            <w:r>
              <w:rPr>
                <w:sz w:val="18"/>
              </w:rPr>
              <w:t>13</w:t>
            </w:r>
          </w:p>
        </w:tc>
        <w:tc>
          <w:tcPr>
            <w:tcW w:w="2045" w:type="dxa"/>
            <w:vAlign w:val="center"/>
          </w:tcPr>
          <w:p w14:paraId="52F6D314" w14:textId="77777777" w:rsidR="006127CA" w:rsidRDefault="00000000">
            <w:r>
              <w:rPr>
                <w:sz w:val="18"/>
              </w:rPr>
              <w:t>Buồn bã, lo âu, mất ngủ kéo dài</w:t>
            </w:r>
          </w:p>
        </w:tc>
        <w:tc>
          <w:tcPr>
            <w:tcW w:w="2045" w:type="dxa"/>
            <w:vAlign w:val="center"/>
          </w:tcPr>
          <w:p w14:paraId="620C874C" w14:textId="77777777" w:rsidR="006127CA" w:rsidRDefault="00000000">
            <w:r>
              <w:rPr>
                <w:sz w:val="18"/>
              </w:rPr>
              <w:t>Chọn kết quả.</w:t>
            </w:r>
          </w:p>
        </w:tc>
        <w:tc>
          <w:tcPr>
            <w:tcW w:w="2045" w:type="dxa"/>
            <w:vAlign w:val="center"/>
          </w:tcPr>
          <w:p w14:paraId="15AF5111" w14:textId="77777777" w:rsidR="006127CA" w:rsidRDefault="00000000">
            <w:r>
              <w:rPr>
                <w:sz w:val="18"/>
              </w:rPr>
              <w:t>Lựa chọn</w:t>
            </w:r>
          </w:p>
        </w:tc>
        <w:tc>
          <w:tcPr>
            <w:tcW w:w="2045" w:type="dxa"/>
            <w:vAlign w:val="center"/>
          </w:tcPr>
          <w:p w14:paraId="01C5C695" w14:textId="77777777" w:rsidR="006127CA" w:rsidRDefault="00000000">
            <w:r>
              <w:rPr>
                <w:sz w:val="18"/>
              </w:rPr>
              <w:t>Có / Không</w:t>
            </w:r>
          </w:p>
        </w:tc>
      </w:tr>
      <w:tr w:rsidR="006127CA" w14:paraId="7800DDC7" w14:textId="77777777">
        <w:trPr>
          <w:jc w:val="center"/>
        </w:trPr>
        <w:tc>
          <w:tcPr>
            <w:tcW w:w="2045" w:type="dxa"/>
            <w:vAlign w:val="center"/>
          </w:tcPr>
          <w:p w14:paraId="4944852B" w14:textId="77777777" w:rsidR="006127CA" w:rsidRDefault="00000000">
            <w:r>
              <w:rPr>
                <w:sz w:val="18"/>
              </w:rPr>
              <w:t>14</w:t>
            </w:r>
          </w:p>
        </w:tc>
        <w:tc>
          <w:tcPr>
            <w:tcW w:w="2045" w:type="dxa"/>
            <w:vAlign w:val="center"/>
          </w:tcPr>
          <w:p w14:paraId="64B59005" w14:textId="77777777" w:rsidR="006127CA" w:rsidRDefault="00000000">
            <w:r>
              <w:rPr>
                <w:sz w:val="18"/>
              </w:rPr>
              <w:t>Hành vi bất thường/nguy cơ tự gây hại</w:t>
            </w:r>
          </w:p>
        </w:tc>
        <w:tc>
          <w:tcPr>
            <w:tcW w:w="2045" w:type="dxa"/>
            <w:vAlign w:val="center"/>
          </w:tcPr>
          <w:p w14:paraId="24630202" w14:textId="77777777" w:rsidR="006127CA" w:rsidRDefault="00000000">
            <w:r>
              <w:rPr>
                <w:sz w:val="18"/>
              </w:rPr>
              <w:t>Chọn kết quả; nếu có ghi rõ.</w:t>
            </w:r>
          </w:p>
        </w:tc>
        <w:tc>
          <w:tcPr>
            <w:tcW w:w="2045" w:type="dxa"/>
            <w:vAlign w:val="center"/>
          </w:tcPr>
          <w:p w14:paraId="0550D9AD" w14:textId="77777777" w:rsidR="006127CA" w:rsidRDefault="00000000">
            <w:r>
              <w:rPr>
                <w:sz w:val="18"/>
              </w:rPr>
              <w:t>Lựa chọn + văn bản</w:t>
            </w:r>
          </w:p>
        </w:tc>
        <w:tc>
          <w:tcPr>
            <w:tcW w:w="2045" w:type="dxa"/>
            <w:vAlign w:val="center"/>
          </w:tcPr>
          <w:p w14:paraId="09BB7840" w14:textId="77777777" w:rsidR="006127CA" w:rsidRDefault="00000000">
            <w:r>
              <w:rPr>
                <w:sz w:val="18"/>
              </w:rPr>
              <w:t>Có / Không</w:t>
            </w:r>
          </w:p>
        </w:tc>
      </w:tr>
    </w:tbl>
    <w:p w14:paraId="544913C7" w14:textId="77777777" w:rsidR="006127CA" w:rsidRDefault="006127CA"/>
    <w:p w14:paraId="12889622" w14:textId="77777777" w:rsidR="006127CA" w:rsidRDefault="00000000">
      <w:pPr>
        <w:pStyle w:val="Heading2"/>
      </w:pPr>
      <w:r>
        <w:t>4.5. Kết luận chung</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6127CA" w14:paraId="369D0CBF" w14:textId="77777777">
        <w:trPr>
          <w:tblHeader/>
          <w:jc w:val="center"/>
        </w:trPr>
        <w:tc>
          <w:tcPr>
            <w:tcW w:w="2045" w:type="dxa"/>
            <w:shd w:val="clear" w:color="auto" w:fill="D9EAF7"/>
            <w:vAlign w:val="center"/>
          </w:tcPr>
          <w:p w14:paraId="1CF44BDA" w14:textId="77777777" w:rsidR="006127CA" w:rsidRDefault="00000000">
            <w:pPr>
              <w:jc w:val="center"/>
            </w:pPr>
            <w:r>
              <w:rPr>
                <w:b/>
                <w:sz w:val="18"/>
              </w:rPr>
              <w:t>STT</w:t>
            </w:r>
          </w:p>
        </w:tc>
        <w:tc>
          <w:tcPr>
            <w:tcW w:w="2045" w:type="dxa"/>
            <w:shd w:val="clear" w:color="auto" w:fill="D9EAF7"/>
            <w:vAlign w:val="center"/>
          </w:tcPr>
          <w:p w14:paraId="630EB832" w14:textId="77777777" w:rsidR="006127CA" w:rsidRDefault="00000000">
            <w:pPr>
              <w:jc w:val="center"/>
            </w:pPr>
            <w:r>
              <w:rPr>
                <w:b/>
                <w:sz w:val="18"/>
              </w:rPr>
              <w:t>Trường</w:t>
            </w:r>
          </w:p>
        </w:tc>
        <w:tc>
          <w:tcPr>
            <w:tcW w:w="2045" w:type="dxa"/>
            <w:shd w:val="clear" w:color="auto" w:fill="D9EAF7"/>
            <w:vAlign w:val="center"/>
          </w:tcPr>
          <w:p w14:paraId="46BD3360" w14:textId="77777777" w:rsidR="006127CA" w:rsidRDefault="00000000">
            <w:pPr>
              <w:jc w:val="center"/>
            </w:pPr>
            <w:r>
              <w:rPr>
                <w:b/>
                <w:sz w:val="18"/>
              </w:rPr>
              <w:t>Hướng dẫn nhập</w:t>
            </w:r>
          </w:p>
        </w:tc>
        <w:tc>
          <w:tcPr>
            <w:tcW w:w="2045" w:type="dxa"/>
            <w:shd w:val="clear" w:color="auto" w:fill="D9EAF7"/>
            <w:vAlign w:val="center"/>
          </w:tcPr>
          <w:p w14:paraId="6368C237" w14:textId="77777777" w:rsidR="006127CA" w:rsidRDefault="00000000">
            <w:pPr>
              <w:jc w:val="center"/>
            </w:pPr>
            <w:r>
              <w:rPr>
                <w:b/>
                <w:sz w:val="18"/>
              </w:rPr>
              <w:t>Kiểu dữ liệu</w:t>
            </w:r>
          </w:p>
        </w:tc>
        <w:tc>
          <w:tcPr>
            <w:tcW w:w="2045" w:type="dxa"/>
            <w:shd w:val="clear" w:color="auto" w:fill="D9EAF7"/>
            <w:vAlign w:val="center"/>
          </w:tcPr>
          <w:p w14:paraId="44EF97BD" w14:textId="77777777" w:rsidR="006127CA" w:rsidRDefault="00000000">
            <w:pPr>
              <w:jc w:val="center"/>
            </w:pPr>
            <w:r>
              <w:rPr>
                <w:b/>
                <w:sz w:val="18"/>
              </w:rPr>
              <w:t>Lưu ý</w:t>
            </w:r>
          </w:p>
        </w:tc>
      </w:tr>
      <w:tr w:rsidR="006127CA" w14:paraId="246D4E8F" w14:textId="77777777">
        <w:trPr>
          <w:jc w:val="center"/>
        </w:trPr>
        <w:tc>
          <w:tcPr>
            <w:tcW w:w="2045" w:type="dxa"/>
            <w:vAlign w:val="center"/>
          </w:tcPr>
          <w:p w14:paraId="41FEC21F" w14:textId="77777777" w:rsidR="006127CA" w:rsidRDefault="00000000">
            <w:r>
              <w:rPr>
                <w:sz w:val="18"/>
              </w:rPr>
              <w:t>1</w:t>
            </w:r>
          </w:p>
        </w:tc>
        <w:tc>
          <w:tcPr>
            <w:tcW w:w="2045" w:type="dxa"/>
            <w:vAlign w:val="center"/>
          </w:tcPr>
          <w:p w14:paraId="6569E4B8" w14:textId="77777777" w:rsidR="006127CA" w:rsidRDefault="00000000">
            <w:r>
              <w:rPr>
                <w:sz w:val="18"/>
              </w:rPr>
              <w:t>Tình trạng sức khỏe, bệnh tật</w:t>
            </w:r>
          </w:p>
        </w:tc>
        <w:tc>
          <w:tcPr>
            <w:tcW w:w="2045" w:type="dxa"/>
            <w:vAlign w:val="center"/>
          </w:tcPr>
          <w:p w14:paraId="2A784F4C" w14:textId="77777777" w:rsidR="006127CA" w:rsidRDefault="00000000">
            <w:r>
              <w:rPr>
                <w:sz w:val="18"/>
              </w:rPr>
              <w:t>Nhập tình trạng sức khỏe và bệnh tật nếu có.</w:t>
            </w:r>
          </w:p>
        </w:tc>
        <w:tc>
          <w:tcPr>
            <w:tcW w:w="2045" w:type="dxa"/>
            <w:vAlign w:val="center"/>
          </w:tcPr>
          <w:p w14:paraId="6486D207" w14:textId="77777777" w:rsidR="006127CA" w:rsidRDefault="00000000">
            <w:r>
              <w:rPr>
                <w:sz w:val="18"/>
              </w:rPr>
              <w:t>Văn bản</w:t>
            </w:r>
          </w:p>
        </w:tc>
        <w:tc>
          <w:tcPr>
            <w:tcW w:w="2045" w:type="dxa"/>
            <w:vAlign w:val="center"/>
          </w:tcPr>
          <w:p w14:paraId="233431F5" w14:textId="77777777" w:rsidR="006127CA" w:rsidRDefault="00000000">
            <w:r>
              <w:rPr>
                <w:sz w:val="18"/>
              </w:rPr>
              <w:t>Theo kết quả khám</w:t>
            </w:r>
          </w:p>
        </w:tc>
      </w:tr>
      <w:tr w:rsidR="000C27D3" w14:paraId="636F92FA" w14:textId="77777777">
        <w:trPr>
          <w:jc w:val="center"/>
        </w:trPr>
        <w:tc>
          <w:tcPr>
            <w:tcW w:w="2045" w:type="dxa"/>
            <w:vAlign w:val="center"/>
          </w:tcPr>
          <w:p w14:paraId="106B9387" w14:textId="77777777" w:rsidR="000C27D3" w:rsidRDefault="000C27D3" w:rsidP="000C27D3">
            <w:r>
              <w:rPr>
                <w:sz w:val="18"/>
              </w:rPr>
              <w:t>2</w:t>
            </w:r>
          </w:p>
        </w:tc>
        <w:tc>
          <w:tcPr>
            <w:tcW w:w="2045" w:type="dxa"/>
            <w:vAlign w:val="center"/>
          </w:tcPr>
          <w:p w14:paraId="0A0751C7" w14:textId="7DE13D4A" w:rsidR="000C27D3" w:rsidRDefault="000C27D3" w:rsidP="000C27D3">
            <w:r>
              <w:rPr>
                <w:sz w:val="18"/>
              </w:rPr>
              <w:t>Cần tư vấn</w:t>
            </w:r>
          </w:p>
        </w:tc>
        <w:tc>
          <w:tcPr>
            <w:tcW w:w="2045" w:type="dxa"/>
            <w:vAlign w:val="center"/>
          </w:tcPr>
          <w:p w14:paraId="55D8E774" w14:textId="01186DFC" w:rsidR="000C27D3" w:rsidRDefault="000C27D3" w:rsidP="000C27D3">
            <w:r>
              <w:rPr>
                <w:sz w:val="18"/>
              </w:rPr>
              <w:t xml:space="preserve">Nhập nội dung tư vấn </w:t>
            </w:r>
          </w:p>
        </w:tc>
        <w:tc>
          <w:tcPr>
            <w:tcW w:w="2045" w:type="dxa"/>
            <w:vAlign w:val="center"/>
          </w:tcPr>
          <w:p w14:paraId="7D3434C3" w14:textId="1C9487E5" w:rsidR="000C27D3" w:rsidRDefault="000C27D3" w:rsidP="000C27D3">
            <w:r>
              <w:rPr>
                <w:sz w:val="18"/>
              </w:rPr>
              <w:t>Lựa chọn</w:t>
            </w:r>
          </w:p>
        </w:tc>
        <w:tc>
          <w:tcPr>
            <w:tcW w:w="2045" w:type="dxa"/>
            <w:vAlign w:val="center"/>
          </w:tcPr>
          <w:p w14:paraId="56D9250F" w14:textId="47A01ED8" w:rsidR="000C27D3" w:rsidRDefault="000C27D3" w:rsidP="000C27D3">
            <w:r>
              <w:rPr>
                <w:sz w:val="18"/>
              </w:rPr>
              <w:t>Có / Không</w:t>
            </w:r>
          </w:p>
        </w:tc>
      </w:tr>
      <w:tr w:rsidR="000C27D3" w14:paraId="17ECBB64" w14:textId="77777777">
        <w:trPr>
          <w:jc w:val="center"/>
        </w:trPr>
        <w:tc>
          <w:tcPr>
            <w:tcW w:w="2045" w:type="dxa"/>
            <w:vAlign w:val="center"/>
          </w:tcPr>
          <w:p w14:paraId="4A667B8D" w14:textId="77777777" w:rsidR="000C27D3" w:rsidRDefault="000C27D3" w:rsidP="000C27D3">
            <w:r>
              <w:rPr>
                <w:sz w:val="18"/>
              </w:rPr>
              <w:t>3</w:t>
            </w:r>
          </w:p>
        </w:tc>
        <w:tc>
          <w:tcPr>
            <w:tcW w:w="2045" w:type="dxa"/>
            <w:vAlign w:val="center"/>
          </w:tcPr>
          <w:p w14:paraId="589EBE4B" w14:textId="50A5BB8A" w:rsidR="000C27D3" w:rsidRDefault="000C27D3" w:rsidP="000C27D3">
            <w:r>
              <w:rPr>
                <w:sz w:val="18"/>
              </w:rPr>
              <w:t>Chuyển khám chuyên khoa</w:t>
            </w:r>
          </w:p>
        </w:tc>
        <w:tc>
          <w:tcPr>
            <w:tcW w:w="2045" w:type="dxa"/>
            <w:vAlign w:val="center"/>
          </w:tcPr>
          <w:p w14:paraId="5CF71691" w14:textId="11C0433B" w:rsidR="000C27D3" w:rsidRDefault="000C27D3" w:rsidP="000C27D3">
            <w:r>
              <w:rPr>
                <w:sz w:val="18"/>
              </w:rPr>
              <w:t>Nhập chuyển khoa cần chuyển</w:t>
            </w:r>
          </w:p>
        </w:tc>
        <w:tc>
          <w:tcPr>
            <w:tcW w:w="2045" w:type="dxa"/>
            <w:vAlign w:val="center"/>
          </w:tcPr>
          <w:p w14:paraId="0E2991EB" w14:textId="4BB3DCB0" w:rsidR="000C27D3" w:rsidRDefault="000C27D3" w:rsidP="000C27D3">
            <w:r>
              <w:rPr>
                <w:sz w:val="18"/>
              </w:rPr>
              <w:t>Lựa chọn</w:t>
            </w:r>
          </w:p>
        </w:tc>
        <w:tc>
          <w:tcPr>
            <w:tcW w:w="2045" w:type="dxa"/>
            <w:vAlign w:val="center"/>
          </w:tcPr>
          <w:p w14:paraId="6BCFA4A8" w14:textId="27AF5E89" w:rsidR="000C27D3" w:rsidRDefault="000C27D3" w:rsidP="000C27D3">
            <w:r>
              <w:rPr>
                <w:sz w:val="18"/>
              </w:rPr>
              <w:t>Có / Không</w:t>
            </w:r>
          </w:p>
        </w:tc>
      </w:tr>
    </w:tbl>
    <w:p w14:paraId="364B9B7B" w14:textId="77777777" w:rsidR="006127CA" w:rsidRDefault="006127CA"/>
    <w:p w14:paraId="0D9893DB" w14:textId="77777777" w:rsidR="006127CA" w:rsidRDefault="00000000">
      <w:pPr>
        <w:pStyle w:val="Heading1"/>
      </w:pPr>
      <w:r>
        <w:lastRenderedPageBreak/>
        <w:t>5. KIỂM TRA TRƯỚC KHI LƯU</w:t>
      </w:r>
    </w:p>
    <w:p w14:paraId="316CE7B1" w14:textId="77777777" w:rsidR="006127CA" w:rsidRDefault="00000000">
      <w:pPr>
        <w:pStyle w:val="ListNumber"/>
      </w:pPr>
      <w:r>
        <w:t>Kiểm tra họ tên, ngày sinh và số CCCD/Hộ chiếu/Mã định danh.</w:t>
      </w:r>
    </w:p>
    <w:p w14:paraId="3A012E71" w14:textId="77777777" w:rsidR="006127CA" w:rsidRDefault="00000000">
      <w:pPr>
        <w:pStyle w:val="ListNumber"/>
      </w:pPr>
      <w:r>
        <w:t>Kiểm tra giới tính và các thông tin hành chính.</w:t>
      </w:r>
    </w:p>
    <w:p w14:paraId="5A5F8748" w14:textId="77777777" w:rsidR="006127CA" w:rsidRDefault="00000000">
      <w:pPr>
        <w:pStyle w:val="ListNumber"/>
      </w:pPr>
      <w:r>
        <w:t>Kiểm tra đơn vị đo của các chỉ số: °C, lần/phút, cm, kg, mm, mmHg.</w:t>
      </w:r>
    </w:p>
    <w:p w14:paraId="1DD5B405" w14:textId="77777777" w:rsidR="006127CA" w:rsidRDefault="00000000">
      <w:pPr>
        <w:pStyle w:val="ListNumber"/>
      </w:pPr>
      <w:r>
        <w:t>Đối với các mục Có/Không, bảo đảm không bỏ sót lựa chọn.</w:t>
      </w:r>
    </w:p>
    <w:p w14:paraId="2A67D5A5" w14:textId="77777777" w:rsidR="006127CA" w:rsidRDefault="00000000">
      <w:pPr>
        <w:pStyle w:val="ListNumber"/>
      </w:pPr>
      <w:r>
        <w:t>Đối với mục Có yêu cầu ghi rõ, phải nhập nội dung chi tiết nếu biểu mẫu yêu cầu.</w:t>
      </w:r>
    </w:p>
    <w:p w14:paraId="6C7BECC3" w14:textId="77777777" w:rsidR="006127CA" w:rsidRDefault="00000000">
      <w:pPr>
        <w:pStyle w:val="ListNumber"/>
      </w:pPr>
      <w:r>
        <w:t>Kiểm tra kết quả khám lâm sàng trước khi nhập kết luận.</w:t>
      </w:r>
    </w:p>
    <w:p w14:paraId="6936DC2A" w14:textId="77777777" w:rsidR="006127CA" w:rsidRDefault="00000000">
      <w:pPr>
        <w:pStyle w:val="ListNumber"/>
      </w:pPr>
      <w:r>
        <w:t>Đảm bảo kết luận phù hợp với các thông tin đã nhập.</w:t>
      </w:r>
    </w:p>
    <w:p w14:paraId="77100389" w14:textId="5F561497" w:rsidR="006127CA" w:rsidRDefault="00000000" w:rsidP="000C27D3">
      <w:pPr>
        <w:pStyle w:val="ListNumber"/>
      </w:pPr>
      <w:r>
        <w:t>Kiểm tra ngày kiểm tra/ngày kết luận trước khi hoàn tất hồ sơ.</w:t>
      </w:r>
    </w:p>
    <w:p w14:paraId="3C648B1E" w14:textId="77777777" w:rsidR="006127CA" w:rsidRDefault="006127CA"/>
    <w:p w14:paraId="7839CA8C" w14:textId="77777777" w:rsidR="006127CA" w:rsidRDefault="00000000">
      <w:pPr>
        <w:jc w:val="center"/>
      </w:pPr>
      <w:r>
        <w:rPr>
          <w:b/>
        </w:rPr>
        <w:t>— HẾT —</w:t>
      </w:r>
    </w:p>
    <w:sectPr w:rsidR="006127CA"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455803">
    <w:abstractNumId w:val="8"/>
  </w:num>
  <w:num w:numId="2" w16cid:durableId="383064844">
    <w:abstractNumId w:val="6"/>
  </w:num>
  <w:num w:numId="3" w16cid:durableId="309023171">
    <w:abstractNumId w:val="5"/>
  </w:num>
  <w:num w:numId="4" w16cid:durableId="401290640">
    <w:abstractNumId w:val="4"/>
  </w:num>
  <w:num w:numId="5" w16cid:durableId="447286375">
    <w:abstractNumId w:val="7"/>
  </w:num>
  <w:num w:numId="6" w16cid:durableId="723215976">
    <w:abstractNumId w:val="3"/>
  </w:num>
  <w:num w:numId="7" w16cid:durableId="506023493">
    <w:abstractNumId w:val="2"/>
  </w:num>
  <w:num w:numId="8" w16cid:durableId="993224287">
    <w:abstractNumId w:val="1"/>
  </w:num>
  <w:num w:numId="9" w16cid:durableId="1242183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7D3"/>
    <w:rsid w:val="0015074B"/>
    <w:rsid w:val="0029639D"/>
    <w:rsid w:val="00326F90"/>
    <w:rsid w:val="004358EE"/>
    <w:rsid w:val="00483A4C"/>
    <w:rsid w:val="006127CA"/>
    <w:rsid w:val="008569EF"/>
    <w:rsid w:val="008F757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13D43"/>
  <w14:defaultImageDpi w14:val="300"/>
  <w15:docId w15:val="{892B2A78-EF2A-42D7-B4C7-0FCA5BB25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1710</Words>
  <Characters>9752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Tuấn Anh</cp:lastModifiedBy>
  <cp:revision>3</cp:revision>
  <dcterms:created xsi:type="dcterms:W3CDTF">2013-12-23T23:15:00Z</dcterms:created>
  <dcterms:modified xsi:type="dcterms:W3CDTF">2026-09-21T09:36:00Z</dcterms:modified>
  <cp:category/>
</cp:coreProperties>
</file>