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EE4" w:rsidRPr="00C54EE4" w:rsidRDefault="00C54EE4" w:rsidP="00C54EE4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C54EE4">
        <w:rPr>
          <w:rFonts w:ascii="Times New Roman" w:hAnsi="Times New Roman" w:cs="Times New Roman"/>
          <w:color w:val="000000" w:themeColor="text1"/>
        </w:rPr>
        <w:t>CỘNG HÒA XÃ HỘI CHỦ NGHĨA VIỆT NAM</w:t>
      </w:r>
    </w:p>
    <w:p w:rsidR="00C54EE4" w:rsidRPr="00C54EE4" w:rsidRDefault="00C54EE4" w:rsidP="00C54EE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Độc lập-Tự do-Hạnh phúc</w:t>
      </w:r>
    </w:p>
    <w:p w:rsidR="00E05C4A" w:rsidRPr="00C54EE4" w:rsidRDefault="003361BF" w:rsidP="00C54EE4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C54EE4">
        <w:rPr>
          <w:rFonts w:ascii="Times New Roman" w:hAnsi="Times New Roman" w:cs="Times New Roman"/>
          <w:color w:val="000000" w:themeColor="text1"/>
        </w:rPr>
        <w:t>BIÊN B</w:t>
      </w:r>
      <w:r w:rsidRPr="00C54EE4">
        <w:rPr>
          <w:rFonts w:ascii="Times New Roman" w:hAnsi="Times New Roman" w:cs="Times New Roman"/>
          <w:color w:val="000000" w:themeColor="text1"/>
        </w:rPr>
        <w:t>Ả</w:t>
      </w:r>
      <w:r w:rsidRPr="00C54EE4">
        <w:rPr>
          <w:rFonts w:ascii="Times New Roman" w:hAnsi="Times New Roman" w:cs="Times New Roman"/>
          <w:color w:val="000000" w:themeColor="text1"/>
        </w:rPr>
        <w:t>N TH</w:t>
      </w:r>
      <w:r w:rsidRPr="00C54EE4">
        <w:rPr>
          <w:rFonts w:ascii="Times New Roman" w:hAnsi="Times New Roman" w:cs="Times New Roman"/>
          <w:color w:val="000000" w:themeColor="text1"/>
        </w:rPr>
        <w:t>Ỏ</w:t>
      </w:r>
      <w:r w:rsidRPr="00C54EE4">
        <w:rPr>
          <w:rFonts w:ascii="Times New Roman" w:hAnsi="Times New Roman" w:cs="Times New Roman"/>
          <w:color w:val="000000" w:themeColor="text1"/>
        </w:rPr>
        <w:t>A THU</w:t>
      </w:r>
      <w:r w:rsidRPr="00C54EE4">
        <w:rPr>
          <w:rFonts w:ascii="Times New Roman" w:hAnsi="Times New Roman" w:cs="Times New Roman"/>
          <w:color w:val="000000" w:themeColor="text1"/>
        </w:rPr>
        <w:t>Ậ</w:t>
      </w:r>
      <w:r w:rsidRPr="00C54EE4">
        <w:rPr>
          <w:rFonts w:ascii="Times New Roman" w:hAnsi="Times New Roman" w:cs="Times New Roman"/>
          <w:color w:val="000000" w:themeColor="text1"/>
        </w:rPr>
        <w:t>N</w:t>
      </w:r>
    </w:p>
    <w:p w:rsidR="00E05C4A" w:rsidRPr="00C54EE4" w:rsidRDefault="003361BF" w:rsidP="00C54EE4">
      <w:pPr>
        <w:pStyle w:val="Heading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MUA BÁN NHÀ 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</w:p>
    <w:p w:rsidR="00C54EE4" w:rsidRPr="00C54EE4" w:rsidRDefault="00C54EE4" w:rsidP="00C54EE4">
      <w:pPr>
        <w:rPr>
          <w:color w:val="000000" w:themeColor="text1"/>
        </w:rPr>
      </w:pPr>
    </w:p>
    <w:p w:rsidR="00E05C4A" w:rsidRPr="00C54EE4" w:rsidRDefault="003361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Hôm nay, ngày … tháng … năm …,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…, chúng tôi g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m có:</w:t>
      </w:r>
    </w:p>
    <w:p w:rsidR="00E05C4A" w:rsidRPr="00C54EE4" w:rsidRDefault="003361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BÊN BÁN (Bên A):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CMND/CCCD s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: … 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ngày …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i: …</w:t>
      </w:r>
    </w:p>
    <w:p w:rsidR="00E05C4A" w:rsidRPr="00C54EE4" w:rsidRDefault="003361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BÊN MUA (Bên B):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CMND/CCCD s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… 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ngày …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i: …</w:t>
      </w:r>
    </w:p>
    <w:p w:rsidR="00E05C4A" w:rsidRPr="00C54EE4" w:rsidRDefault="003361BF">
      <w:pPr>
        <w:pStyle w:val="Heading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1. Căn 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E05C4A" w:rsidRPr="00C54EE4" w:rsidRDefault="003361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- Hai bên đã ký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mua bán nhà 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ngày … tháng … năm …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Do … (nêu rõ lý do ch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t: không ti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nhu 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mua bán, không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năng thanh toán, vi ph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m nghĩa v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ng, ho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lý do khác).</w:t>
      </w:r>
    </w:p>
    <w:p w:rsidR="00E05C4A" w:rsidRPr="00C54EE4" w:rsidRDefault="003361BF">
      <w:pPr>
        <w:pStyle w:val="Heading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2. Th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ch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</w:p>
    <w:p w:rsidR="00E05C4A" w:rsidRPr="00C54EE4" w:rsidRDefault="003361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Hai bên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ng ý: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1. Ch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hi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a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mua bán nhà 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đã ký như nêu trên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2. Hai bên cam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không còn b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n, nghĩa v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nào liên quan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ng đã ký, tr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trư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đư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q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uy 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nh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3 dư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đây.</w:t>
      </w:r>
    </w:p>
    <w:p w:rsidR="00E05C4A" w:rsidRPr="00C54EE4" w:rsidRDefault="003361BF">
      <w:pPr>
        <w:pStyle w:val="Heading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3. Nghĩa v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tài chính và x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lý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qu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</w:p>
    <w:p w:rsidR="00E05C4A" w:rsidRPr="00C54EE4" w:rsidRDefault="003361B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đã thanh toán: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Phương án x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lý: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+ Hoàn tr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/kh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tr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/không hoàn tr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… (ghi 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+ Th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và phương th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thanh toán/hoàn tr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Các chi phí phát sinh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hác (n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có): …</w:t>
      </w:r>
    </w:p>
    <w:p w:rsidR="00E05C4A" w:rsidRPr="00C54EE4" w:rsidRDefault="003361BF">
      <w:pPr>
        <w:pStyle w:val="Heading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u 4. Cam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a các bên</w:t>
      </w:r>
    </w:p>
    <w:p w:rsidR="00C54EE4" w:rsidRDefault="003361BF" w:rsidP="00C54E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- Hai bên cam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t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nguy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n, không b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ép bu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khi ký k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t biên b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này.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Biên b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 đư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p thành … b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n, m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b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n, có giá tr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54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nhau.</w:t>
      </w:r>
      <w:bookmarkStart w:id="0" w:name="_GoBack"/>
      <w:bookmarkEnd w:id="0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C54EE4" w:rsidRPr="00C54EE4" w:rsidTr="00C54EE4">
        <w:trPr>
          <w:jc w:val="center"/>
        </w:trPr>
        <w:tc>
          <w:tcPr>
            <w:tcW w:w="4428" w:type="dxa"/>
          </w:tcPr>
          <w:p w:rsidR="00C54EE4" w:rsidRPr="00C54EE4" w:rsidRDefault="00C54EE4" w:rsidP="00C54EE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54E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ĐẠI DIỆN BÊN A</w:t>
            </w:r>
          </w:p>
          <w:p w:rsidR="00C54EE4" w:rsidRPr="00C54EE4" w:rsidRDefault="00C54EE4" w:rsidP="00C54EE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54E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(Ký, ghi rõ họ tên)</w:t>
            </w:r>
            <w:r w:rsidRPr="00C54E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ab/>
            </w:r>
          </w:p>
          <w:p w:rsidR="00C54EE4" w:rsidRPr="00C54EE4" w:rsidRDefault="00C54EE4" w:rsidP="00C54EE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428" w:type="dxa"/>
          </w:tcPr>
          <w:p w:rsidR="00C54EE4" w:rsidRPr="00C54EE4" w:rsidRDefault="00C54EE4" w:rsidP="00C54EE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54E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ĐẠI DIỆN BÊN B</w:t>
            </w:r>
          </w:p>
          <w:p w:rsidR="00C54EE4" w:rsidRPr="00C54EE4" w:rsidRDefault="00C54EE4" w:rsidP="00C54EE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54E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(Ký, ghi rõ họ tên)</w:t>
            </w:r>
          </w:p>
        </w:tc>
      </w:tr>
    </w:tbl>
    <w:p w:rsidR="00C54EE4" w:rsidRPr="00C54EE4" w:rsidRDefault="00C54E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5C4A" w:rsidRPr="00C54EE4" w:rsidRDefault="00E05C4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05C4A" w:rsidRPr="00C54EE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1BF"/>
    <w:rsid w:val="00AA1D8D"/>
    <w:rsid w:val="00B47730"/>
    <w:rsid w:val="00C54EE4"/>
    <w:rsid w:val="00CB0664"/>
    <w:rsid w:val="00E05C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4F8F093-4FE8-470A-9E8D-3AF4F14E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02CE6B-FA66-41C7-9892-B09EAB05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CỘNG HÒA XÃ HỘI CHỦ NGHĨA VIỆT NAM</vt:lpstr>
      <vt:lpstr>BIÊN BẢN THỎA THUẬN</vt:lpstr>
      <vt:lpstr>    CHẤM DỨT HỢP ĐỒNG MUA BÁN NHÀ Ở</vt:lpstr>
      <vt:lpstr>        Điều 1. Căn cứ thỏa thuận</vt:lpstr>
      <vt:lpstr>        Điều 2. Thỏa thuận chấm dứt</vt:lpstr>
      <vt:lpstr>        Điều 3. Nghĩa vụ tài chính và xử lý hậu quả</vt:lpstr>
      <vt:lpstr>        Điều 4. Cam kết của các bên</vt:lpstr>
    </vt:vector>
  </TitlesOfParts>
  <Manager/>
  <Company/>
  <LinksUpToDate>false</LinksUpToDate>
  <CharactersWithSpaces>1351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2025-09-27T09:06:00Z</dcterms:created>
  <dcterms:modified xsi:type="dcterms:W3CDTF">2025-09-27T09:06:00Z</dcterms:modified>
  <cp:category/>
</cp:coreProperties>
</file>