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DF4" w:rsidRPr="00390C5E" w:rsidRDefault="00390C5E" w:rsidP="00390C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C5E">
        <w:rPr>
          <w:rFonts w:ascii="Times New Roman" w:hAnsi="Times New Roman" w:cs="Times New Roman"/>
          <w:b/>
          <w:sz w:val="28"/>
          <w:szCs w:val="28"/>
        </w:rPr>
        <w:t>C</w:t>
      </w:r>
      <w:r w:rsidRPr="00390C5E">
        <w:rPr>
          <w:rFonts w:ascii="Times New Roman" w:hAnsi="Times New Roman" w:cs="Times New Roman"/>
          <w:b/>
          <w:sz w:val="28"/>
          <w:szCs w:val="28"/>
        </w:rPr>
        <w:t>Ộ</w:t>
      </w:r>
      <w:r w:rsidRPr="00390C5E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390C5E">
        <w:rPr>
          <w:rFonts w:ascii="Times New Roman" w:hAnsi="Times New Roman" w:cs="Times New Roman"/>
          <w:b/>
          <w:sz w:val="28"/>
          <w:szCs w:val="28"/>
        </w:rPr>
        <w:t>Ộ</w:t>
      </w:r>
      <w:r w:rsidRPr="00390C5E">
        <w:rPr>
          <w:rFonts w:ascii="Times New Roman" w:hAnsi="Times New Roman" w:cs="Times New Roman"/>
          <w:b/>
          <w:sz w:val="28"/>
          <w:szCs w:val="28"/>
        </w:rPr>
        <w:t>I CH</w:t>
      </w:r>
      <w:r w:rsidRPr="00390C5E">
        <w:rPr>
          <w:rFonts w:ascii="Times New Roman" w:hAnsi="Times New Roman" w:cs="Times New Roman"/>
          <w:b/>
          <w:sz w:val="28"/>
          <w:szCs w:val="28"/>
        </w:rPr>
        <w:t>Ủ</w:t>
      </w:r>
      <w:r w:rsidRPr="00390C5E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390C5E">
        <w:rPr>
          <w:rFonts w:ascii="Times New Roman" w:hAnsi="Times New Roman" w:cs="Times New Roman"/>
          <w:b/>
          <w:sz w:val="28"/>
          <w:szCs w:val="28"/>
        </w:rPr>
        <w:t>Ệ</w:t>
      </w:r>
      <w:r w:rsidRPr="00390C5E">
        <w:rPr>
          <w:rFonts w:ascii="Times New Roman" w:hAnsi="Times New Roman" w:cs="Times New Roman"/>
          <w:b/>
          <w:sz w:val="28"/>
          <w:szCs w:val="28"/>
        </w:rPr>
        <w:t>T NAM</w:t>
      </w:r>
    </w:p>
    <w:p w:rsidR="006D0DF4" w:rsidRPr="00390C5E" w:rsidRDefault="00390C5E" w:rsidP="00390C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C5E">
        <w:rPr>
          <w:rFonts w:ascii="Times New Roman" w:hAnsi="Times New Roman" w:cs="Times New Roman"/>
          <w:b/>
          <w:sz w:val="28"/>
          <w:szCs w:val="28"/>
        </w:rPr>
        <w:t>Đ</w:t>
      </w:r>
      <w:r w:rsidRPr="00390C5E">
        <w:rPr>
          <w:rFonts w:ascii="Times New Roman" w:hAnsi="Times New Roman" w:cs="Times New Roman"/>
          <w:b/>
          <w:sz w:val="28"/>
          <w:szCs w:val="28"/>
        </w:rPr>
        <w:t>ộ</w:t>
      </w:r>
      <w:r w:rsidRPr="00390C5E">
        <w:rPr>
          <w:rFonts w:ascii="Times New Roman" w:hAnsi="Times New Roman" w:cs="Times New Roman"/>
          <w:b/>
          <w:sz w:val="28"/>
          <w:szCs w:val="28"/>
        </w:rPr>
        <w:t>c l</w:t>
      </w:r>
      <w:r w:rsidRPr="00390C5E">
        <w:rPr>
          <w:rFonts w:ascii="Times New Roman" w:hAnsi="Times New Roman" w:cs="Times New Roman"/>
          <w:b/>
          <w:sz w:val="28"/>
          <w:szCs w:val="28"/>
        </w:rPr>
        <w:t>ậ</w:t>
      </w:r>
      <w:r w:rsidRPr="00390C5E">
        <w:rPr>
          <w:rFonts w:ascii="Times New Roman" w:hAnsi="Times New Roman" w:cs="Times New Roman"/>
          <w:b/>
          <w:sz w:val="28"/>
          <w:szCs w:val="28"/>
        </w:rPr>
        <w:t>p – T</w:t>
      </w:r>
      <w:r w:rsidRPr="00390C5E">
        <w:rPr>
          <w:rFonts w:ascii="Times New Roman" w:hAnsi="Times New Roman" w:cs="Times New Roman"/>
          <w:b/>
          <w:sz w:val="28"/>
          <w:szCs w:val="28"/>
        </w:rPr>
        <w:t>ự</w:t>
      </w:r>
      <w:r w:rsidRPr="00390C5E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390C5E">
        <w:rPr>
          <w:rFonts w:ascii="Times New Roman" w:hAnsi="Times New Roman" w:cs="Times New Roman"/>
          <w:b/>
          <w:sz w:val="28"/>
          <w:szCs w:val="28"/>
        </w:rPr>
        <w:t>ạ</w:t>
      </w:r>
      <w:r w:rsidRPr="00390C5E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6D0DF4" w:rsidRPr="00390C5E" w:rsidRDefault="00390C5E" w:rsidP="00390C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C5E">
        <w:rPr>
          <w:rFonts w:ascii="Times New Roman" w:hAnsi="Times New Roman" w:cs="Times New Roman"/>
          <w:b/>
          <w:sz w:val="28"/>
          <w:szCs w:val="28"/>
        </w:rPr>
        <w:br/>
        <w:t>BIÊN B</w:t>
      </w:r>
      <w:r w:rsidRPr="00390C5E">
        <w:rPr>
          <w:rFonts w:ascii="Times New Roman" w:hAnsi="Times New Roman" w:cs="Times New Roman"/>
          <w:b/>
          <w:sz w:val="28"/>
          <w:szCs w:val="28"/>
        </w:rPr>
        <w:t>Ả</w:t>
      </w:r>
      <w:r w:rsidRPr="00390C5E">
        <w:rPr>
          <w:rFonts w:ascii="Times New Roman" w:hAnsi="Times New Roman" w:cs="Times New Roman"/>
          <w:b/>
          <w:sz w:val="28"/>
          <w:szCs w:val="28"/>
        </w:rPr>
        <w:t>N BÀN GIAO Đ</w:t>
      </w:r>
      <w:r w:rsidRPr="00390C5E">
        <w:rPr>
          <w:rFonts w:ascii="Times New Roman" w:hAnsi="Times New Roman" w:cs="Times New Roman"/>
          <w:b/>
          <w:sz w:val="28"/>
          <w:szCs w:val="28"/>
        </w:rPr>
        <w:t>Ấ</w:t>
      </w:r>
      <w:r w:rsidRPr="00390C5E">
        <w:rPr>
          <w:rFonts w:ascii="Times New Roman" w:hAnsi="Times New Roman" w:cs="Times New Roman"/>
          <w:b/>
          <w:sz w:val="28"/>
          <w:szCs w:val="28"/>
        </w:rPr>
        <w:t>T Đ</w:t>
      </w:r>
      <w:r w:rsidRPr="00390C5E">
        <w:rPr>
          <w:rFonts w:ascii="Times New Roman" w:hAnsi="Times New Roman" w:cs="Times New Roman"/>
          <w:b/>
          <w:sz w:val="28"/>
          <w:szCs w:val="28"/>
        </w:rPr>
        <w:t>Ồ</w:t>
      </w:r>
      <w:r w:rsidRPr="00390C5E">
        <w:rPr>
          <w:rFonts w:ascii="Times New Roman" w:hAnsi="Times New Roman" w:cs="Times New Roman"/>
          <w:b/>
          <w:sz w:val="28"/>
          <w:szCs w:val="28"/>
        </w:rPr>
        <w:t>NG S</w:t>
      </w:r>
      <w:r w:rsidRPr="00390C5E">
        <w:rPr>
          <w:rFonts w:ascii="Times New Roman" w:hAnsi="Times New Roman" w:cs="Times New Roman"/>
          <w:b/>
          <w:sz w:val="28"/>
          <w:szCs w:val="28"/>
        </w:rPr>
        <w:t>Ở</w:t>
      </w:r>
      <w:r w:rsidRPr="00390C5E">
        <w:rPr>
          <w:rFonts w:ascii="Times New Roman" w:hAnsi="Times New Roman" w:cs="Times New Roman"/>
          <w:b/>
          <w:sz w:val="28"/>
          <w:szCs w:val="28"/>
        </w:rPr>
        <w:t xml:space="preserve"> H</w:t>
      </w:r>
      <w:r w:rsidRPr="00390C5E">
        <w:rPr>
          <w:rFonts w:ascii="Times New Roman" w:hAnsi="Times New Roman" w:cs="Times New Roman"/>
          <w:b/>
          <w:sz w:val="28"/>
          <w:szCs w:val="28"/>
        </w:rPr>
        <w:t>Ữ</w:t>
      </w:r>
      <w:r w:rsidRPr="00390C5E">
        <w:rPr>
          <w:rFonts w:ascii="Times New Roman" w:hAnsi="Times New Roman" w:cs="Times New Roman"/>
          <w:b/>
          <w:sz w:val="28"/>
          <w:szCs w:val="28"/>
        </w:rPr>
        <w:t>U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Hôm nay, ngày … tháng … năm …, t</w:t>
      </w:r>
      <w:r w:rsidRPr="00390C5E">
        <w:rPr>
          <w:rFonts w:ascii="Times New Roman" w:hAnsi="Times New Roman" w:cs="Times New Roman"/>
          <w:sz w:val="28"/>
          <w:szCs w:val="28"/>
        </w:rPr>
        <w:t>ạ</w:t>
      </w:r>
      <w:r w:rsidRPr="00390C5E">
        <w:rPr>
          <w:rFonts w:ascii="Times New Roman" w:hAnsi="Times New Roman" w:cs="Times New Roman"/>
          <w:sz w:val="28"/>
          <w:szCs w:val="28"/>
        </w:rPr>
        <w:t>i …, chúng tôi g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>m có: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1. Bên giao: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H</w:t>
      </w:r>
      <w:r w:rsidRPr="00390C5E">
        <w:rPr>
          <w:rFonts w:ascii="Times New Roman" w:hAnsi="Times New Roman" w:cs="Times New Roman"/>
          <w:sz w:val="28"/>
          <w:szCs w:val="28"/>
        </w:rPr>
        <w:t>ọ</w:t>
      </w:r>
      <w:r w:rsidRPr="00390C5E">
        <w:rPr>
          <w:rFonts w:ascii="Times New Roman" w:hAnsi="Times New Roman" w:cs="Times New Roman"/>
          <w:sz w:val="28"/>
          <w:szCs w:val="28"/>
        </w:rPr>
        <w:t xml:space="preserve"> và tên: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Sinh ngày: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CMND/CCCD s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>: … c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 xml:space="preserve">p ngày </w:t>
      </w:r>
      <w:r w:rsidRPr="00390C5E">
        <w:rPr>
          <w:rFonts w:ascii="Times New Roman" w:hAnsi="Times New Roman" w:cs="Times New Roman"/>
          <w:sz w:val="28"/>
          <w:szCs w:val="28"/>
        </w:rPr>
        <w:t>… t</w:t>
      </w:r>
      <w:r w:rsidRPr="00390C5E">
        <w:rPr>
          <w:rFonts w:ascii="Times New Roman" w:hAnsi="Times New Roman" w:cs="Times New Roman"/>
          <w:sz w:val="28"/>
          <w:szCs w:val="28"/>
        </w:rPr>
        <w:t>ạ</w:t>
      </w:r>
      <w:r w:rsidRPr="00390C5E">
        <w:rPr>
          <w:rFonts w:ascii="Times New Roman" w:hAnsi="Times New Roman" w:cs="Times New Roman"/>
          <w:sz w:val="28"/>
          <w:szCs w:val="28"/>
        </w:rPr>
        <w:t>i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Đ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>a ch</w:t>
      </w:r>
      <w:r w:rsidRPr="00390C5E">
        <w:rPr>
          <w:rFonts w:ascii="Times New Roman" w:hAnsi="Times New Roman" w:cs="Times New Roman"/>
          <w:sz w:val="28"/>
          <w:szCs w:val="28"/>
        </w:rPr>
        <w:t>ỉ</w:t>
      </w:r>
      <w:r w:rsidRPr="00390C5E">
        <w:rPr>
          <w:rFonts w:ascii="Times New Roman" w:hAnsi="Times New Roman" w:cs="Times New Roman"/>
          <w:sz w:val="28"/>
          <w:szCs w:val="28"/>
        </w:rPr>
        <w:t xml:space="preserve"> thư</w:t>
      </w:r>
      <w:r w:rsidRPr="00390C5E">
        <w:rPr>
          <w:rFonts w:ascii="Times New Roman" w:hAnsi="Times New Roman" w:cs="Times New Roman"/>
          <w:sz w:val="28"/>
          <w:szCs w:val="28"/>
        </w:rPr>
        <w:t>ờ</w:t>
      </w:r>
      <w:r w:rsidRPr="00390C5E">
        <w:rPr>
          <w:rFonts w:ascii="Times New Roman" w:hAnsi="Times New Roman" w:cs="Times New Roman"/>
          <w:sz w:val="28"/>
          <w:szCs w:val="28"/>
        </w:rPr>
        <w:t>ng trú: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2. Bên nh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n: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H</w:t>
      </w:r>
      <w:r w:rsidRPr="00390C5E">
        <w:rPr>
          <w:rFonts w:ascii="Times New Roman" w:hAnsi="Times New Roman" w:cs="Times New Roman"/>
          <w:sz w:val="28"/>
          <w:szCs w:val="28"/>
        </w:rPr>
        <w:t>ọ</w:t>
      </w:r>
      <w:r w:rsidRPr="00390C5E">
        <w:rPr>
          <w:rFonts w:ascii="Times New Roman" w:hAnsi="Times New Roman" w:cs="Times New Roman"/>
          <w:sz w:val="28"/>
          <w:szCs w:val="28"/>
        </w:rPr>
        <w:t xml:space="preserve"> và tên: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Sinh ngày: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CMND/CCCD s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>: … c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p ngày … t</w:t>
      </w:r>
      <w:r w:rsidRPr="00390C5E">
        <w:rPr>
          <w:rFonts w:ascii="Times New Roman" w:hAnsi="Times New Roman" w:cs="Times New Roman"/>
          <w:sz w:val="28"/>
          <w:szCs w:val="28"/>
        </w:rPr>
        <w:t>ạ</w:t>
      </w:r>
      <w:r w:rsidRPr="00390C5E">
        <w:rPr>
          <w:rFonts w:ascii="Times New Roman" w:hAnsi="Times New Roman" w:cs="Times New Roman"/>
          <w:sz w:val="28"/>
          <w:szCs w:val="28"/>
        </w:rPr>
        <w:t>i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Đ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>a ch</w:t>
      </w:r>
      <w:r w:rsidRPr="00390C5E">
        <w:rPr>
          <w:rFonts w:ascii="Times New Roman" w:hAnsi="Times New Roman" w:cs="Times New Roman"/>
          <w:sz w:val="28"/>
          <w:szCs w:val="28"/>
        </w:rPr>
        <w:t>ỉ</w:t>
      </w:r>
      <w:r w:rsidRPr="00390C5E">
        <w:rPr>
          <w:rFonts w:ascii="Times New Roman" w:hAnsi="Times New Roman" w:cs="Times New Roman"/>
          <w:sz w:val="28"/>
          <w:szCs w:val="28"/>
        </w:rPr>
        <w:t xml:space="preserve"> thư</w:t>
      </w:r>
      <w:r w:rsidRPr="00390C5E">
        <w:rPr>
          <w:rFonts w:ascii="Times New Roman" w:hAnsi="Times New Roman" w:cs="Times New Roman"/>
          <w:sz w:val="28"/>
          <w:szCs w:val="28"/>
        </w:rPr>
        <w:t>ờ</w:t>
      </w:r>
      <w:r w:rsidRPr="00390C5E">
        <w:rPr>
          <w:rFonts w:ascii="Times New Roman" w:hAnsi="Times New Roman" w:cs="Times New Roman"/>
          <w:sz w:val="28"/>
          <w:szCs w:val="28"/>
        </w:rPr>
        <w:t>ng trú: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(Trư</w:t>
      </w:r>
      <w:r w:rsidRPr="00390C5E">
        <w:rPr>
          <w:rFonts w:ascii="Times New Roman" w:hAnsi="Times New Roman" w:cs="Times New Roman"/>
          <w:sz w:val="28"/>
          <w:szCs w:val="28"/>
        </w:rPr>
        <w:t>ờ</w:t>
      </w:r>
      <w:r w:rsidRPr="00390C5E">
        <w:rPr>
          <w:rFonts w:ascii="Times New Roman" w:hAnsi="Times New Roman" w:cs="Times New Roman"/>
          <w:sz w:val="28"/>
          <w:szCs w:val="28"/>
        </w:rPr>
        <w:t>ng h</w:t>
      </w:r>
      <w:r w:rsidRPr="00390C5E">
        <w:rPr>
          <w:rFonts w:ascii="Times New Roman" w:hAnsi="Times New Roman" w:cs="Times New Roman"/>
          <w:sz w:val="28"/>
          <w:szCs w:val="28"/>
        </w:rPr>
        <w:t>ợ</w:t>
      </w:r>
      <w:r w:rsidRPr="00390C5E">
        <w:rPr>
          <w:rFonts w:ascii="Times New Roman" w:hAnsi="Times New Roman" w:cs="Times New Roman"/>
          <w:sz w:val="28"/>
          <w:szCs w:val="28"/>
        </w:rPr>
        <w:t>p có nhi</w:t>
      </w:r>
      <w:r w:rsidRPr="00390C5E">
        <w:rPr>
          <w:rFonts w:ascii="Times New Roman" w:hAnsi="Times New Roman" w:cs="Times New Roman"/>
          <w:sz w:val="28"/>
          <w:szCs w:val="28"/>
        </w:rPr>
        <w:t>ề</w:t>
      </w:r>
      <w:r w:rsidRPr="00390C5E">
        <w:rPr>
          <w:rFonts w:ascii="Times New Roman" w:hAnsi="Times New Roman" w:cs="Times New Roman"/>
          <w:sz w:val="28"/>
          <w:szCs w:val="28"/>
        </w:rPr>
        <w:t>u đ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>ng s</w:t>
      </w:r>
      <w:r w:rsidRPr="00390C5E">
        <w:rPr>
          <w:rFonts w:ascii="Times New Roman" w:hAnsi="Times New Roman" w:cs="Times New Roman"/>
          <w:sz w:val="28"/>
          <w:szCs w:val="28"/>
        </w:rPr>
        <w:t>ở</w:t>
      </w:r>
      <w:r w:rsidRPr="00390C5E">
        <w:rPr>
          <w:rFonts w:ascii="Times New Roman" w:hAnsi="Times New Roman" w:cs="Times New Roman"/>
          <w:sz w:val="28"/>
          <w:szCs w:val="28"/>
        </w:rPr>
        <w:t xml:space="preserve"> h</w:t>
      </w:r>
      <w:r w:rsidRPr="00390C5E">
        <w:rPr>
          <w:rFonts w:ascii="Times New Roman" w:hAnsi="Times New Roman" w:cs="Times New Roman"/>
          <w:sz w:val="28"/>
          <w:szCs w:val="28"/>
        </w:rPr>
        <w:t>ữ</w:t>
      </w:r>
      <w:r w:rsidRPr="00390C5E">
        <w:rPr>
          <w:rFonts w:ascii="Times New Roman" w:hAnsi="Times New Roman" w:cs="Times New Roman"/>
          <w:sz w:val="28"/>
          <w:szCs w:val="28"/>
        </w:rPr>
        <w:t>u thì li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t kê đ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y đ</w:t>
      </w:r>
      <w:r w:rsidRPr="00390C5E">
        <w:rPr>
          <w:rFonts w:ascii="Times New Roman" w:hAnsi="Times New Roman" w:cs="Times New Roman"/>
          <w:sz w:val="28"/>
          <w:szCs w:val="28"/>
        </w:rPr>
        <w:t>ủ</w:t>
      </w:r>
      <w:r w:rsidRPr="00390C5E">
        <w:rPr>
          <w:rFonts w:ascii="Times New Roman" w:hAnsi="Times New Roman" w:cs="Times New Roman"/>
          <w:sz w:val="28"/>
          <w:szCs w:val="28"/>
        </w:rPr>
        <w:t>).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I. Căn c</w:t>
      </w:r>
      <w:r w:rsidRPr="00390C5E">
        <w:rPr>
          <w:rFonts w:ascii="Times New Roman" w:hAnsi="Times New Roman" w:cs="Times New Roman"/>
          <w:sz w:val="28"/>
          <w:szCs w:val="28"/>
        </w:rPr>
        <w:t>ứ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Gi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y ch</w:t>
      </w:r>
      <w:r w:rsidRPr="00390C5E">
        <w:rPr>
          <w:rFonts w:ascii="Times New Roman" w:hAnsi="Times New Roman" w:cs="Times New Roman"/>
          <w:sz w:val="28"/>
          <w:szCs w:val="28"/>
        </w:rPr>
        <w:t>ứ</w:t>
      </w:r>
      <w:r w:rsidRPr="00390C5E">
        <w:rPr>
          <w:rFonts w:ascii="Times New Roman" w:hAnsi="Times New Roman" w:cs="Times New Roman"/>
          <w:sz w:val="28"/>
          <w:szCs w:val="28"/>
        </w:rPr>
        <w:t>ng nh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 quy</w:t>
      </w:r>
      <w:r w:rsidRPr="00390C5E">
        <w:rPr>
          <w:rFonts w:ascii="Times New Roman" w:hAnsi="Times New Roman" w:cs="Times New Roman"/>
          <w:sz w:val="28"/>
          <w:szCs w:val="28"/>
        </w:rPr>
        <w:t>ề</w:t>
      </w:r>
      <w:r w:rsidRPr="00390C5E">
        <w:rPr>
          <w:rFonts w:ascii="Times New Roman" w:hAnsi="Times New Roman" w:cs="Times New Roman"/>
          <w:sz w:val="28"/>
          <w:szCs w:val="28"/>
        </w:rPr>
        <w:t>n s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 xml:space="preserve"> d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ng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s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 xml:space="preserve"> … do … c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 xml:space="preserve">p ngày </w:t>
      </w:r>
      <w:r w:rsidRPr="00390C5E">
        <w:rPr>
          <w:rFonts w:ascii="Times New Roman" w:hAnsi="Times New Roman" w:cs="Times New Roman"/>
          <w:sz w:val="28"/>
          <w:szCs w:val="28"/>
        </w:rPr>
        <w:t>…, mang tên đ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>ng s</w:t>
      </w:r>
      <w:r w:rsidRPr="00390C5E">
        <w:rPr>
          <w:rFonts w:ascii="Times New Roman" w:hAnsi="Times New Roman" w:cs="Times New Roman"/>
          <w:sz w:val="28"/>
          <w:szCs w:val="28"/>
        </w:rPr>
        <w:t>ở</w:t>
      </w:r>
      <w:r w:rsidRPr="00390C5E">
        <w:rPr>
          <w:rFonts w:ascii="Times New Roman" w:hAnsi="Times New Roman" w:cs="Times New Roman"/>
          <w:sz w:val="28"/>
          <w:szCs w:val="28"/>
        </w:rPr>
        <w:t xml:space="preserve"> h</w:t>
      </w:r>
      <w:r w:rsidRPr="00390C5E">
        <w:rPr>
          <w:rFonts w:ascii="Times New Roman" w:hAnsi="Times New Roman" w:cs="Times New Roman"/>
          <w:sz w:val="28"/>
          <w:szCs w:val="28"/>
        </w:rPr>
        <w:t>ữ</w:t>
      </w:r>
      <w:r w:rsidRPr="00390C5E">
        <w:rPr>
          <w:rFonts w:ascii="Times New Roman" w:hAnsi="Times New Roman" w:cs="Times New Roman"/>
          <w:sz w:val="28"/>
          <w:szCs w:val="28"/>
        </w:rPr>
        <w:t>u: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Th</w:t>
      </w:r>
      <w:r w:rsidRPr="00390C5E">
        <w:rPr>
          <w:rFonts w:ascii="Times New Roman" w:hAnsi="Times New Roman" w:cs="Times New Roman"/>
          <w:sz w:val="28"/>
          <w:szCs w:val="28"/>
        </w:rPr>
        <w:t>ỏ</w:t>
      </w:r>
      <w:r w:rsidRPr="00390C5E">
        <w:rPr>
          <w:rFonts w:ascii="Times New Roman" w:hAnsi="Times New Roman" w:cs="Times New Roman"/>
          <w:sz w:val="28"/>
          <w:szCs w:val="28"/>
        </w:rPr>
        <w:t>a thu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 đ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>ng s</w:t>
      </w:r>
      <w:r w:rsidRPr="00390C5E">
        <w:rPr>
          <w:rFonts w:ascii="Times New Roman" w:hAnsi="Times New Roman" w:cs="Times New Roman"/>
          <w:sz w:val="28"/>
          <w:szCs w:val="28"/>
        </w:rPr>
        <w:t>ở</w:t>
      </w:r>
      <w:r w:rsidRPr="00390C5E">
        <w:rPr>
          <w:rFonts w:ascii="Times New Roman" w:hAnsi="Times New Roman" w:cs="Times New Roman"/>
          <w:sz w:val="28"/>
          <w:szCs w:val="28"/>
        </w:rPr>
        <w:t xml:space="preserve"> h</w:t>
      </w:r>
      <w:r w:rsidRPr="00390C5E">
        <w:rPr>
          <w:rFonts w:ascii="Times New Roman" w:hAnsi="Times New Roman" w:cs="Times New Roman"/>
          <w:sz w:val="28"/>
          <w:szCs w:val="28"/>
        </w:rPr>
        <w:t>ữ</w:t>
      </w:r>
      <w:r w:rsidRPr="00390C5E">
        <w:rPr>
          <w:rFonts w:ascii="Times New Roman" w:hAnsi="Times New Roman" w:cs="Times New Roman"/>
          <w:sz w:val="28"/>
          <w:szCs w:val="28"/>
        </w:rPr>
        <w:t>u ngày … (n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>u có).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Nhu c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u và th</w:t>
      </w:r>
      <w:r w:rsidRPr="00390C5E">
        <w:rPr>
          <w:rFonts w:ascii="Times New Roman" w:hAnsi="Times New Roman" w:cs="Times New Roman"/>
          <w:sz w:val="28"/>
          <w:szCs w:val="28"/>
        </w:rPr>
        <w:t>ỏ</w:t>
      </w:r>
      <w:r w:rsidRPr="00390C5E">
        <w:rPr>
          <w:rFonts w:ascii="Times New Roman" w:hAnsi="Times New Roman" w:cs="Times New Roman"/>
          <w:sz w:val="28"/>
          <w:szCs w:val="28"/>
        </w:rPr>
        <w:t>a thu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 th</w:t>
      </w:r>
      <w:r w:rsidRPr="00390C5E">
        <w:rPr>
          <w:rFonts w:ascii="Times New Roman" w:hAnsi="Times New Roman" w:cs="Times New Roman"/>
          <w:sz w:val="28"/>
          <w:szCs w:val="28"/>
        </w:rPr>
        <w:t>ự</w:t>
      </w:r>
      <w:r w:rsidRPr="00390C5E">
        <w:rPr>
          <w:rFonts w:ascii="Times New Roman" w:hAnsi="Times New Roman" w:cs="Times New Roman"/>
          <w:sz w:val="28"/>
          <w:szCs w:val="28"/>
        </w:rPr>
        <w:t>c t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 xml:space="preserve"> gi</w:t>
      </w:r>
      <w:r w:rsidRPr="00390C5E">
        <w:rPr>
          <w:rFonts w:ascii="Times New Roman" w:hAnsi="Times New Roman" w:cs="Times New Roman"/>
          <w:sz w:val="28"/>
          <w:szCs w:val="28"/>
        </w:rPr>
        <w:t>ữ</w:t>
      </w:r>
      <w:r w:rsidRPr="00390C5E">
        <w:rPr>
          <w:rFonts w:ascii="Times New Roman" w:hAnsi="Times New Roman" w:cs="Times New Roman"/>
          <w:sz w:val="28"/>
          <w:szCs w:val="28"/>
        </w:rPr>
        <w:t>a các bên.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lastRenderedPageBreak/>
        <w:br/>
        <w:t>II. Thông tin th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>a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Th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>a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s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 xml:space="preserve"> …, t</w:t>
      </w:r>
      <w:r w:rsidRPr="00390C5E">
        <w:rPr>
          <w:rFonts w:ascii="Times New Roman" w:hAnsi="Times New Roman" w:cs="Times New Roman"/>
          <w:sz w:val="28"/>
          <w:szCs w:val="28"/>
        </w:rPr>
        <w:t>ờ</w:t>
      </w:r>
      <w:r w:rsidRPr="00390C5E">
        <w:rPr>
          <w:rFonts w:ascii="Times New Roman" w:hAnsi="Times New Roman" w:cs="Times New Roman"/>
          <w:sz w:val="28"/>
          <w:szCs w:val="28"/>
        </w:rPr>
        <w:t xml:space="preserve"> b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 đ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 xml:space="preserve"> s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Đ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>a ch</w:t>
      </w:r>
      <w:r w:rsidRPr="00390C5E">
        <w:rPr>
          <w:rFonts w:ascii="Times New Roman" w:hAnsi="Times New Roman" w:cs="Times New Roman"/>
          <w:sz w:val="28"/>
          <w:szCs w:val="28"/>
        </w:rPr>
        <w:t>ỉ</w:t>
      </w:r>
      <w:r w:rsidRPr="00390C5E">
        <w:rPr>
          <w:rFonts w:ascii="Times New Roman" w:hAnsi="Times New Roman" w:cs="Times New Roman"/>
          <w:sz w:val="28"/>
          <w:szCs w:val="28"/>
        </w:rPr>
        <w:t>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Di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n tích: … m²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Hình th</w:t>
      </w:r>
      <w:r w:rsidRPr="00390C5E">
        <w:rPr>
          <w:rFonts w:ascii="Times New Roman" w:hAnsi="Times New Roman" w:cs="Times New Roman"/>
          <w:sz w:val="28"/>
          <w:szCs w:val="28"/>
        </w:rPr>
        <w:t>ứ</w:t>
      </w:r>
      <w:r w:rsidRPr="00390C5E">
        <w:rPr>
          <w:rFonts w:ascii="Times New Roman" w:hAnsi="Times New Roman" w:cs="Times New Roman"/>
          <w:sz w:val="28"/>
          <w:szCs w:val="28"/>
        </w:rPr>
        <w:t>c s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 xml:space="preserve"> d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ng: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M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c đích s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 xml:space="preserve"> d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ng: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Th</w:t>
      </w:r>
      <w:r w:rsidRPr="00390C5E">
        <w:rPr>
          <w:rFonts w:ascii="Times New Roman" w:hAnsi="Times New Roman" w:cs="Times New Roman"/>
          <w:sz w:val="28"/>
          <w:szCs w:val="28"/>
        </w:rPr>
        <w:t>ờ</w:t>
      </w:r>
      <w:r w:rsidRPr="00390C5E">
        <w:rPr>
          <w:rFonts w:ascii="Times New Roman" w:hAnsi="Times New Roman" w:cs="Times New Roman"/>
          <w:sz w:val="28"/>
          <w:szCs w:val="28"/>
        </w:rPr>
        <w:t>i h</w:t>
      </w:r>
      <w:r w:rsidRPr="00390C5E">
        <w:rPr>
          <w:rFonts w:ascii="Times New Roman" w:hAnsi="Times New Roman" w:cs="Times New Roman"/>
          <w:sz w:val="28"/>
          <w:szCs w:val="28"/>
        </w:rPr>
        <w:t>ạ</w:t>
      </w:r>
      <w:r w:rsidRPr="00390C5E">
        <w:rPr>
          <w:rFonts w:ascii="Times New Roman" w:hAnsi="Times New Roman" w:cs="Times New Roman"/>
          <w:sz w:val="28"/>
          <w:szCs w:val="28"/>
        </w:rPr>
        <w:t>n s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 xml:space="preserve"> d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ng: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III. N</w:t>
      </w:r>
      <w:r w:rsidRPr="00390C5E">
        <w:rPr>
          <w:rFonts w:ascii="Times New Roman" w:hAnsi="Times New Roman" w:cs="Times New Roman"/>
          <w:sz w:val="28"/>
          <w:szCs w:val="28"/>
        </w:rPr>
        <w:t>ộ</w:t>
      </w:r>
      <w:r w:rsidRPr="00390C5E">
        <w:rPr>
          <w:rFonts w:ascii="Times New Roman" w:hAnsi="Times New Roman" w:cs="Times New Roman"/>
          <w:sz w:val="28"/>
          <w:szCs w:val="28"/>
        </w:rPr>
        <w:t>i dung bàn giao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Các bên th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>ng nh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bàn giao ph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n di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n tích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… m² thu</w:t>
      </w:r>
      <w:r w:rsidRPr="00390C5E">
        <w:rPr>
          <w:rFonts w:ascii="Times New Roman" w:hAnsi="Times New Roman" w:cs="Times New Roman"/>
          <w:sz w:val="28"/>
          <w:szCs w:val="28"/>
        </w:rPr>
        <w:t>ộ</w:t>
      </w:r>
      <w:r w:rsidRPr="00390C5E">
        <w:rPr>
          <w:rFonts w:ascii="Times New Roman" w:hAnsi="Times New Roman" w:cs="Times New Roman"/>
          <w:sz w:val="28"/>
          <w:szCs w:val="28"/>
        </w:rPr>
        <w:t>c th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>a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trên cho Bên … qu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 lý, s</w:t>
      </w:r>
      <w:r w:rsidRPr="00390C5E">
        <w:rPr>
          <w:rFonts w:ascii="Times New Roman" w:hAnsi="Times New Roman" w:cs="Times New Roman"/>
          <w:sz w:val="28"/>
          <w:szCs w:val="28"/>
        </w:rPr>
        <w:t>ử</w:t>
      </w:r>
      <w:r w:rsidRPr="00390C5E">
        <w:rPr>
          <w:rFonts w:ascii="Times New Roman" w:hAnsi="Times New Roman" w:cs="Times New Roman"/>
          <w:sz w:val="28"/>
          <w:szCs w:val="28"/>
        </w:rPr>
        <w:t xml:space="preserve"> d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ng t</w:t>
      </w:r>
      <w:r w:rsidRPr="00390C5E">
        <w:rPr>
          <w:rFonts w:ascii="Times New Roman" w:hAnsi="Times New Roman" w:cs="Times New Roman"/>
          <w:sz w:val="28"/>
          <w:szCs w:val="28"/>
        </w:rPr>
        <w:t>ừ</w:t>
      </w:r>
      <w:r w:rsidRPr="00390C5E">
        <w:rPr>
          <w:rFonts w:ascii="Times New Roman" w:hAnsi="Times New Roman" w:cs="Times New Roman"/>
          <w:sz w:val="28"/>
          <w:szCs w:val="28"/>
        </w:rPr>
        <w:t xml:space="preserve"> ngày …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Ph</w:t>
      </w:r>
      <w:r w:rsidRPr="00390C5E">
        <w:rPr>
          <w:rFonts w:ascii="Times New Roman" w:hAnsi="Times New Roman" w:cs="Times New Roman"/>
          <w:sz w:val="28"/>
          <w:szCs w:val="28"/>
        </w:rPr>
        <w:t>ạ</w:t>
      </w:r>
      <w:r w:rsidRPr="00390C5E">
        <w:rPr>
          <w:rFonts w:ascii="Times New Roman" w:hAnsi="Times New Roman" w:cs="Times New Roman"/>
          <w:sz w:val="28"/>
          <w:szCs w:val="28"/>
        </w:rPr>
        <w:t>m vi, ranh gi</w:t>
      </w:r>
      <w:r w:rsidRPr="00390C5E">
        <w:rPr>
          <w:rFonts w:ascii="Times New Roman" w:hAnsi="Times New Roman" w:cs="Times New Roman"/>
          <w:sz w:val="28"/>
          <w:szCs w:val="28"/>
        </w:rPr>
        <w:t>ớ</w:t>
      </w:r>
      <w:r w:rsidRPr="00390C5E">
        <w:rPr>
          <w:rFonts w:ascii="Times New Roman" w:hAnsi="Times New Roman" w:cs="Times New Roman"/>
          <w:sz w:val="28"/>
          <w:szCs w:val="28"/>
        </w:rPr>
        <w:t>i ph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n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bàn giao đư</w:t>
      </w:r>
      <w:r w:rsidRPr="00390C5E">
        <w:rPr>
          <w:rFonts w:ascii="Times New Roman" w:hAnsi="Times New Roman" w:cs="Times New Roman"/>
          <w:sz w:val="28"/>
          <w:szCs w:val="28"/>
        </w:rPr>
        <w:t>ợ</w:t>
      </w:r>
      <w:r w:rsidRPr="00390C5E">
        <w:rPr>
          <w:rFonts w:ascii="Times New Roman" w:hAnsi="Times New Roman" w:cs="Times New Roman"/>
          <w:sz w:val="28"/>
          <w:szCs w:val="28"/>
        </w:rPr>
        <w:t>c xác đ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>nh theo sơ đ</w:t>
      </w:r>
      <w:r w:rsidRPr="00390C5E">
        <w:rPr>
          <w:rFonts w:ascii="Times New Roman" w:hAnsi="Times New Roman" w:cs="Times New Roman"/>
          <w:sz w:val="28"/>
          <w:szCs w:val="28"/>
        </w:rPr>
        <w:t>ồ</w:t>
      </w:r>
      <w:r w:rsidRPr="00390C5E">
        <w:rPr>
          <w:rFonts w:ascii="Times New Roman" w:hAnsi="Times New Roman" w:cs="Times New Roman"/>
          <w:sz w:val="28"/>
          <w:szCs w:val="28"/>
        </w:rPr>
        <w:t xml:space="preserve"> kèm theo (n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>u có).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Bên nh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 có đ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y đ</w:t>
      </w:r>
      <w:r w:rsidRPr="00390C5E">
        <w:rPr>
          <w:rFonts w:ascii="Times New Roman" w:hAnsi="Times New Roman" w:cs="Times New Roman"/>
          <w:sz w:val="28"/>
          <w:szCs w:val="28"/>
        </w:rPr>
        <w:t>ủ</w:t>
      </w:r>
      <w:r w:rsidRPr="00390C5E">
        <w:rPr>
          <w:rFonts w:ascii="Times New Roman" w:hAnsi="Times New Roman" w:cs="Times New Roman"/>
          <w:sz w:val="28"/>
          <w:szCs w:val="28"/>
        </w:rPr>
        <w:t xml:space="preserve"> </w:t>
      </w:r>
      <w:r w:rsidRPr="00390C5E">
        <w:rPr>
          <w:rFonts w:ascii="Times New Roman" w:hAnsi="Times New Roman" w:cs="Times New Roman"/>
          <w:sz w:val="28"/>
          <w:szCs w:val="28"/>
        </w:rPr>
        <w:t>quy</w:t>
      </w:r>
      <w:r w:rsidRPr="00390C5E">
        <w:rPr>
          <w:rFonts w:ascii="Times New Roman" w:hAnsi="Times New Roman" w:cs="Times New Roman"/>
          <w:sz w:val="28"/>
          <w:szCs w:val="28"/>
        </w:rPr>
        <w:t>ề</w:t>
      </w:r>
      <w:r w:rsidRPr="00390C5E">
        <w:rPr>
          <w:rFonts w:ascii="Times New Roman" w:hAnsi="Times New Roman" w:cs="Times New Roman"/>
          <w:sz w:val="28"/>
          <w:szCs w:val="28"/>
        </w:rPr>
        <w:t>n và nghĩa v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 xml:space="preserve"> đ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>i v</w:t>
      </w:r>
      <w:r w:rsidRPr="00390C5E">
        <w:rPr>
          <w:rFonts w:ascii="Times New Roman" w:hAnsi="Times New Roman" w:cs="Times New Roman"/>
          <w:sz w:val="28"/>
          <w:szCs w:val="28"/>
        </w:rPr>
        <w:t>ớ</w:t>
      </w:r>
      <w:r w:rsidRPr="00390C5E">
        <w:rPr>
          <w:rFonts w:ascii="Times New Roman" w:hAnsi="Times New Roman" w:cs="Times New Roman"/>
          <w:sz w:val="28"/>
          <w:szCs w:val="28"/>
        </w:rPr>
        <w:t>i di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n tích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đã nh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n theo quy đ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>nh pháp lu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t.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IV. Cam k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>t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Các bên cam k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>t thông tin trong biên b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 là đúng s</w:t>
      </w:r>
      <w:r w:rsidRPr="00390C5E">
        <w:rPr>
          <w:rFonts w:ascii="Times New Roman" w:hAnsi="Times New Roman" w:cs="Times New Roman"/>
          <w:sz w:val="28"/>
          <w:szCs w:val="28"/>
        </w:rPr>
        <w:t>ự</w:t>
      </w:r>
      <w:r w:rsidRPr="00390C5E">
        <w:rPr>
          <w:rFonts w:ascii="Times New Roman" w:hAnsi="Times New Roman" w:cs="Times New Roman"/>
          <w:sz w:val="28"/>
          <w:szCs w:val="28"/>
        </w:rPr>
        <w:t xml:space="preserve"> th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t, t</w:t>
      </w:r>
      <w:r w:rsidRPr="00390C5E">
        <w:rPr>
          <w:rFonts w:ascii="Times New Roman" w:hAnsi="Times New Roman" w:cs="Times New Roman"/>
          <w:sz w:val="28"/>
          <w:szCs w:val="28"/>
        </w:rPr>
        <w:t>ự</w:t>
      </w:r>
      <w:r w:rsidRPr="00390C5E">
        <w:rPr>
          <w:rFonts w:ascii="Times New Roman" w:hAnsi="Times New Roman" w:cs="Times New Roman"/>
          <w:sz w:val="28"/>
          <w:szCs w:val="28"/>
        </w:rPr>
        <w:t xml:space="preserve"> nguy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n, không b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 xml:space="preserve"> ép bu</w:t>
      </w:r>
      <w:r w:rsidRPr="00390C5E">
        <w:rPr>
          <w:rFonts w:ascii="Times New Roman" w:hAnsi="Times New Roman" w:cs="Times New Roman"/>
          <w:sz w:val="28"/>
          <w:szCs w:val="28"/>
        </w:rPr>
        <w:t>ộ</w:t>
      </w:r>
      <w:r w:rsidRPr="00390C5E">
        <w:rPr>
          <w:rFonts w:ascii="Times New Roman" w:hAnsi="Times New Roman" w:cs="Times New Roman"/>
          <w:sz w:val="28"/>
          <w:szCs w:val="28"/>
        </w:rPr>
        <w:t>c.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Sau khi bàn giao, các bên không còn tranh ch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p v</w:t>
      </w:r>
      <w:r w:rsidRPr="00390C5E">
        <w:rPr>
          <w:rFonts w:ascii="Times New Roman" w:hAnsi="Times New Roman" w:cs="Times New Roman"/>
          <w:sz w:val="28"/>
          <w:szCs w:val="28"/>
        </w:rPr>
        <w:t>ề</w:t>
      </w:r>
      <w:r w:rsidRPr="00390C5E">
        <w:rPr>
          <w:rFonts w:ascii="Times New Roman" w:hAnsi="Times New Roman" w:cs="Times New Roman"/>
          <w:sz w:val="28"/>
          <w:szCs w:val="28"/>
        </w:rPr>
        <w:t xml:space="preserve"> ph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n đ</w:t>
      </w:r>
      <w:r w:rsidRPr="00390C5E">
        <w:rPr>
          <w:rFonts w:ascii="Times New Roman" w:hAnsi="Times New Roman" w:cs="Times New Roman"/>
          <w:sz w:val="28"/>
          <w:szCs w:val="28"/>
        </w:rPr>
        <w:t>ấ</w:t>
      </w:r>
      <w:r w:rsidRPr="00390C5E">
        <w:rPr>
          <w:rFonts w:ascii="Times New Roman" w:hAnsi="Times New Roman" w:cs="Times New Roman"/>
          <w:sz w:val="28"/>
          <w:szCs w:val="28"/>
        </w:rPr>
        <w:t>t đã giao.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t>- Các bên p</w:t>
      </w:r>
      <w:r w:rsidRPr="00390C5E">
        <w:rPr>
          <w:rFonts w:ascii="Times New Roman" w:hAnsi="Times New Roman" w:cs="Times New Roman"/>
          <w:sz w:val="28"/>
          <w:szCs w:val="28"/>
        </w:rPr>
        <w:t>h</w:t>
      </w:r>
      <w:r w:rsidRPr="00390C5E">
        <w:rPr>
          <w:rFonts w:ascii="Times New Roman" w:hAnsi="Times New Roman" w:cs="Times New Roman"/>
          <w:sz w:val="28"/>
          <w:szCs w:val="28"/>
        </w:rPr>
        <w:t>ố</w:t>
      </w:r>
      <w:r w:rsidRPr="00390C5E">
        <w:rPr>
          <w:rFonts w:ascii="Times New Roman" w:hAnsi="Times New Roman" w:cs="Times New Roman"/>
          <w:sz w:val="28"/>
          <w:szCs w:val="28"/>
        </w:rPr>
        <w:t>i h</w:t>
      </w:r>
      <w:r w:rsidRPr="00390C5E">
        <w:rPr>
          <w:rFonts w:ascii="Times New Roman" w:hAnsi="Times New Roman" w:cs="Times New Roman"/>
          <w:sz w:val="28"/>
          <w:szCs w:val="28"/>
        </w:rPr>
        <w:t>ợ</w:t>
      </w:r>
      <w:r w:rsidRPr="00390C5E">
        <w:rPr>
          <w:rFonts w:ascii="Times New Roman" w:hAnsi="Times New Roman" w:cs="Times New Roman"/>
          <w:sz w:val="28"/>
          <w:szCs w:val="28"/>
        </w:rPr>
        <w:t>p th</w:t>
      </w:r>
      <w:r w:rsidRPr="00390C5E">
        <w:rPr>
          <w:rFonts w:ascii="Times New Roman" w:hAnsi="Times New Roman" w:cs="Times New Roman"/>
          <w:sz w:val="28"/>
          <w:szCs w:val="28"/>
        </w:rPr>
        <w:t>ự</w:t>
      </w:r>
      <w:r w:rsidRPr="00390C5E">
        <w:rPr>
          <w:rFonts w:ascii="Times New Roman" w:hAnsi="Times New Roman" w:cs="Times New Roman"/>
          <w:sz w:val="28"/>
          <w:szCs w:val="28"/>
        </w:rPr>
        <w:t>c hi</w:t>
      </w:r>
      <w:r w:rsidRPr="00390C5E">
        <w:rPr>
          <w:rFonts w:ascii="Times New Roman" w:hAnsi="Times New Roman" w:cs="Times New Roman"/>
          <w:sz w:val="28"/>
          <w:szCs w:val="28"/>
        </w:rPr>
        <w:t>ệ</w:t>
      </w:r>
      <w:r w:rsidRPr="00390C5E">
        <w:rPr>
          <w:rFonts w:ascii="Times New Roman" w:hAnsi="Times New Roman" w:cs="Times New Roman"/>
          <w:sz w:val="28"/>
          <w:szCs w:val="28"/>
        </w:rPr>
        <w:t>n th</w:t>
      </w:r>
      <w:r w:rsidRPr="00390C5E">
        <w:rPr>
          <w:rFonts w:ascii="Times New Roman" w:hAnsi="Times New Roman" w:cs="Times New Roman"/>
          <w:sz w:val="28"/>
          <w:szCs w:val="28"/>
        </w:rPr>
        <w:t>ủ</w:t>
      </w:r>
      <w:r w:rsidRPr="00390C5E">
        <w:rPr>
          <w:rFonts w:ascii="Times New Roman" w:hAnsi="Times New Roman" w:cs="Times New Roman"/>
          <w:sz w:val="28"/>
          <w:szCs w:val="28"/>
        </w:rPr>
        <w:t xml:space="preserve"> t</w:t>
      </w:r>
      <w:r w:rsidRPr="00390C5E">
        <w:rPr>
          <w:rFonts w:ascii="Times New Roman" w:hAnsi="Times New Roman" w:cs="Times New Roman"/>
          <w:sz w:val="28"/>
          <w:szCs w:val="28"/>
        </w:rPr>
        <w:t>ụ</w:t>
      </w:r>
      <w:r w:rsidRPr="00390C5E">
        <w:rPr>
          <w:rFonts w:ascii="Times New Roman" w:hAnsi="Times New Roman" w:cs="Times New Roman"/>
          <w:sz w:val="28"/>
          <w:szCs w:val="28"/>
        </w:rPr>
        <w:t>c pháp lý liên quan (n</w:t>
      </w:r>
      <w:r w:rsidRPr="00390C5E">
        <w:rPr>
          <w:rFonts w:ascii="Times New Roman" w:hAnsi="Times New Roman" w:cs="Times New Roman"/>
          <w:sz w:val="28"/>
          <w:szCs w:val="28"/>
        </w:rPr>
        <w:t>ế</w:t>
      </w:r>
      <w:r w:rsidRPr="00390C5E">
        <w:rPr>
          <w:rFonts w:ascii="Times New Roman" w:hAnsi="Times New Roman" w:cs="Times New Roman"/>
          <w:sz w:val="28"/>
          <w:szCs w:val="28"/>
        </w:rPr>
        <w:t>u c</w:t>
      </w:r>
      <w:r w:rsidRPr="00390C5E">
        <w:rPr>
          <w:rFonts w:ascii="Times New Roman" w:hAnsi="Times New Roman" w:cs="Times New Roman"/>
          <w:sz w:val="28"/>
          <w:szCs w:val="28"/>
        </w:rPr>
        <w:t>ầ</w:t>
      </w:r>
      <w:r w:rsidRPr="00390C5E">
        <w:rPr>
          <w:rFonts w:ascii="Times New Roman" w:hAnsi="Times New Roman" w:cs="Times New Roman"/>
          <w:sz w:val="28"/>
          <w:szCs w:val="28"/>
        </w:rPr>
        <w:t>n).</w:t>
      </w:r>
    </w:p>
    <w:p w:rsidR="006D0DF4" w:rsidRPr="00390C5E" w:rsidRDefault="00390C5E">
      <w:pPr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sz w:val="28"/>
          <w:szCs w:val="28"/>
        </w:rPr>
        <w:br/>
        <w:t>Biên b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 đư</w:t>
      </w:r>
      <w:r w:rsidRPr="00390C5E">
        <w:rPr>
          <w:rFonts w:ascii="Times New Roman" w:hAnsi="Times New Roman" w:cs="Times New Roman"/>
          <w:sz w:val="28"/>
          <w:szCs w:val="28"/>
        </w:rPr>
        <w:t>ợ</w:t>
      </w:r>
      <w:r w:rsidRPr="00390C5E">
        <w:rPr>
          <w:rFonts w:ascii="Times New Roman" w:hAnsi="Times New Roman" w:cs="Times New Roman"/>
          <w:sz w:val="28"/>
          <w:szCs w:val="28"/>
        </w:rPr>
        <w:t>c l</w:t>
      </w:r>
      <w:r w:rsidRPr="00390C5E">
        <w:rPr>
          <w:rFonts w:ascii="Times New Roman" w:hAnsi="Times New Roman" w:cs="Times New Roman"/>
          <w:sz w:val="28"/>
          <w:szCs w:val="28"/>
        </w:rPr>
        <w:t>ậ</w:t>
      </w:r>
      <w:r w:rsidRPr="00390C5E">
        <w:rPr>
          <w:rFonts w:ascii="Times New Roman" w:hAnsi="Times New Roman" w:cs="Times New Roman"/>
          <w:sz w:val="28"/>
          <w:szCs w:val="28"/>
        </w:rPr>
        <w:t>p thành … b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n, m</w:t>
      </w:r>
      <w:r w:rsidRPr="00390C5E">
        <w:rPr>
          <w:rFonts w:ascii="Times New Roman" w:hAnsi="Times New Roman" w:cs="Times New Roman"/>
          <w:sz w:val="28"/>
          <w:szCs w:val="28"/>
        </w:rPr>
        <w:t>ỗ</w:t>
      </w:r>
      <w:r w:rsidRPr="00390C5E">
        <w:rPr>
          <w:rFonts w:ascii="Times New Roman" w:hAnsi="Times New Roman" w:cs="Times New Roman"/>
          <w:sz w:val="28"/>
          <w:szCs w:val="28"/>
        </w:rPr>
        <w:t>i bên gi</w:t>
      </w:r>
      <w:r w:rsidRPr="00390C5E">
        <w:rPr>
          <w:rFonts w:ascii="Times New Roman" w:hAnsi="Times New Roman" w:cs="Times New Roman"/>
          <w:sz w:val="28"/>
          <w:szCs w:val="28"/>
        </w:rPr>
        <w:t>ữ</w:t>
      </w:r>
      <w:r w:rsidRPr="00390C5E">
        <w:rPr>
          <w:rFonts w:ascii="Times New Roman" w:hAnsi="Times New Roman" w:cs="Times New Roman"/>
          <w:sz w:val="28"/>
          <w:szCs w:val="28"/>
        </w:rPr>
        <w:t xml:space="preserve"> … b</w:t>
      </w:r>
      <w:r w:rsidRPr="00390C5E">
        <w:rPr>
          <w:rFonts w:ascii="Times New Roman" w:hAnsi="Times New Roman" w:cs="Times New Roman"/>
          <w:sz w:val="28"/>
          <w:szCs w:val="28"/>
        </w:rPr>
        <w:t>ả</w:t>
      </w:r>
      <w:r w:rsidRPr="00390C5E">
        <w:rPr>
          <w:rFonts w:ascii="Times New Roman" w:hAnsi="Times New Roman" w:cs="Times New Roman"/>
          <w:sz w:val="28"/>
          <w:szCs w:val="28"/>
        </w:rPr>
        <w:t>n, có giá tr</w:t>
      </w:r>
      <w:r w:rsidRPr="00390C5E">
        <w:rPr>
          <w:rFonts w:ascii="Times New Roman" w:hAnsi="Times New Roman" w:cs="Times New Roman"/>
          <w:sz w:val="28"/>
          <w:szCs w:val="28"/>
        </w:rPr>
        <w:t>ị</w:t>
      </w:r>
      <w:r w:rsidRPr="00390C5E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6D0DF4" w:rsidRPr="00390C5E" w:rsidRDefault="00390C5E" w:rsidP="00390C5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0C5E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390C5E">
        <w:rPr>
          <w:rFonts w:ascii="Times New Roman" w:hAnsi="Times New Roman" w:cs="Times New Roman"/>
          <w:b/>
          <w:sz w:val="28"/>
          <w:szCs w:val="28"/>
        </w:rPr>
        <w:t>Ạ</w:t>
      </w:r>
      <w:r w:rsidRPr="00390C5E">
        <w:rPr>
          <w:rFonts w:ascii="Times New Roman" w:hAnsi="Times New Roman" w:cs="Times New Roman"/>
          <w:b/>
          <w:sz w:val="28"/>
          <w:szCs w:val="28"/>
        </w:rPr>
        <w:t>I DI</w:t>
      </w:r>
      <w:r w:rsidRPr="00390C5E">
        <w:rPr>
          <w:rFonts w:ascii="Times New Roman" w:hAnsi="Times New Roman" w:cs="Times New Roman"/>
          <w:b/>
          <w:sz w:val="28"/>
          <w:szCs w:val="28"/>
        </w:rPr>
        <w:t>Ệ</w:t>
      </w:r>
      <w:r w:rsidRPr="00390C5E">
        <w:rPr>
          <w:rFonts w:ascii="Times New Roman" w:hAnsi="Times New Roman" w:cs="Times New Roman"/>
          <w:b/>
          <w:sz w:val="28"/>
          <w:szCs w:val="28"/>
        </w:rPr>
        <w:t>N CÁC BÊN</w:t>
      </w:r>
    </w:p>
    <w:p w:rsidR="006D0DF4" w:rsidRPr="00390C5E" w:rsidRDefault="00390C5E" w:rsidP="00390C5E">
      <w:pPr>
        <w:jc w:val="right"/>
        <w:rPr>
          <w:rFonts w:ascii="Times New Roman" w:hAnsi="Times New Roman" w:cs="Times New Roman"/>
          <w:sz w:val="28"/>
          <w:szCs w:val="28"/>
        </w:rPr>
      </w:pPr>
      <w:r w:rsidRPr="00390C5E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390C5E">
        <w:rPr>
          <w:rFonts w:ascii="Times New Roman" w:hAnsi="Times New Roman" w:cs="Times New Roman"/>
          <w:b/>
          <w:sz w:val="28"/>
          <w:szCs w:val="28"/>
        </w:rPr>
        <w:t>ọ</w:t>
      </w:r>
      <w:r w:rsidRPr="00390C5E">
        <w:rPr>
          <w:rFonts w:ascii="Times New Roman" w:hAnsi="Times New Roman" w:cs="Times New Roman"/>
          <w:b/>
          <w:sz w:val="28"/>
          <w:szCs w:val="28"/>
        </w:rPr>
        <w:t xml:space="preserve"> tên)</w:t>
      </w:r>
      <w:r w:rsidRPr="00390C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sectPr w:rsidR="006D0DF4" w:rsidRPr="00390C5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0C5E"/>
    <w:rsid w:val="006D0D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A76379E-BDCC-43B4-BA3C-F2E23A2A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D09414-FC77-4FE8-9B69-56FB4B341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2025-09-23T04:04:00Z</dcterms:created>
  <dcterms:modified xsi:type="dcterms:W3CDTF">2025-09-23T04:04:00Z</dcterms:modified>
  <cp:category/>
</cp:coreProperties>
</file>