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ECB" w:rsidRPr="00BE6ED4" w:rsidRDefault="00BE6ED4">
      <w:pPr>
        <w:jc w:val="center"/>
        <w:rPr>
          <w:b/>
          <w:sz w:val="28"/>
          <w:szCs w:val="28"/>
        </w:rPr>
      </w:pPr>
      <w:r w:rsidRPr="00BE6ED4">
        <w:rPr>
          <w:b/>
          <w:sz w:val="28"/>
          <w:szCs w:val="28"/>
        </w:rPr>
        <w:t>C</w:t>
      </w:r>
      <w:r w:rsidRPr="00BE6ED4">
        <w:rPr>
          <w:b/>
          <w:sz w:val="28"/>
          <w:szCs w:val="28"/>
        </w:rPr>
        <w:t>Ộ</w:t>
      </w:r>
      <w:r w:rsidRPr="00BE6ED4">
        <w:rPr>
          <w:b/>
          <w:sz w:val="28"/>
          <w:szCs w:val="28"/>
        </w:rPr>
        <w:t>NG HÒA XÃ H</w:t>
      </w:r>
      <w:r w:rsidRPr="00BE6ED4">
        <w:rPr>
          <w:b/>
          <w:sz w:val="28"/>
          <w:szCs w:val="28"/>
        </w:rPr>
        <w:t>Ộ</w:t>
      </w:r>
      <w:r w:rsidRPr="00BE6ED4">
        <w:rPr>
          <w:b/>
          <w:sz w:val="28"/>
          <w:szCs w:val="28"/>
        </w:rPr>
        <w:t>I CH</w:t>
      </w:r>
      <w:r w:rsidRPr="00BE6ED4">
        <w:rPr>
          <w:b/>
          <w:sz w:val="28"/>
          <w:szCs w:val="28"/>
        </w:rPr>
        <w:t>Ủ</w:t>
      </w:r>
      <w:r w:rsidRPr="00BE6ED4">
        <w:rPr>
          <w:b/>
          <w:sz w:val="28"/>
          <w:szCs w:val="28"/>
        </w:rPr>
        <w:t xml:space="preserve"> NGHĨA VI</w:t>
      </w:r>
      <w:r w:rsidRPr="00BE6ED4">
        <w:rPr>
          <w:b/>
          <w:sz w:val="28"/>
          <w:szCs w:val="28"/>
        </w:rPr>
        <w:t>Ệ</w:t>
      </w:r>
      <w:r w:rsidRPr="00BE6ED4">
        <w:rPr>
          <w:b/>
          <w:sz w:val="28"/>
          <w:szCs w:val="28"/>
        </w:rPr>
        <w:t>T NAM</w:t>
      </w:r>
    </w:p>
    <w:p w:rsidR="00E91ECB" w:rsidRPr="00BE6ED4" w:rsidRDefault="00BE6ED4">
      <w:pPr>
        <w:jc w:val="center"/>
        <w:rPr>
          <w:b/>
          <w:sz w:val="28"/>
          <w:szCs w:val="28"/>
        </w:rPr>
      </w:pPr>
      <w:r w:rsidRPr="00BE6ED4">
        <w:rPr>
          <w:b/>
          <w:sz w:val="28"/>
          <w:szCs w:val="28"/>
        </w:rPr>
        <w:t>Đ</w:t>
      </w:r>
      <w:r w:rsidRPr="00BE6ED4">
        <w:rPr>
          <w:b/>
          <w:sz w:val="28"/>
          <w:szCs w:val="28"/>
        </w:rPr>
        <w:t>ộ</w:t>
      </w:r>
      <w:r w:rsidRPr="00BE6ED4">
        <w:rPr>
          <w:b/>
          <w:sz w:val="28"/>
          <w:szCs w:val="28"/>
        </w:rPr>
        <w:t>c l</w:t>
      </w:r>
      <w:r w:rsidRPr="00BE6ED4">
        <w:rPr>
          <w:b/>
          <w:sz w:val="28"/>
          <w:szCs w:val="28"/>
        </w:rPr>
        <w:t>ậ</w:t>
      </w:r>
      <w:r w:rsidRPr="00BE6ED4">
        <w:rPr>
          <w:b/>
          <w:sz w:val="28"/>
          <w:szCs w:val="28"/>
        </w:rPr>
        <w:t>p – T</w:t>
      </w:r>
      <w:r w:rsidRPr="00BE6ED4">
        <w:rPr>
          <w:b/>
          <w:sz w:val="28"/>
          <w:szCs w:val="28"/>
        </w:rPr>
        <w:t>ự</w:t>
      </w:r>
      <w:r w:rsidRPr="00BE6ED4">
        <w:rPr>
          <w:b/>
          <w:sz w:val="28"/>
          <w:szCs w:val="28"/>
        </w:rPr>
        <w:t xml:space="preserve"> do – H</w:t>
      </w:r>
      <w:r w:rsidRPr="00BE6ED4">
        <w:rPr>
          <w:b/>
          <w:sz w:val="28"/>
          <w:szCs w:val="28"/>
        </w:rPr>
        <w:t>ạ</w:t>
      </w:r>
      <w:r w:rsidRPr="00BE6ED4">
        <w:rPr>
          <w:b/>
          <w:sz w:val="28"/>
          <w:szCs w:val="28"/>
        </w:rPr>
        <w:t>nh phúc</w:t>
      </w:r>
    </w:p>
    <w:p w:rsidR="00E91ECB" w:rsidRPr="00BE6ED4" w:rsidRDefault="00BE6ED4">
      <w:pPr>
        <w:rPr>
          <w:b/>
          <w:sz w:val="28"/>
          <w:szCs w:val="28"/>
        </w:rPr>
      </w:pPr>
      <w:r w:rsidRPr="00BE6ED4">
        <w:rPr>
          <w:b/>
          <w:sz w:val="28"/>
          <w:szCs w:val="28"/>
        </w:rPr>
        <w:br/>
      </w:r>
    </w:p>
    <w:p w:rsidR="00E91ECB" w:rsidRPr="00BE6ED4" w:rsidRDefault="00BE6ED4">
      <w:pPr>
        <w:jc w:val="center"/>
        <w:rPr>
          <w:b/>
          <w:sz w:val="28"/>
          <w:szCs w:val="28"/>
        </w:rPr>
      </w:pPr>
      <w:r w:rsidRPr="00BE6ED4">
        <w:rPr>
          <w:b/>
          <w:sz w:val="28"/>
          <w:szCs w:val="28"/>
        </w:rPr>
        <w:t>DANH SÁCH TR</w:t>
      </w:r>
      <w:r w:rsidRPr="00BE6ED4">
        <w:rPr>
          <w:b/>
          <w:sz w:val="28"/>
          <w:szCs w:val="28"/>
        </w:rPr>
        <w:t>Ẻ</w:t>
      </w:r>
      <w:r w:rsidRPr="00BE6ED4">
        <w:rPr>
          <w:b/>
          <w:sz w:val="28"/>
          <w:szCs w:val="28"/>
        </w:rPr>
        <w:t xml:space="preserve"> EM NH</w:t>
      </w:r>
      <w:r w:rsidRPr="00BE6ED4">
        <w:rPr>
          <w:b/>
          <w:sz w:val="28"/>
          <w:szCs w:val="28"/>
        </w:rPr>
        <w:t>Ậ</w:t>
      </w:r>
      <w:r w:rsidRPr="00BE6ED4">
        <w:rPr>
          <w:b/>
          <w:sz w:val="28"/>
          <w:szCs w:val="28"/>
        </w:rPr>
        <w:t>N QUÀ T</w:t>
      </w:r>
      <w:r w:rsidRPr="00BE6ED4">
        <w:rPr>
          <w:b/>
          <w:sz w:val="28"/>
          <w:szCs w:val="28"/>
        </w:rPr>
        <w:t>Ế</w:t>
      </w:r>
      <w:r w:rsidRPr="00BE6ED4">
        <w:rPr>
          <w:b/>
          <w:sz w:val="28"/>
          <w:szCs w:val="28"/>
        </w:rPr>
        <w:t>T TRUNG THU T</w:t>
      </w:r>
      <w:r w:rsidRPr="00BE6ED4">
        <w:rPr>
          <w:b/>
          <w:sz w:val="28"/>
          <w:szCs w:val="28"/>
        </w:rPr>
        <w:t>Ạ</w:t>
      </w:r>
      <w:r w:rsidRPr="00BE6ED4">
        <w:rPr>
          <w:b/>
          <w:sz w:val="28"/>
          <w:szCs w:val="28"/>
        </w:rPr>
        <w:t>I ……………</w:t>
      </w:r>
    </w:p>
    <w:p w:rsidR="00E91ECB" w:rsidRPr="00BE6ED4" w:rsidRDefault="00BE6ED4">
      <w:pPr>
        <w:jc w:val="center"/>
        <w:rPr>
          <w:b/>
          <w:sz w:val="28"/>
          <w:szCs w:val="28"/>
        </w:rPr>
      </w:pPr>
      <w:r w:rsidRPr="00BE6ED4">
        <w:rPr>
          <w:b/>
          <w:sz w:val="28"/>
          <w:szCs w:val="28"/>
        </w:rPr>
        <w:t>Ngày …… tháng …… năm ………</w:t>
      </w:r>
    </w:p>
    <w:p w:rsidR="00E91ECB" w:rsidRPr="00BE6ED4" w:rsidRDefault="00BE6ED4">
      <w:pPr>
        <w:rPr>
          <w:b/>
          <w:sz w:val="28"/>
          <w:szCs w:val="28"/>
        </w:rPr>
      </w:pPr>
      <w:r w:rsidRPr="00BE6ED4">
        <w:rPr>
          <w:sz w:val="28"/>
          <w:szCs w:val="2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8"/>
        <w:gridCol w:w="1438"/>
        <w:gridCol w:w="1438"/>
        <w:gridCol w:w="1439"/>
        <w:gridCol w:w="1439"/>
      </w:tblGrid>
      <w:tr w:rsidR="00E91ECB" w:rsidRPr="00BE6ED4">
        <w:tc>
          <w:tcPr>
            <w:tcW w:w="1440" w:type="dxa"/>
          </w:tcPr>
          <w:p w:rsidR="00E91ECB" w:rsidRPr="00BE6ED4" w:rsidRDefault="00BE6ED4">
            <w:pPr>
              <w:rPr>
                <w:b/>
                <w:sz w:val="28"/>
                <w:szCs w:val="28"/>
              </w:rPr>
            </w:pPr>
            <w:r w:rsidRPr="00BE6ED4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1440" w:type="dxa"/>
          </w:tcPr>
          <w:p w:rsidR="00E91ECB" w:rsidRPr="00BE6ED4" w:rsidRDefault="00BE6ED4">
            <w:pPr>
              <w:rPr>
                <w:b/>
                <w:sz w:val="28"/>
                <w:szCs w:val="28"/>
              </w:rPr>
            </w:pPr>
            <w:r w:rsidRPr="00BE6ED4">
              <w:rPr>
                <w:b/>
                <w:sz w:val="28"/>
                <w:szCs w:val="28"/>
              </w:rPr>
              <w:t>H</w:t>
            </w:r>
            <w:r w:rsidRPr="00BE6ED4">
              <w:rPr>
                <w:b/>
                <w:sz w:val="28"/>
                <w:szCs w:val="28"/>
              </w:rPr>
              <w:t>ọ</w:t>
            </w:r>
            <w:r w:rsidRPr="00BE6ED4">
              <w:rPr>
                <w:b/>
                <w:sz w:val="28"/>
                <w:szCs w:val="28"/>
              </w:rPr>
              <w:t xml:space="preserve"> và tên tr</w:t>
            </w:r>
            <w:r w:rsidRPr="00BE6ED4">
              <w:rPr>
                <w:b/>
                <w:sz w:val="28"/>
                <w:szCs w:val="28"/>
              </w:rPr>
              <w:t>ẻ</w:t>
            </w:r>
            <w:r w:rsidRPr="00BE6ED4">
              <w:rPr>
                <w:b/>
                <w:sz w:val="28"/>
                <w:szCs w:val="28"/>
              </w:rPr>
              <w:t xml:space="preserve"> em</w:t>
            </w:r>
          </w:p>
        </w:tc>
        <w:tc>
          <w:tcPr>
            <w:tcW w:w="1440" w:type="dxa"/>
          </w:tcPr>
          <w:p w:rsidR="00E91ECB" w:rsidRPr="00BE6ED4" w:rsidRDefault="00BE6ED4">
            <w:pPr>
              <w:rPr>
                <w:b/>
                <w:sz w:val="28"/>
                <w:szCs w:val="28"/>
              </w:rPr>
            </w:pPr>
            <w:r w:rsidRPr="00BE6ED4">
              <w:rPr>
                <w:b/>
                <w:sz w:val="28"/>
                <w:szCs w:val="28"/>
              </w:rPr>
              <w:t>Năm sinh</w:t>
            </w:r>
          </w:p>
        </w:tc>
        <w:tc>
          <w:tcPr>
            <w:tcW w:w="1440" w:type="dxa"/>
          </w:tcPr>
          <w:p w:rsidR="00E91ECB" w:rsidRPr="00BE6ED4" w:rsidRDefault="00BE6ED4">
            <w:pPr>
              <w:rPr>
                <w:b/>
                <w:sz w:val="28"/>
                <w:szCs w:val="28"/>
              </w:rPr>
            </w:pPr>
            <w:r w:rsidRPr="00BE6ED4">
              <w:rPr>
                <w:b/>
                <w:sz w:val="28"/>
                <w:szCs w:val="28"/>
              </w:rPr>
              <w:t>Đ</w:t>
            </w:r>
            <w:r w:rsidRPr="00BE6ED4">
              <w:rPr>
                <w:b/>
                <w:sz w:val="28"/>
                <w:szCs w:val="28"/>
              </w:rPr>
              <w:t>ị</w:t>
            </w:r>
            <w:r w:rsidRPr="00BE6ED4">
              <w:rPr>
                <w:b/>
                <w:sz w:val="28"/>
                <w:szCs w:val="28"/>
              </w:rPr>
              <w:t>a ch</w:t>
            </w:r>
            <w:r w:rsidRPr="00BE6ED4">
              <w:rPr>
                <w:b/>
                <w:sz w:val="28"/>
                <w:szCs w:val="28"/>
              </w:rPr>
              <w:t>ỉ</w:t>
            </w:r>
          </w:p>
        </w:tc>
        <w:tc>
          <w:tcPr>
            <w:tcW w:w="1440" w:type="dxa"/>
          </w:tcPr>
          <w:p w:rsidR="00E91ECB" w:rsidRPr="00BE6ED4" w:rsidRDefault="00BE6ED4">
            <w:pPr>
              <w:rPr>
                <w:b/>
                <w:sz w:val="28"/>
                <w:szCs w:val="28"/>
              </w:rPr>
            </w:pPr>
            <w:r w:rsidRPr="00BE6ED4">
              <w:rPr>
                <w:b/>
                <w:sz w:val="28"/>
                <w:szCs w:val="28"/>
              </w:rPr>
              <w:t>Ph</w:t>
            </w:r>
            <w:r w:rsidRPr="00BE6ED4">
              <w:rPr>
                <w:b/>
                <w:sz w:val="28"/>
                <w:szCs w:val="28"/>
              </w:rPr>
              <w:t>ầ</w:t>
            </w:r>
            <w:r w:rsidRPr="00BE6ED4">
              <w:rPr>
                <w:b/>
                <w:sz w:val="28"/>
                <w:szCs w:val="28"/>
              </w:rPr>
              <w:t>n quà</w:t>
            </w:r>
          </w:p>
        </w:tc>
        <w:tc>
          <w:tcPr>
            <w:tcW w:w="1440" w:type="dxa"/>
          </w:tcPr>
          <w:p w:rsidR="00E91ECB" w:rsidRPr="00BE6ED4" w:rsidRDefault="00BE6ED4">
            <w:pPr>
              <w:rPr>
                <w:b/>
                <w:sz w:val="28"/>
                <w:szCs w:val="28"/>
              </w:rPr>
            </w:pPr>
            <w:r w:rsidRPr="00BE6ED4">
              <w:rPr>
                <w:b/>
                <w:sz w:val="28"/>
                <w:szCs w:val="28"/>
              </w:rPr>
              <w:t>Ký nh</w:t>
            </w:r>
            <w:r w:rsidRPr="00BE6ED4">
              <w:rPr>
                <w:b/>
                <w:sz w:val="28"/>
                <w:szCs w:val="28"/>
              </w:rPr>
              <w:t>ậ</w:t>
            </w:r>
            <w:r w:rsidRPr="00BE6ED4">
              <w:rPr>
                <w:b/>
                <w:sz w:val="28"/>
                <w:szCs w:val="28"/>
              </w:rPr>
              <w:t>n</w:t>
            </w:r>
          </w:p>
        </w:tc>
      </w:tr>
      <w:tr w:rsidR="00E91ECB" w:rsidRPr="00BE6ED4">
        <w:tc>
          <w:tcPr>
            <w:tcW w:w="1440" w:type="dxa"/>
          </w:tcPr>
          <w:p w:rsidR="00E91ECB" w:rsidRPr="00BE6ED4" w:rsidRDefault="00BE6ED4">
            <w:pPr>
              <w:rPr>
                <w:sz w:val="28"/>
                <w:szCs w:val="28"/>
              </w:rPr>
            </w:pPr>
            <w:r w:rsidRPr="00BE6ED4">
              <w:rPr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</w:tr>
      <w:tr w:rsidR="00E91ECB" w:rsidRPr="00BE6ED4">
        <w:tc>
          <w:tcPr>
            <w:tcW w:w="1440" w:type="dxa"/>
          </w:tcPr>
          <w:p w:rsidR="00E91ECB" w:rsidRPr="00BE6ED4" w:rsidRDefault="00BE6ED4">
            <w:pPr>
              <w:rPr>
                <w:sz w:val="28"/>
                <w:szCs w:val="28"/>
              </w:rPr>
            </w:pPr>
            <w:r w:rsidRPr="00BE6ED4"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</w:tr>
      <w:tr w:rsidR="00E91ECB" w:rsidRPr="00BE6ED4">
        <w:tc>
          <w:tcPr>
            <w:tcW w:w="1440" w:type="dxa"/>
          </w:tcPr>
          <w:p w:rsidR="00E91ECB" w:rsidRPr="00BE6ED4" w:rsidRDefault="00BE6ED4">
            <w:pPr>
              <w:rPr>
                <w:sz w:val="28"/>
                <w:szCs w:val="28"/>
              </w:rPr>
            </w:pPr>
            <w:r w:rsidRPr="00BE6ED4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</w:tr>
      <w:tr w:rsidR="00E91ECB" w:rsidRPr="00BE6ED4">
        <w:tc>
          <w:tcPr>
            <w:tcW w:w="1440" w:type="dxa"/>
          </w:tcPr>
          <w:p w:rsidR="00E91ECB" w:rsidRPr="00BE6ED4" w:rsidRDefault="00BE6ED4">
            <w:pPr>
              <w:rPr>
                <w:sz w:val="28"/>
                <w:szCs w:val="28"/>
              </w:rPr>
            </w:pPr>
            <w:r w:rsidRPr="00BE6ED4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</w:tr>
      <w:tr w:rsidR="00E91ECB" w:rsidRPr="00BE6ED4">
        <w:tc>
          <w:tcPr>
            <w:tcW w:w="1440" w:type="dxa"/>
          </w:tcPr>
          <w:p w:rsidR="00E91ECB" w:rsidRPr="00BE6ED4" w:rsidRDefault="00BE6ED4">
            <w:pPr>
              <w:rPr>
                <w:sz w:val="28"/>
                <w:szCs w:val="28"/>
              </w:rPr>
            </w:pPr>
            <w:r w:rsidRPr="00BE6ED4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</w:tr>
      <w:tr w:rsidR="00E91ECB" w:rsidRPr="00BE6ED4">
        <w:tc>
          <w:tcPr>
            <w:tcW w:w="1440" w:type="dxa"/>
          </w:tcPr>
          <w:p w:rsidR="00E91ECB" w:rsidRPr="00BE6ED4" w:rsidRDefault="00BE6ED4">
            <w:pPr>
              <w:rPr>
                <w:sz w:val="28"/>
                <w:szCs w:val="28"/>
              </w:rPr>
            </w:pPr>
            <w:r w:rsidRPr="00BE6ED4">
              <w:rPr>
                <w:sz w:val="28"/>
                <w:szCs w:val="28"/>
              </w:rPr>
              <w:t>6</w:t>
            </w: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</w:tr>
      <w:tr w:rsidR="00E91ECB" w:rsidRPr="00BE6ED4">
        <w:tc>
          <w:tcPr>
            <w:tcW w:w="1440" w:type="dxa"/>
          </w:tcPr>
          <w:p w:rsidR="00E91ECB" w:rsidRPr="00BE6ED4" w:rsidRDefault="00BE6ED4">
            <w:pPr>
              <w:rPr>
                <w:sz w:val="28"/>
                <w:szCs w:val="28"/>
              </w:rPr>
            </w:pPr>
            <w:r w:rsidRPr="00BE6ED4">
              <w:rPr>
                <w:sz w:val="28"/>
                <w:szCs w:val="28"/>
              </w:rPr>
              <w:t>7</w:t>
            </w: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</w:tr>
      <w:tr w:rsidR="00E91ECB" w:rsidRPr="00BE6ED4">
        <w:tc>
          <w:tcPr>
            <w:tcW w:w="1440" w:type="dxa"/>
          </w:tcPr>
          <w:p w:rsidR="00E91ECB" w:rsidRPr="00BE6ED4" w:rsidRDefault="00BE6ED4">
            <w:pPr>
              <w:rPr>
                <w:sz w:val="28"/>
                <w:szCs w:val="28"/>
              </w:rPr>
            </w:pPr>
            <w:r w:rsidRPr="00BE6ED4">
              <w:rPr>
                <w:sz w:val="28"/>
                <w:szCs w:val="28"/>
              </w:rPr>
              <w:t>8</w:t>
            </w: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</w:tr>
      <w:tr w:rsidR="00E91ECB" w:rsidRPr="00BE6ED4">
        <w:tc>
          <w:tcPr>
            <w:tcW w:w="1440" w:type="dxa"/>
          </w:tcPr>
          <w:p w:rsidR="00E91ECB" w:rsidRPr="00BE6ED4" w:rsidRDefault="00BE6ED4">
            <w:pPr>
              <w:rPr>
                <w:sz w:val="28"/>
                <w:szCs w:val="28"/>
              </w:rPr>
            </w:pPr>
            <w:r w:rsidRPr="00BE6ED4">
              <w:rPr>
                <w:sz w:val="28"/>
                <w:szCs w:val="28"/>
              </w:rPr>
              <w:t>9</w:t>
            </w: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</w:tr>
      <w:tr w:rsidR="00E91ECB" w:rsidRPr="00BE6ED4">
        <w:tc>
          <w:tcPr>
            <w:tcW w:w="1440" w:type="dxa"/>
          </w:tcPr>
          <w:p w:rsidR="00E91ECB" w:rsidRPr="00BE6ED4" w:rsidRDefault="00BE6ED4">
            <w:pPr>
              <w:rPr>
                <w:sz w:val="28"/>
                <w:szCs w:val="28"/>
              </w:rPr>
            </w:pPr>
            <w:r w:rsidRPr="00BE6ED4">
              <w:rPr>
                <w:sz w:val="28"/>
                <w:szCs w:val="28"/>
              </w:rPr>
              <w:t>10</w:t>
            </w: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40" w:type="dxa"/>
          </w:tcPr>
          <w:p w:rsidR="00E91ECB" w:rsidRPr="00BE6ED4" w:rsidRDefault="00E91ECB">
            <w:pPr>
              <w:rPr>
                <w:sz w:val="28"/>
                <w:szCs w:val="28"/>
              </w:rPr>
            </w:pPr>
          </w:p>
        </w:tc>
      </w:tr>
    </w:tbl>
    <w:p w:rsidR="00E91ECB" w:rsidRPr="00BE6ED4" w:rsidRDefault="00BE6ED4">
      <w:pPr>
        <w:rPr>
          <w:sz w:val="28"/>
          <w:szCs w:val="28"/>
        </w:rPr>
      </w:pPr>
      <w:r w:rsidRPr="00BE6ED4">
        <w:rPr>
          <w:sz w:val="28"/>
          <w:szCs w:val="28"/>
        </w:rPr>
        <w:br/>
        <w:t>Ghi chú: ……………………………………………………………………………………</w:t>
      </w:r>
    </w:p>
    <w:p w:rsidR="00E91ECB" w:rsidRPr="00BE6ED4" w:rsidRDefault="00BE6ED4">
      <w:pPr>
        <w:rPr>
          <w:b/>
          <w:sz w:val="28"/>
          <w:szCs w:val="28"/>
        </w:rPr>
      </w:pPr>
      <w:r w:rsidRPr="00BE6ED4">
        <w:rPr>
          <w:sz w:val="28"/>
          <w:szCs w:val="28"/>
        </w:rPr>
        <w:br/>
      </w:r>
      <w:r w:rsidRPr="00BE6ED4">
        <w:rPr>
          <w:sz w:val="28"/>
          <w:szCs w:val="28"/>
        </w:rPr>
        <w:br/>
      </w:r>
      <w:r w:rsidRPr="00BE6ED4">
        <w:rPr>
          <w:b/>
          <w:sz w:val="28"/>
          <w:szCs w:val="28"/>
        </w:rPr>
        <w:t>Ngư</w:t>
      </w:r>
      <w:r w:rsidRPr="00BE6ED4">
        <w:rPr>
          <w:b/>
          <w:sz w:val="28"/>
          <w:szCs w:val="28"/>
        </w:rPr>
        <w:t>ờ</w:t>
      </w:r>
      <w:r w:rsidRPr="00BE6ED4">
        <w:rPr>
          <w:b/>
          <w:sz w:val="28"/>
          <w:szCs w:val="28"/>
        </w:rPr>
        <w:t>i l</w:t>
      </w:r>
      <w:r w:rsidRPr="00BE6ED4">
        <w:rPr>
          <w:b/>
          <w:sz w:val="28"/>
          <w:szCs w:val="28"/>
        </w:rPr>
        <w:t>ậ</w:t>
      </w:r>
      <w:r w:rsidRPr="00BE6ED4">
        <w:rPr>
          <w:b/>
          <w:sz w:val="28"/>
          <w:szCs w:val="28"/>
        </w:rPr>
        <w:t>p danh sách                                Xác nh</w:t>
      </w:r>
      <w:r w:rsidRPr="00BE6ED4">
        <w:rPr>
          <w:b/>
          <w:sz w:val="28"/>
          <w:szCs w:val="28"/>
        </w:rPr>
        <w:t>ậ</w:t>
      </w:r>
      <w:r w:rsidRPr="00BE6ED4">
        <w:rPr>
          <w:b/>
          <w:sz w:val="28"/>
          <w:szCs w:val="28"/>
        </w:rPr>
        <w:t>n c</w:t>
      </w:r>
      <w:r w:rsidRPr="00BE6ED4">
        <w:rPr>
          <w:b/>
          <w:sz w:val="28"/>
          <w:szCs w:val="28"/>
        </w:rPr>
        <w:t>ủ</w:t>
      </w:r>
      <w:r w:rsidRPr="00BE6ED4">
        <w:rPr>
          <w:b/>
          <w:sz w:val="28"/>
          <w:szCs w:val="28"/>
        </w:rPr>
        <w:t>a đ</w:t>
      </w:r>
      <w:r w:rsidRPr="00BE6ED4">
        <w:rPr>
          <w:b/>
          <w:sz w:val="28"/>
          <w:szCs w:val="28"/>
        </w:rPr>
        <w:t>ị</w:t>
      </w:r>
      <w:r w:rsidRPr="00BE6ED4">
        <w:rPr>
          <w:b/>
          <w:sz w:val="28"/>
          <w:szCs w:val="28"/>
        </w:rPr>
        <w:t>a phương</w:t>
      </w:r>
    </w:p>
    <w:p w:rsidR="00E91ECB" w:rsidRPr="00BE6ED4" w:rsidRDefault="00BE6ED4">
      <w:pPr>
        <w:rPr>
          <w:b/>
          <w:sz w:val="28"/>
          <w:szCs w:val="28"/>
        </w:rPr>
      </w:pPr>
      <w:r w:rsidRPr="00BE6ED4">
        <w:rPr>
          <w:b/>
          <w:sz w:val="28"/>
          <w:szCs w:val="28"/>
        </w:rPr>
        <w:t>(Ký, ghi rõ h</w:t>
      </w:r>
      <w:r w:rsidRPr="00BE6ED4">
        <w:rPr>
          <w:b/>
          <w:sz w:val="28"/>
          <w:szCs w:val="28"/>
        </w:rPr>
        <w:t>ọ</w:t>
      </w:r>
      <w:r w:rsidRPr="00BE6ED4">
        <w:rPr>
          <w:b/>
          <w:sz w:val="28"/>
          <w:szCs w:val="28"/>
        </w:rPr>
        <w:t xml:space="preserve"> tên)                                    (Ký tên, đóng d</w:t>
      </w:r>
      <w:r w:rsidRPr="00BE6ED4">
        <w:rPr>
          <w:b/>
          <w:sz w:val="28"/>
          <w:szCs w:val="28"/>
        </w:rPr>
        <w:t>ấ</w:t>
      </w:r>
      <w:r w:rsidRPr="00BE6ED4">
        <w:rPr>
          <w:b/>
          <w:sz w:val="28"/>
          <w:szCs w:val="28"/>
        </w:rPr>
        <w:t>u)</w:t>
      </w:r>
    </w:p>
    <w:p w:rsidR="00BE6ED4" w:rsidRPr="00BE6ED4" w:rsidRDefault="00BE6ED4">
      <w:pPr>
        <w:rPr>
          <w:sz w:val="28"/>
          <w:szCs w:val="28"/>
        </w:rPr>
      </w:pPr>
    </w:p>
    <w:sectPr w:rsidR="00BE6ED4" w:rsidRPr="00BE6E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6ED4"/>
    <w:rsid w:val="00CB0664"/>
    <w:rsid w:val="00E91E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E190578B-3A40-4CB7-B402-2CBC79596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8D1E54-887E-4776-BE54-F5AB234BB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2025-09-24T02:25:00Z</dcterms:created>
  <dcterms:modified xsi:type="dcterms:W3CDTF">2025-09-24T02:25:00Z</dcterms:modified>
  <cp:category/>
</cp:coreProperties>
</file>