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FC0" w:rsidRPr="00D14508" w:rsidRDefault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C</w:t>
      </w:r>
      <w:r w:rsidRPr="00D14508">
        <w:rPr>
          <w:rFonts w:ascii="Times New Roman" w:hAnsi="Times New Roman" w:cs="Times New Roman"/>
          <w:b/>
          <w:sz w:val="28"/>
          <w:szCs w:val="28"/>
        </w:rPr>
        <w:t>Ộ</w:t>
      </w:r>
      <w:r w:rsidRPr="00D14508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D14508">
        <w:rPr>
          <w:rFonts w:ascii="Times New Roman" w:hAnsi="Times New Roman" w:cs="Times New Roman"/>
          <w:b/>
          <w:sz w:val="28"/>
          <w:szCs w:val="28"/>
        </w:rPr>
        <w:t>Ộ</w:t>
      </w:r>
      <w:r w:rsidRPr="00D14508">
        <w:rPr>
          <w:rFonts w:ascii="Times New Roman" w:hAnsi="Times New Roman" w:cs="Times New Roman"/>
          <w:b/>
          <w:sz w:val="28"/>
          <w:szCs w:val="28"/>
        </w:rPr>
        <w:t>I CH</w:t>
      </w:r>
      <w:r w:rsidRPr="00D14508">
        <w:rPr>
          <w:rFonts w:ascii="Times New Roman" w:hAnsi="Times New Roman" w:cs="Times New Roman"/>
          <w:b/>
          <w:sz w:val="28"/>
          <w:szCs w:val="28"/>
        </w:rPr>
        <w:t>Ủ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D14508">
        <w:rPr>
          <w:rFonts w:ascii="Times New Roman" w:hAnsi="Times New Roman" w:cs="Times New Roman"/>
          <w:b/>
          <w:sz w:val="28"/>
          <w:szCs w:val="28"/>
        </w:rPr>
        <w:t>Ệ</w:t>
      </w:r>
      <w:r w:rsidRPr="00D14508">
        <w:rPr>
          <w:rFonts w:ascii="Times New Roman" w:hAnsi="Times New Roman" w:cs="Times New Roman"/>
          <w:b/>
          <w:sz w:val="28"/>
          <w:szCs w:val="28"/>
        </w:rPr>
        <w:t>T NAM</w:t>
      </w:r>
    </w:p>
    <w:p w:rsidR="00D14508" w:rsidRPr="00D14508" w:rsidRDefault="00D14508" w:rsidP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Đ</w:t>
      </w:r>
      <w:r w:rsidRPr="00D14508">
        <w:rPr>
          <w:rFonts w:ascii="Times New Roman" w:hAnsi="Times New Roman" w:cs="Times New Roman"/>
          <w:b/>
          <w:sz w:val="28"/>
          <w:szCs w:val="28"/>
        </w:rPr>
        <w:t>ộ</w:t>
      </w:r>
      <w:r w:rsidRPr="00D14508">
        <w:rPr>
          <w:rFonts w:ascii="Times New Roman" w:hAnsi="Times New Roman" w:cs="Times New Roman"/>
          <w:b/>
          <w:sz w:val="28"/>
          <w:szCs w:val="28"/>
        </w:rPr>
        <w:t>c l</w:t>
      </w:r>
      <w:r w:rsidRPr="00D14508">
        <w:rPr>
          <w:rFonts w:ascii="Times New Roman" w:hAnsi="Times New Roman" w:cs="Times New Roman"/>
          <w:b/>
          <w:sz w:val="28"/>
          <w:szCs w:val="28"/>
        </w:rPr>
        <w:t>ậ</w:t>
      </w:r>
      <w:r w:rsidRPr="00D14508">
        <w:rPr>
          <w:rFonts w:ascii="Times New Roman" w:hAnsi="Times New Roman" w:cs="Times New Roman"/>
          <w:b/>
          <w:sz w:val="28"/>
          <w:szCs w:val="28"/>
        </w:rPr>
        <w:t>p - T</w:t>
      </w:r>
      <w:r w:rsidRPr="00D14508">
        <w:rPr>
          <w:rFonts w:ascii="Times New Roman" w:hAnsi="Times New Roman" w:cs="Times New Roman"/>
          <w:b/>
          <w:sz w:val="28"/>
          <w:szCs w:val="28"/>
        </w:rPr>
        <w:t>ự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 do - H</w:t>
      </w:r>
      <w:r w:rsidRPr="00D14508">
        <w:rPr>
          <w:rFonts w:ascii="Times New Roman" w:hAnsi="Times New Roman" w:cs="Times New Roman"/>
          <w:b/>
          <w:sz w:val="28"/>
          <w:szCs w:val="28"/>
        </w:rPr>
        <w:t>ạ</w:t>
      </w:r>
      <w:r w:rsidRPr="00D14508">
        <w:rPr>
          <w:rFonts w:ascii="Times New Roman" w:hAnsi="Times New Roman" w:cs="Times New Roman"/>
          <w:b/>
          <w:sz w:val="28"/>
          <w:szCs w:val="28"/>
        </w:rPr>
        <w:t>nh phúc</w:t>
      </w:r>
      <w:bookmarkStart w:id="0" w:name="_GoBack"/>
      <w:bookmarkEnd w:id="0"/>
    </w:p>
    <w:p w:rsidR="00D14508" w:rsidRPr="00D14508" w:rsidRDefault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4508" w:rsidRPr="00D14508" w:rsidRDefault="00D14508" w:rsidP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PHỤ LỤC HỢP ĐỒNG LAO ĐỘNG</w:t>
      </w:r>
    </w:p>
    <w:p w:rsidR="00B47FC0" w:rsidRPr="00D14508" w:rsidRDefault="00D145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(V</w:t>
      </w:r>
      <w:r w:rsidRPr="00D14508">
        <w:rPr>
          <w:rFonts w:ascii="Times New Roman" w:hAnsi="Times New Roman" w:cs="Times New Roman"/>
          <w:b/>
          <w:sz w:val="28"/>
          <w:szCs w:val="28"/>
        </w:rPr>
        <w:t>ề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 ph</w:t>
      </w:r>
      <w:r w:rsidRPr="00D14508">
        <w:rPr>
          <w:rFonts w:ascii="Times New Roman" w:hAnsi="Times New Roman" w:cs="Times New Roman"/>
          <w:b/>
          <w:sz w:val="28"/>
          <w:szCs w:val="28"/>
        </w:rPr>
        <w:t>ụ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 c</w:t>
      </w:r>
      <w:r w:rsidRPr="00D14508">
        <w:rPr>
          <w:rFonts w:ascii="Times New Roman" w:hAnsi="Times New Roman" w:cs="Times New Roman"/>
          <w:b/>
          <w:sz w:val="28"/>
          <w:szCs w:val="28"/>
        </w:rPr>
        <w:t>ấ</w:t>
      </w:r>
      <w:r w:rsidRPr="00D14508">
        <w:rPr>
          <w:rFonts w:ascii="Times New Roman" w:hAnsi="Times New Roman" w:cs="Times New Roman"/>
          <w:b/>
          <w:sz w:val="28"/>
          <w:szCs w:val="28"/>
        </w:rPr>
        <w:t>p trách nhi</w:t>
      </w:r>
      <w:r w:rsidRPr="00D14508">
        <w:rPr>
          <w:rFonts w:ascii="Times New Roman" w:hAnsi="Times New Roman" w:cs="Times New Roman"/>
          <w:b/>
          <w:sz w:val="28"/>
          <w:szCs w:val="28"/>
        </w:rPr>
        <w:t>ệ</w:t>
      </w:r>
      <w:r w:rsidRPr="00D14508">
        <w:rPr>
          <w:rFonts w:ascii="Times New Roman" w:hAnsi="Times New Roman" w:cs="Times New Roman"/>
          <w:b/>
          <w:sz w:val="28"/>
          <w:szCs w:val="28"/>
        </w:rPr>
        <w:t>m)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S</w:t>
      </w:r>
      <w:r w:rsidRPr="00D14508">
        <w:rPr>
          <w:rFonts w:ascii="Times New Roman" w:hAnsi="Times New Roman" w:cs="Times New Roman"/>
          <w:sz w:val="28"/>
          <w:szCs w:val="28"/>
        </w:rPr>
        <w:t>ố</w:t>
      </w:r>
      <w:r w:rsidRPr="00D14508">
        <w:rPr>
          <w:rFonts w:ascii="Times New Roman" w:hAnsi="Times New Roman" w:cs="Times New Roman"/>
          <w:sz w:val="28"/>
          <w:szCs w:val="28"/>
        </w:rPr>
        <w:t>: …/PLHĐLĐ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Kèm theo H</w:t>
      </w:r>
      <w:r w:rsidRPr="00D14508">
        <w:rPr>
          <w:rFonts w:ascii="Times New Roman" w:hAnsi="Times New Roman" w:cs="Times New Roman"/>
          <w:sz w:val="28"/>
          <w:szCs w:val="28"/>
        </w:rPr>
        <w:t>ợ</w:t>
      </w:r>
      <w:r w:rsidRPr="00D14508">
        <w:rPr>
          <w:rFonts w:ascii="Times New Roman" w:hAnsi="Times New Roman" w:cs="Times New Roman"/>
          <w:sz w:val="28"/>
          <w:szCs w:val="28"/>
        </w:rPr>
        <w:t>p đ</w:t>
      </w:r>
      <w:r w:rsidRPr="00D14508">
        <w:rPr>
          <w:rFonts w:ascii="Times New Roman" w:hAnsi="Times New Roman" w:cs="Times New Roman"/>
          <w:sz w:val="28"/>
          <w:szCs w:val="28"/>
        </w:rPr>
        <w:t>ồ</w:t>
      </w:r>
      <w:r w:rsidRPr="00D14508">
        <w:rPr>
          <w:rFonts w:ascii="Times New Roman" w:hAnsi="Times New Roman" w:cs="Times New Roman"/>
          <w:sz w:val="28"/>
          <w:szCs w:val="28"/>
        </w:rPr>
        <w:t>ng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 s</w:t>
      </w:r>
      <w:r w:rsidRPr="00D14508">
        <w:rPr>
          <w:rFonts w:ascii="Times New Roman" w:hAnsi="Times New Roman" w:cs="Times New Roman"/>
          <w:sz w:val="28"/>
          <w:szCs w:val="28"/>
        </w:rPr>
        <w:t>ố</w:t>
      </w:r>
      <w:r w:rsidRPr="00D14508">
        <w:rPr>
          <w:rFonts w:ascii="Times New Roman" w:hAnsi="Times New Roman" w:cs="Times New Roman"/>
          <w:sz w:val="28"/>
          <w:szCs w:val="28"/>
        </w:rPr>
        <w:t>: …/HĐLĐ ngày … tháng … năm 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Căn c</w:t>
      </w:r>
      <w:r w:rsidRPr="00D14508">
        <w:rPr>
          <w:rFonts w:ascii="Times New Roman" w:hAnsi="Times New Roman" w:cs="Times New Roman"/>
          <w:sz w:val="28"/>
          <w:szCs w:val="28"/>
        </w:rPr>
        <w:t>ứ</w:t>
      </w:r>
      <w:r w:rsidRPr="00D14508">
        <w:rPr>
          <w:rFonts w:ascii="Times New Roman" w:hAnsi="Times New Roman" w:cs="Times New Roman"/>
          <w:sz w:val="28"/>
          <w:szCs w:val="28"/>
        </w:rPr>
        <w:t>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B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 xml:space="preserve"> lu</w:t>
      </w:r>
      <w:r w:rsidRPr="00D14508">
        <w:rPr>
          <w:rFonts w:ascii="Times New Roman" w:hAnsi="Times New Roman" w:cs="Times New Roman"/>
          <w:sz w:val="28"/>
          <w:szCs w:val="28"/>
        </w:rPr>
        <w:t>ậ</w:t>
      </w:r>
      <w:r w:rsidRPr="00D14508">
        <w:rPr>
          <w:rFonts w:ascii="Times New Roman" w:hAnsi="Times New Roman" w:cs="Times New Roman"/>
          <w:sz w:val="28"/>
          <w:szCs w:val="28"/>
        </w:rPr>
        <w:t>t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 năm 2019;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Ngh</w:t>
      </w:r>
      <w:r w:rsidRPr="00D14508">
        <w:rPr>
          <w:rFonts w:ascii="Times New Roman" w:hAnsi="Times New Roman" w:cs="Times New Roman"/>
          <w:sz w:val="28"/>
          <w:szCs w:val="28"/>
        </w:rPr>
        <w:t>ị</w:t>
      </w:r>
      <w:r w:rsidRPr="00D14508">
        <w:rPr>
          <w:rFonts w:ascii="Times New Roman" w:hAnsi="Times New Roman" w:cs="Times New Roman"/>
          <w:sz w:val="28"/>
          <w:szCs w:val="28"/>
        </w:rPr>
        <w:t xml:space="preserve"> đ</w:t>
      </w:r>
      <w:r w:rsidRPr="00D14508">
        <w:rPr>
          <w:rFonts w:ascii="Times New Roman" w:hAnsi="Times New Roman" w:cs="Times New Roman"/>
          <w:sz w:val="28"/>
          <w:szCs w:val="28"/>
        </w:rPr>
        <w:t>ị</w:t>
      </w:r>
      <w:r w:rsidRPr="00D14508">
        <w:rPr>
          <w:rFonts w:ascii="Times New Roman" w:hAnsi="Times New Roman" w:cs="Times New Roman"/>
          <w:sz w:val="28"/>
          <w:szCs w:val="28"/>
        </w:rPr>
        <w:t>nh</w:t>
      </w:r>
      <w:r w:rsidRPr="00D14508">
        <w:rPr>
          <w:rFonts w:ascii="Times New Roman" w:hAnsi="Times New Roman" w:cs="Times New Roman"/>
          <w:sz w:val="28"/>
          <w:szCs w:val="28"/>
        </w:rPr>
        <w:t xml:space="preserve"> …/…/NĐ-CP và các văn b</w:t>
      </w:r>
      <w:r w:rsidRPr="00D14508">
        <w:rPr>
          <w:rFonts w:ascii="Times New Roman" w:hAnsi="Times New Roman" w:cs="Times New Roman"/>
          <w:sz w:val="28"/>
          <w:szCs w:val="28"/>
        </w:rPr>
        <w:t>ả</w:t>
      </w:r>
      <w:r w:rsidRPr="00D14508">
        <w:rPr>
          <w:rFonts w:ascii="Times New Roman" w:hAnsi="Times New Roman" w:cs="Times New Roman"/>
          <w:sz w:val="28"/>
          <w:szCs w:val="28"/>
        </w:rPr>
        <w:t>n hư</w:t>
      </w:r>
      <w:r w:rsidRPr="00D14508">
        <w:rPr>
          <w:rFonts w:ascii="Times New Roman" w:hAnsi="Times New Roman" w:cs="Times New Roman"/>
          <w:sz w:val="28"/>
          <w:szCs w:val="28"/>
        </w:rPr>
        <w:t>ớ</w:t>
      </w:r>
      <w:r w:rsidRPr="00D14508">
        <w:rPr>
          <w:rFonts w:ascii="Times New Roman" w:hAnsi="Times New Roman" w:cs="Times New Roman"/>
          <w:sz w:val="28"/>
          <w:szCs w:val="28"/>
        </w:rPr>
        <w:t>ng d</w:t>
      </w:r>
      <w:r w:rsidRPr="00D14508">
        <w:rPr>
          <w:rFonts w:ascii="Times New Roman" w:hAnsi="Times New Roman" w:cs="Times New Roman"/>
          <w:sz w:val="28"/>
          <w:szCs w:val="28"/>
        </w:rPr>
        <w:t>ẫ</w:t>
      </w:r>
      <w:r w:rsidRPr="00D14508">
        <w:rPr>
          <w:rFonts w:ascii="Times New Roman" w:hAnsi="Times New Roman" w:cs="Times New Roman"/>
          <w:sz w:val="28"/>
          <w:szCs w:val="28"/>
        </w:rPr>
        <w:t>n thi hành;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Nhu c</w:t>
      </w:r>
      <w:r w:rsidRPr="00D14508">
        <w:rPr>
          <w:rFonts w:ascii="Times New Roman" w:hAnsi="Times New Roman" w:cs="Times New Roman"/>
          <w:sz w:val="28"/>
          <w:szCs w:val="28"/>
        </w:rPr>
        <w:t>ầ</w:t>
      </w:r>
      <w:r w:rsidRPr="00D14508">
        <w:rPr>
          <w:rFonts w:ascii="Times New Roman" w:hAnsi="Times New Roman" w:cs="Times New Roman"/>
          <w:sz w:val="28"/>
          <w:szCs w:val="28"/>
        </w:rPr>
        <w:t>u công vi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c và th</w:t>
      </w:r>
      <w:r w:rsidRPr="00D14508">
        <w:rPr>
          <w:rFonts w:ascii="Times New Roman" w:hAnsi="Times New Roman" w:cs="Times New Roman"/>
          <w:sz w:val="28"/>
          <w:szCs w:val="28"/>
        </w:rPr>
        <w:t>ỏ</w:t>
      </w:r>
      <w:r w:rsidRPr="00D14508">
        <w:rPr>
          <w:rFonts w:ascii="Times New Roman" w:hAnsi="Times New Roman" w:cs="Times New Roman"/>
          <w:sz w:val="28"/>
          <w:szCs w:val="28"/>
        </w:rPr>
        <w:t>a thu</w:t>
      </w:r>
      <w:r w:rsidRPr="00D14508">
        <w:rPr>
          <w:rFonts w:ascii="Times New Roman" w:hAnsi="Times New Roman" w:cs="Times New Roman"/>
          <w:sz w:val="28"/>
          <w:szCs w:val="28"/>
        </w:rPr>
        <w:t>ậ</w:t>
      </w:r>
      <w:r w:rsidRPr="00D14508">
        <w:rPr>
          <w:rFonts w:ascii="Times New Roman" w:hAnsi="Times New Roman" w:cs="Times New Roman"/>
          <w:sz w:val="28"/>
          <w:szCs w:val="28"/>
        </w:rPr>
        <w:t>n gi</w:t>
      </w:r>
      <w:r w:rsidRPr="00D14508">
        <w:rPr>
          <w:rFonts w:ascii="Times New Roman" w:hAnsi="Times New Roman" w:cs="Times New Roman"/>
          <w:sz w:val="28"/>
          <w:szCs w:val="28"/>
        </w:rPr>
        <w:t>ữ</w:t>
      </w:r>
      <w:r w:rsidRPr="00D14508">
        <w:rPr>
          <w:rFonts w:ascii="Times New Roman" w:hAnsi="Times New Roman" w:cs="Times New Roman"/>
          <w:sz w:val="28"/>
          <w:szCs w:val="28"/>
        </w:rPr>
        <w:t>a Ngư</w:t>
      </w:r>
      <w:r w:rsidRPr="00D14508">
        <w:rPr>
          <w:rFonts w:ascii="Times New Roman" w:hAnsi="Times New Roman" w:cs="Times New Roman"/>
          <w:sz w:val="28"/>
          <w:szCs w:val="28"/>
        </w:rPr>
        <w:t>ờ</w:t>
      </w:r>
      <w:r w:rsidRPr="00D14508">
        <w:rPr>
          <w:rFonts w:ascii="Times New Roman" w:hAnsi="Times New Roman" w:cs="Times New Roman"/>
          <w:sz w:val="28"/>
          <w:szCs w:val="28"/>
        </w:rPr>
        <w:t>i s</w:t>
      </w:r>
      <w:r w:rsidRPr="00D14508">
        <w:rPr>
          <w:rFonts w:ascii="Times New Roman" w:hAnsi="Times New Roman" w:cs="Times New Roman"/>
          <w:sz w:val="28"/>
          <w:szCs w:val="28"/>
        </w:rPr>
        <w:t>ử</w:t>
      </w:r>
      <w:r w:rsidRPr="00D14508">
        <w:rPr>
          <w:rFonts w:ascii="Times New Roman" w:hAnsi="Times New Roman" w:cs="Times New Roman"/>
          <w:sz w:val="28"/>
          <w:szCs w:val="28"/>
        </w:rPr>
        <w:t xml:space="preserve"> d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>ng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 và Ngư</w:t>
      </w:r>
      <w:r w:rsidRPr="00D14508">
        <w:rPr>
          <w:rFonts w:ascii="Times New Roman" w:hAnsi="Times New Roman" w:cs="Times New Roman"/>
          <w:sz w:val="28"/>
          <w:szCs w:val="28"/>
        </w:rPr>
        <w:t>ờ</w:t>
      </w:r>
      <w:r w:rsidRPr="00D14508">
        <w:rPr>
          <w:rFonts w:ascii="Times New Roman" w:hAnsi="Times New Roman" w:cs="Times New Roman"/>
          <w:sz w:val="28"/>
          <w:szCs w:val="28"/>
        </w:rPr>
        <w:t>i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Hôm nay, ngày … tháng … năm …, t</w:t>
      </w:r>
      <w:r w:rsidRPr="00D14508">
        <w:rPr>
          <w:rFonts w:ascii="Times New Roman" w:hAnsi="Times New Roman" w:cs="Times New Roman"/>
          <w:sz w:val="28"/>
          <w:szCs w:val="28"/>
        </w:rPr>
        <w:t>ạ</w:t>
      </w:r>
      <w:r w:rsidRPr="00D14508">
        <w:rPr>
          <w:rFonts w:ascii="Times New Roman" w:hAnsi="Times New Roman" w:cs="Times New Roman"/>
          <w:sz w:val="28"/>
          <w:szCs w:val="28"/>
        </w:rPr>
        <w:t>i ……, chúng tôi g</w:t>
      </w:r>
      <w:r w:rsidRPr="00D14508">
        <w:rPr>
          <w:rFonts w:ascii="Times New Roman" w:hAnsi="Times New Roman" w:cs="Times New Roman"/>
          <w:sz w:val="28"/>
          <w:szCs w:val="28"/>
        </w:rPr>
        <w:t>ồ</w:t>
      </w:r>
      <w:r w:rsidRPr="00D14508">
        <w:rPr>
          <w:rFonts w:ascii="Times New Roman" w:hAnsi="Times New Roman" w:cs="Times New Roman"/>
          <w:sz w:val="28"/>
          <w:szCs w:val="28"/>
        </w:rPr>
        <w:t>m có: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1. Bên s</w:t>
      </w:r>
      <w:r w:rsidRPr="00D14508">
        <w:rPr>
          <w:rFonts w:ascii="Times New Roman" w:hAnsi="Times New Roman" w:cs="Times New Roman"/>
          <w:sz w:val="28"/>
          <w:szCs w:val="28"/>
        </w:rPr>
        <w:t>ử</w:t>
      </w:r>
      <w:r w:rsidRPr="00D14508">
        <w:rPr>
          <w:rFonts w:ascii="Times New Roman" w:hAnsi="Times New Roman" w:cs="Times New Roman"/>
          <w:sz w:val="28"/>
          <w:szCs w:val="28"/>
        </w:rPr>
        <w:t xml:space="preserve"> d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>ng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 (Bên A):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Tên doanh nghi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p: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</w:t>
      </w:r>
      <w:r w:rsidRPr="00D14508">
        <w:rPr>
          <w:rFonts w:ascii="Times New Roman" w:hAnsi="Times New Roman" w:cs="Times New Roman"/>
          <w:sz w:val="28"/>
          <w:szCs w:val="28"/>
        </w:rPr>
        <w:t xml:space="preserve"> Đ</w:t>
      </w:r>
      <w:r w:rsidRPr="00D14508">
        <w:rPr>
          <w:rFonts w:ascii="Times New Roman" w:hAnsi="Times New Roman" w:cs="Times New Roman"/>
          <w:sz w:val="28"/>
          <w:szCs w:val="28"/>
        </w:rPr>
        <w:t>ị</w:t>
      </w:r>
      <w:r w:rsidRPr="00D14508">
        <w:rPr>
          <w:rFonts w:ascii="Times New Roman" w:hAnsi="Times New Roman" w:cs="Times New Roman"/>
          <w:sz w:val="28"/>
          <w:szCs w:val="28"/>
        </w:rPr>
        <w:t>a ch</w:t>
      </w:r>
      <w:r w:rsidRPr="00D14508">
        <w:rPr>
          <w:rFonts w:ascii="Times New Roman" w:hAnsi="Times New Roman" w:cs="Times New Roman"/>
          <w:sz w:val="28"/>
          <w:szCs w:val="28"/>
        </w:rPr>
        <w:t>ỉ</w:t>
      </w:r>
      <w:r w:rsidRPr="00D14508">
        <w:rPr>
          <w:rFonts w:ascii="Times New Roman" w:hAnsi="Times New Roman" w:cs="Times New Roman"/>
          <w:sz w:val="28"/>
          <w:szCs w:val="28"/>
        </w:rPr>
        <w:t>: …………………………………………………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Đ</w:t>
      </w:r>
      <w:r w:rsidRPr="00D14508">
        <w:rPr>
          <w:rFonts w:ascii="Times New Roman" w:hAnsi="Times New Roman" w:cs="Times New Roman"/>
          <w:sz w:val="28"/>
          <w:szCs w:val="28"/>
        </w:rPr>
        <w:t>ạ</w:t>
      </w:r>
      <w:r w:rsidRPr="00D14508">
        <w:rPr>
          <w:rFonts w:ascii="Times New Roman" w:hAnsi="Times New Roman" w:cs="Times New Roman"/>
          <w:sz w:val="28"/>
          <w:szCs w:val="28"/>
        </w:rPr>
        <w:t>i di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n: ………………………………  Ch</w:t>
      </w:r>
      <w:r w:rsidRPr="00D14508">
        <w:rPr>
          <w:rFonts w:ascii="Times New Roman" w:hAnsi="Times New Roman" w:cs="Times New Roman"/>
          <w:sz w:val="28"/>
          <w:szCs w:val="28"/>
        </w:rPr>
        <w:t>ứ</w:t>
      </w:r>
      <w:r w:rsidRPr="00D14508">
        <w:rPr>
          <w:rFonts w:ascii="Times New Roman" w:hAnsi="Times New Roman" w:cs="Times New Roman"/>
          <w:sz w:val="28"/>
          <w:szCs w:val="28"/>
        </w:rPr>
        <w:t>c v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>: 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2. Bên ngư</w:t>
      </w:r>
      <w:r w:rsidRPr="00D14508">
        <w:rPr>
          <w:rFonts w:ascii="Times New Roman" w:hAnsi="Times New Roman" w:cs="Times New Roman"/>
          <w:sz w:val="28"/>
          <w:szCs w:val="28"/>
        </w:rPr>
        <w:t>ờ</w:t>
      </w:r>
      <w:r w:rsidRPr="00D14508">
        <w:rPr>
          <w:rFonts w:ascii="Times New Roman" w:hAnsi="Times New Roman" w:cs="Times New Roman"/>
          <w:sz w:val="28"/>
          <w:szCs w:val="28"/>
        </w:rPr>
        <w:t>i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 (Bên B):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H</w:t>
      </w:r>
      <w:r w:rsidRPr="00D14508">
        <w:rPr>
          <w:rFonts w:ascii="Times New Roman" w:hAnsi="Times New Roman" w:cs="Times New Roman"/>
          <w:sz w:val="28"/>
          <w:szCs w:val="28"/>
        </w:rPr>
        <w:t>ọ</w:t>
      </w:r>
      <w:r w:rsidRPr="00D14508">
        <w:rPr>
          <w:rFonts w:ascii="Times New Roman" w:hAnsi="Times New Roman" w:cs="Times New Roman"/>
          <w:sz w:val="28"/>
          <w:szCs w:val="28"/>
        </w:rPr>
        <w:t xml:space="preserve"> và tên: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Ngày sinh: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lastRenderedPageBreak/>
        <w:t>- S</w:t>
      </w:r>
      <w:r w:rsidRPr="00D14508">
        <w:rPr>
          <w:rFonts w:ascii="Times New Roman" w:hAnsi="Times New Roman" w:cs="Times New Roman"/>
          <w:sz w:val="28"/>
          <w:szCs w:val="28"/>
        </w:rPr>
        <w:t>ố</w:t>
      </w:r>
      <w:r w:rsidRPr="00D14508">
        <w:rPr>
          <w:rFonts w:ascii="Times New Roman" w:hAnsi="Times New Roman" w:cs="Times New Roman"/>
          <w:sz w:val="28"/>
          <w:szCs w:val="28"/>
        </w:rPr>
        <w:t xml:space="preserve"> CMND/CCCD: ………………… Ngày c</w:t>
      </w:r>
      <w:r w:rsidRPr="00D14508">
        <w:rPr>
          <w:rFonts w:ascii="Times New Roman" w:hAnsi="Times New Roman" w:cs="Times New Roman"/>
          <w:sz w:val="28"/>
          <w:szCs w:val="28"/>
        </w:rPr>
        <w:t>ấ</w:t>
      </w:r>
      <w:r w:rsidRPr="00D14508">
        <w:rPr>
          <w:rFonts w:ascii="Times New Roman" w:hAnsi="Times New Roman" w:cs="Times New Roman"/>
          <w:sz w:val="28"/>
          <w:szCs w:val="28"/>
        </w:rPr>
        <w:t>p: ………… Nơi c</w:t>
      </w:r>
      <w:r w:rsidRPr="00D14508">
        <w:rPr>
          <w:rFonts w:ascii="Times New Roman" w:hAnsi="Times New Roman" w:cs="Times New Roman"/>
          <w:sz w:val="28"/>
          <w:szCs w:val="28"/>
        </w:rPr>
        <w:t>ấ</w:t>
      </w:r>
      <w:r w:rsidRPr="00D14508">
        <w:rPr>
          <w:rFonts w:ascii="Times New Roman" w:hAnsi="Times New Roman" w:cs="Times New Roman"/>
          <w:sz w:val="28"/>
          <w:szCs w:val="28"/>
        </w:rPr>
        <w:t>p: 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Đ</w:t>
      </w:r>
      <w:r w:rsidRPr="00D14508">
        <w:rPr>
          <w:rFonts w:ascii="Times New Roman" w:hAnsi="Times New Roman" w:cs="Times New Roman"/>
          <w:sz w:val="28"/>
          <w:szCs w:val="28"/>
        </w:rPr>
        <w:t>ị</w:t>
      </w:r>
      <w:r w:rsidRPr="00D14508">
        <w:rPr>
          <w:rFonts w:ascii="Times New Roman" w:hAnsi="Times New Roman" w:cs="Times New Roman"/>
          <w:sz w:val="28"/>
          <w:szCs w:val="28"/>
        </w:rPr>
        <w:t>a ch</w:t>
      </w:r>
      <w:r w:rsidRPr="00D14508">
        <w:rPr>
          <w:rFonts w:ascii="Times New Roman" w:hAnsi="Times New Roman" w:cs="Times New Roman"/>
          <w:sz w:val="28"/>
          <w:szCs w:val="28"/>
        </w:rPr>
        <w:t>ỉ</w:t>
      </w:r>
      <w:r w:rsidRPr="00D14508">
        <w:rPr>
          <w:rFonts w:ascii="Times New Roman" w:hAnsi="Times New Roman" w:cs="Times New Roman"/>
          <w:sz w:val="28"/>
          <w:szCs w:val="28"/>
        </w:rPr>
        <w:t xml:space="preserve"> thư</w:t>
      </w:r>
      <w:r w:rsidRPr="00D14508">
        <w:rPr>
          <w:rFonts w:ascii="Times New Roman" w:hAnsi="Times New Roman" w:cs="Times New Roman"/>
          <w:sz w:val="28"/>
          <w:szCs w:val="28"/>
        </w:rPr>
        <w:t>ờ</w:t>
      </w:r>
      <w:r w:rsidRPr="00D14508">
        <w:rPr>
          <w:rFonts w:ascii="Times New Roman" w:hAnsi="Times New Roman" w:cs="Times New Roman"/>
          <w:sz w:val="28"/>
          <w:szCs w:val="28"/>
        </w:rPr>
        <w:t>ng trú: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</w:t>
      </w:r>
      <w:r w:rsidRPr="00D14508">
        <w:rPr>
          <w:rFonts w:ascii="Times New Roman" w:hAnsi="Times New Roman" w:cs="Times New Roman"/>
          <w:sz w:val="28"/>
          <w:szCs w:val="28"/>
        </w:rPr>
        <w:t xml:space="preserve"> Ch</w:t>
      </w:r>
      <w:r w:rsidRPr="00D14508">
        <w:rPr>
          <w:rFonts w:ascii="Times New Roman" w:hAnsi="Times New Roman" w:cs="Times New Roman"/>
          <w:sz w:val="28"/>
          <w:szCs w:val="28"/>
        </w:rPr>
        <w:t>ứ</w:t>
      </w:r>
      <w:r w:rsidRPr="00D14508">
        <w:rPr>
          <w:rFonts w:ascii="Times New Roman" w:hAnsi="Times New Roman" w:cs="Times New Roman"/>
          <w:sz w:val="28"/>
          <w:szCs w:val="28"/>
        </w:rPr>
        <w:t>c danh/ch</w:t>
      </w:r>
      <w:r w:rsidRPr="00D14508">
        <w:rPr>
          <w:rFonts w:ascii="Times New Roman" w:hAnsi="Times New Roman" w:cs="Times New Roman"/>
          <w:sz w:val="28"/>
          <w:szCs w:val="28"/>
        </w:rPr>
        <w:t>ứ</w:t>
      </w:r>
      <w:r w:rsidRPr="00D14508">
        <w:rPr>
          <w:rFonts w:ascii="Times New Roman" w:hAnsi="Times New Roman" w:cs="Times New Roman"/>
          <w:sz w:val="28"/>
          <w:szCs w:val="28"/>
        </w:rPr>
        <w:t>c v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 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n t</w:t>
      </w:r>
      <w:r w:rsidRPr="00D14508">
        <w:rPr>
          <w:rFonts w:ascii="Times New Roman" w:hAnsi="Times New Roman" w:cs="Times New Roman"/>
          <w:sz w:val="28"/>
          <w:szCs w:val="28"/>
        </w:rPr>
        <w:t>ạ</w:t>
      </w:r>
      <w:r w:rsidRPr="00D14508">
        <w:rPr>
          <w:rFonts w:ascii="Times New Roman" w:hAnsi="Times New Roman" w:cs="Times New Roman"/>
          <w:sz w:val="28"/>
          <w:szCs w:val="28"/>
        </w:rPr>
        <w:t>i: ………………………………………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Hai bên th</w:t>
      </w:r>
      <w:r w:rsidRPr="00D14508">
        <w:rPr>
          <w:rFonts w:ascii="Times New Roman" w:hAnsi="Times New Roman" w:cs="Times New Roman"/>
          <w:sz w:val="28"/>
          <w:szCs w:val="28"/>
        </w:rPr>
        <w:t>ố</w:t>
      </w:r>
      <w:r w:rsidRPr="00D14508">
        <w:rPr>
          <w:rFonts w:ascii="Times New Roman" w:hAnsi="Times New Roman" w:cs="Times New Roman"/>
          <w:sz w:val="28"/>
          <w:szCs w:val="28"/>
        </w:rPr>
        <w:t>ng nh</w:t>
      </w:r>
      <w:r w:rsidRPr="00D14508">
        <w:rPr>
          <w:rFonts w:ascii="Times New Roman" w:hAnsi="Times New Roman" w:cs="Times New Roman"/>
          <w:sz w:val="28"/>
          <w:szCs w:val="28"/>
        </w:rPr>
        <w:t>ấ</w:t>
      </w:r>
      <w:r w:rsidRPr="00D14508">
        <w:rPr>
          <w:rFonts w:ascii="Times New Roman" w:hAnsi="Times New Roman" w:cs="Times New Roman"/>
          <w:sz w:val="28"/>
          <w:szCs w:val="28"/>
        </w:rPr>
        <w:t>t th</w:t>
      </w:r>
      <w:r w:rsidRPr="00D14508">
        <w:rPr>
          <w:rFonts w:ascii="Times New Roman" w:hAnsi="Times New Roman" w:cs="Times New Roman"/>
          <w:sz w:val="28"/>
          <w:szCs w:val="28"/>
        </w:rPr>
        <w:t>ỏ</w:t>
      </w:r>
      <w:r w:rsidRPr="00D14508">
        <w:rPr>
          <w:rFonts w:ascii="Times New Roman" w:hAnsi="Times New Roman" w:cs="Times New Roman"/>
          <w:sz w:val="28"/>
          <w:szCs w:val="28"/>
        </w:rPr>
        <w:t>a thu</w:t>
      </w:r>
      <w:r w:rsidRPr="00D14508">
        <w:rPr>
          <w:rFonts w:ascii="Times New Roman" w:hAnsi="Times New Roman" w:cs="Times New Roman"/>
          <w:sz w:val="28"/>
          <w:szCs w:val="28"/>
        </w:rPr>
        <w:t>ậ</w:t>
      </w:r>
      <w:r w:rsidRPr="00D14508">
        <w:rPr>
          <w:rFonts w:ascii="Times New Roman" w:hAnsi="Times New Roman" w:cs="Times New Roman"/>
          <w:sz w:val="28"/>
          <w:szCs w:val="28"/>
        </w:rPr>
        <w:t>n b</w:t>
      </w:r>
      <w:r w:rsidRPr="00D14508">
        <w:rPr>
          <w:rFonts w:ascii="Times New Roman" w:hAnsi="Times New Roman" w:cs="Times New Roman"/>
          <w:sz w:val="28"/>
          <w:szCs w:val="28"/>
        </w:rPr>
        <w:t>ổ</w:t>
      </w:r>
      <w:r w:rsidRPr="00D14508">
        <w:rPr>
          <w:rFonts w:ascii="Times New Roman" w:hAnsi="Times New Roman" w:cs="Times New Roman"/>
          <w:sz w:val="28"/>
          <w:szCs w:val="28"/>
        </w:rPr>
        <w:t xml:space="preserve"> sung ph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 c</w:t>
      </w:r>
      <w:r w:rsidRPr="00D14508">
        <w:rPr>
          <w:rFonts w:ascii="Times New Roman" w:hAnsi="Times New Roman" w:cs="Times New Roman"/>
          <w:sz w:val="28"/>
          <w:szCs w:val="28"/>
        </w:rPr>
        <w:t>ấ</w:t>
      </w:r>
      <w:r w:rsidRPr="00D14508">
        <w:rPr>
          <w:rFonts w:ascii="Times New Roman" w:hAnsi="Times New Roman" w:cs="Times New Roman"/>
          <w:sz w:val="28"/>
          <w:szCs w:val="28"/>
        </w:rPr>
        <w:t>p trách nhi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m vào H</w:t>
      </w:r>
      <w:r w:rsidRPr="00D14508">
        <w:rPr>
          <w:rFonts w:ascii="Times New Roman" w:hAnsi="Times New Roman" w:cs="Times New Roman"/>
          <w:sz w:val="28"/>
          <w:szCs w:val="28"/>
        </w:rPr>
        <w:t>ợ</w:t>
      </w:r>
      <w:r w:rsidRPr="00D14508">
        <w:rPr>
          <w:rFonts w:ascii="Times New Roman" w:hAnsi="Times New Roman" w:cs="Times New Roman"/>
          <w:sz w:val="28"/>
          <w:szCs w:val="28"/>
        </w:rPr>
        <w:t>p đ</w:t>
      </w:r>
      <w:r w:rsidRPr="00D14508">
        <w:rPr>
          <w:rFonts w:ascii="Times New Roman" w:hAnsi="Times New Roman" w:cs="Times New Roman"/>
          <w:sz w:val="28"/>
          <w:szCs w:val="28"/>
        </w:rPr>
        <w:t>ồ</w:t>
      </w:r>
      <w:r w:rsidRPr="00D14508">
        <w:rPr>
          <w:rFonts w:ascii="Times New Roman" w:hAnsi="Times New Roman" w:cs="Times New Roman"/>
          <w:sz w:val="28"/>
          <w:szCs w:val="28"/>
        </w:rPr>
        <w:t>ng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 đã ký như sau: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Đi</w:t>
      </w:r>
      <w:r w:rsidRPr="00D14508">
        <w:rPr>
          <w:rFonts w:ascii="Times New Roman" w:hAnsi="Times New Roman" w:cs="Times New Roman"/>
          <w:sz w:val="28"/>
          <w:szCs w:val="28"/>
        </w:rPr>
        <w:t>ề</w:t>
      </w:r>
      <w:r w:rsidRPr="00D14508">
        <w:rPr>
          <w:rFonts w:ascii="Times New Roman" w:hAnsi="Times New Roman" w:cs="Times New Roman"/>
          <w:sz w:val="28"/>
          <w:szCs w:val="28"/>
        </w:rPr>
        <w:t>u 1. N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i dung ph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 c</w:t>
      </w:r>
      <w:r w:rsidRPr="00D14508">
        <w:rPr>
          <w:rFonts w:ascii="Times New Roman" w:hAnsi="Times New Roman" w:cs="Times New Roman"/>
          <w:sz w:val="28"/>
          <w:szCs w:val="28"/>
        </w:rPr>
        <w:t>ấ</w:t>
      </w:r>
      <w:r w:rsidRPr="00D14508">
        <w:rPr>
          <w:rFonts w:ascii="Times New Roman" w:hAnsi="Times New Roman" w:cs="Times New Roman"/>
          <w:sz w:val="28"/>
          <w:szCs w:val="28"/>
        </w:rPr>
        <w:t>p trách nhi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m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Bên B đư</w:t>
      </w:r>
      <w:r w:rsidRPr="00D14508">
        <w:rPr>
          <w:rFonts w:ascii="Times New Roman" w:hAnsi="Times New Roman" w:cs="Times New Roman"/>
          <w:sz w:val="28"/>
          <w:szCs w:val="28"/>
        </w:rPr>
        <w:t>ợ</w:t>
      </w:r>
      <w:r w:rsidRPr="00D14508">
        <w:rPr>
          <w:rFonts w:ascii="Times New Roman" w:hAnsi="Times New Roman" w:cs="Times New Roman"/>
          <w:sz w:val="28"/>
          <w:szCs w:val="28"/>
        </w:rPr>
        <w:t>c hư</w:t>
      </w:r>
      <w:r w:rsidRPr="00D14508">
        <w:rPr>
          <w:rFonts w:ascii="Times New Roman" w:hAnsi="Times New Roman" w:cs="Times New Roman"/>
          <w:sz w:val="28"/>
          <w:szCs w:val="28"/>
        </w:rPr>
        <w:t>ở</w:t>
      </w:r>
      <w:r w:rsidRPr="00D14508">
        <w:rPr>
          <w:rFonts w:ascii="Times New Roman" w:hAnsi="Times New Roman" w:cs="Times New Roman"/>
          <w:sz w:val="28"/>
          <w:szCs w:val="28"/>
        </w:rPr>
        <w:t>ng ph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 c</w:t>
      </w:r>
      <w:r w:rsidRPr="00D14508">
        <w:rPr>
          <w:rFonts w:ascii="Times New Roman" w:hAnsi="Times New Roman" w:cs="Times New Roman"/>
          <w:sz w:val="28"/>
          <w:szCs w:val="28"/>
        </w:rPr>
        <w:t>ấ</w:t>
      </w:r>
      <w:r w:rsidRPr="00D14508">
        <w:rPr>
          <w:rFonts w:ascii="Times New Roman" w:hAnsi="Times New Roman" w:cs="Times New Roman"/>
          <w:sz w:val="28"/>
          <w:szCs w:val="28"/>
        </w:rPr>
        <w:t>p trách nhi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m hàng tháng v</w:t>
      </w:r>
      <w:r w:rsidRPr="00D14508">
        <w:rPr>
          <w:rFonts w:ascii="Times New Roman" w:hAnsi="Times New Roman" w:cs="Times New Roman"/>
          <w:sz w:val="28"/>
          <w:szCs w:val="28"/>
        </w:rPr>
        <w:t>ớ</w:t>
      </w:r>
      <w:r w:rsidRPr="00D14508">
        <w:rPr>
          <w:rFonts w:ascii="Times New Roman" w:hAnsi="Times New Roman" w:cs="Times New Roman"/>
          <w:sz w:val="28"/>
          <w:szCs w:val="28"/>
        </w:rPr>
        <w:t>i m</w:t>
      </w:r>
      <w:r w:rsidRPr="00D14508">
        <w:rPr>
          <w:rFonts w:ascii="Times New Roman" w:hAnsi="Times New Roman" w:cs="Times New Roman"/>
          <w:sz w:val="28"/>
          <w:szCs w:val="28"/>
        </w:rPr>
        <w:t>ứ</w:t>
      </w:r>
      <w:r w:rsidRPr="00D14508">
        <w:rPr>
          <w:rFonts w:ascii="Times New Roman" w:hAnsi="Times New Roman" w:cs="Times New Roman"/>
          <w:sz w:val="28"/>
          <w:szCs w:val="28"/>
        </w:rPr>
        <w:t>c: ………… VNĐ/tháng (ho</w:t>
      </w:r>
      <w:r w:rsidRPr="00D14508">
        <w:rPr>
          <w:rFonts w:ascii="Times New Roman" w:hAnsi="Times New Roman" w:cs="Times New Roman"/>
          <w:sz w:val="28"/>
          <w:szCs w:val="28"/>
        </w:rPr>
        <w:t>ặ</w:t>
      </w:r>
      <w:r w:rsidRPr="00D14508">
        <w:rPr>
          <w:rFonts w:ascii="Times New Roman" w:hAnsi="Times New Roman" w:cs="Times New Roman"/>
          <w:sz w:val="28"/>
          <w:szCs w:val="28"/>
        </w:rPr>
        <w:t>c …% m</w:t>
      </w:r>
      <w:r w:rsidRPr="00D14508">
        <w:rPr>
          <w:rFonts w:ascii="Times New Roman" w:hAnsi="Times New Roman" w:cs="Times New Roman"/>
          <w:sz w:val="28"/>
          <w:szCs w:val="28"/>
        </w:rPr>
        <w:t>ứ</w:t>
      </w:r>
      <w:r w:rsidRPr="00D14508">
        <w:rPr>
          <w:rFonts w:ascii="Times New Roman" w:hAnsi="Times New Roman" w:cs="Times New Roman"/>
          <w:sz w:val="28"/>
          <w:szCs w:val="28"/>
        </w:rPr>
        <w:t>c lương cơ b</w:t>
      </w:r>
      <w:r w:rsidRPr="00D14508">
        <w:rPr>
          <w:rFonts w:ascii="Times New Roman" w:hAnsi="Times New Roman" w:cs="Times New Roman"/>
          <w:sz w:val="28"/>
          <w:szCs w:val="28"/>
        </w:rPr>
        <w:t>ả</w:t>
      </w:r>
      <w:r w:rsidRPr="00D14508">
        <w:rPr>
          <w:rFonts w:ascii="Times New Roman" w:hAnsi="Times New Roman" w:cs="Times New Roman"/>
          <w:sz w:val="28"/>
          <w:szCs w:val="28"/>
        </w:rPr>
        <w:t>n).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Kho</w:t>
      </w:r>
      <w:r w:rsidRPr="00D14508">
        <w:rPr>
          <w:rFonts w:ascii="Times New Roman" w:hAnsi="Times New Roman" w:cs="Times New Roman"/>
          <w:sz w:val="28"/>
          <w:szCs w:val="28"/>
        </w:rPr>
        <w:t>ả</w:t>
      </w:r>
      <w:r w:rsidRPr="00D14508">
        <w:rPr>
          <w:rFonts w:ascii="Times New Roman" w:hAnsi="Times New Roman" w:cs="Times New Roman"/>
          <w:sz w:val="28"/>
          <w:szCs w:val="28"/>
        </w:rPr>
        <w:t>n ph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 c</w:t>
      </w:r>
      <w:r w:rsidRPr="00D14508">
        <w:rPr>
          <w:rFonts w:ascii="Times New Roman" w:hAnsi="Times New Roman" w:cs="Times New Roman"/>
          <w:sz w:val="28"/>
          <w:szCs w:val="28"/>
        </w:rPr>
        <w:t>ấ</w:t>
      </w:r>
      <w:r w:rsidRPr="00D14508">
        <w:rPr>
          <w:rFonts w:ascii="Times New Roman" w:hAnsi="Times New Roman" w:cs="Times New Roman"/>
          <w:sz w:val="28"/>
          <w:szCs w:val="28"/>
        </w:rPr>
        <w:t>p này đư</w:t>
      </w:r>
      <w:r w:rsidRPr="00D14508">
        <w:rPr>
          <w:rFonts w:ascii="Times New Roman" w:hAnsi="Times New Roman" w:cs="Times New Roman"/>
          <w:sz w:val="28"/>
          <w:szCs w:val="28"/>
        </w:rPr>
        <w:t>ợ</w:t>
      </w:r>
      <w:r w:rsidRPr="00D14508">
        <w:rPr>
          <w:rFonts w:ascii="Times New Roman" w:hAnsi="Times New Roman" w:cs="Times New Roman"/>
          <w:sz w:val="28"/>
          <w:szCs w:val="28"/>
        </w:rPr>
        <w:t>c tr</w:t>
      </w:r>
      <w:r w:rsidRPr="00D14508">
        <w:rPr>
          <w:rFonts w:ascii="Times New Roman" w:hAnsi="Times New Roman" w:cs="Times New Roman"/>
          <w:sz w:val="28"/>
          <w:szCs w:val="28"/>
        </w:rPr>
        <w:t>ả</w:t>
      </w:r>
      <w:r w:rsidRPr="00D14508">
        <w:rPr>
          <w:rFonts w:ascii="Times New Roman" w:hAnsi="Times New Roman" w:cs="Times New Roman"/>
          <w:sz w:val="28"/>
          <w:szCs w:val="28"/>
        </w:rPr>
        <w:t xml:space="preserve"> cùng k</w:t>
      </w:r>
      <w:r w:rsidRPr="00D14508">
        <w:rPr>
          <w:rFonts w:ascii="Times New Roman" w:hAnsi="Times New Roman" w:cs="Times New Roman"/>
          <w:sz w:val="28"/>
          <w:szCs w:val="28"/>
        </w:rPr>
        <w:t>ỳ</w:t>
      </w:r>
      <w:r w:rsidRPr="00D14508">
        <w:rPr>
          <w:rFonts w:ascii="Times New Roman" w:hAnsi="Times New Roman" w:cs="Times New Roman"/>
          <w:sz w:val="28"/>
          <w:szCs w:val="28"/>
        </w:rPr>
        <w:t xml:space="preserve"> tr</w:t>
      </w:r>
      <w:r w:rsidRPr="00D14508">
        <w:rPr>
          <w:rFonts w:ascii="Times New Roman" w:hAnsi="Times New Roman" w:cs="Times New Roman"/>
          <w:sz w:val="28"/>
          <w:szCs w:val="28"/>
        </w:rPr>
        <w:t>ả</w:t>
      </w:r>
      <w:r w:rsidRPr="00D14508">
        <w:rPr>
          <w:rFonts w:ascii="Times New Roman" w:hAnsi="Times New Roman" w:cs="Times New Roman"/>
          <w:sz w:val="28"/>
          <w:szCs w:val="28"/>
        </w:rPr>
        <w:t xml:space="preserve"> lương hàng tháng.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Kho</w:t>
      </w:r>
      <w:r w:rsidRPr="00D14508">
        <w:rPr>
          <w:rFonts w:ascii="Times New Roman" w:hAnsi="Times New Roman" w:cs="Times New Roman"/>
          <w:sz w:val="28"/>
          <w:szCs w:val="28"/>
        </w:rPr>
        <w:t>ả</w:t>
      </w:r>
      <w:r w:rsidRPr="00D14508">
        <w:rPr>
          <w:rFonts w:ascii="Times New Roman" w:hAnsi="Times New Roman" w:cs="Times New Roman"/>
          <w:sz w:val="28"/>
          <w:szCs w:val="28"/>
        </w:rPr>
        <w:t>n ph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 c</w:t>
      </w:r>
      <w:r w:rsidRPr="00D14508">
        <w:rPr>
          <w:rFonts w:ascii="Times New Roman" w:hAnsi="Times New Roman" w:cs="Times New Roman"/>
          <w:sz w:val="28"/>
          <w:szCs w:val="28"/>
        </w:rPr>
        <w:t>ấ</w:t>
      </w:r>
      <w:r w:rsidRPr="00D14508">
        <w:rPr>
          <w:rFonts w:ascii="Times New Roman" w:hAnsi="Times New Roman" w:cs="Times New Roman"/>
          <w:sz w:val="28"/>
          <w:szCs w:val="28"/>
        </w:rPr>
        <w:t>p trách nhi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m là m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t ph</w:t>
      </w:r>
      <w:r w:rsidRPr="00D14508">
        <w:rPr>
          <w:rFonts w:ascii="Times New Roman" w:hAnsi="Times New Roman" w:cs="Times New Roman"/>
          <w:sz w:val="28"/>
          <w:szCs w:val="28"/>
        </w:rPr>
        <w:t>ầ</w:t>
      </w:r>
      <w:r w:rsidRPr="00D14508">
        <w:rPr>
          <w:rFonts w:ascii="Times New Roman" w:hAnsi="Times New Roman" w:cs="Times New Roman"/>
          <w:sz w:val="28"/>
          <w:szCs w:val="28"/>
        </w:rPr>
        <w:t>n c</w:t>
      </w:r>
      <w:r w:rsidRPr="00D14508">
        <w:rPr>
          <w:rFonts w:ascii="Times New Roman" w:hAnsi="Times New Roman" w:cs="Times New Roman"/>
          <w:sz w:val="28"/>
          <w:szCs w:val="28"/>
        </w:rPr>
        <w:t>ủ</w:t>
      </w:r>
      <w:r w:rsidRPr="00D14508">
        <w:rPr>
          <w:rFonts w:ascii="Times New Roman" w:hAnsi="Times New Roman" w:cs="Times New Roman"/>
          <w:sz w:val="28"/>
          <w:szCs w:val="28"/>
        </w:rPr>
        <w:t>a ti</w:t>
      </w:r>
      <w:r w:rsidRPr="00D14508">
        <w:rPr>
          <w:rFonts w:ascii="Times New Roman" w:hAnsi="Times New Roman" w:cs="Times New Roman"/>
          <w:sz w:val="28"/>
          <w:szCs w:val="28"/>
        </w:rPr>
        <w:t>ề</w:t>
      </w:r>
      <w:r w:rsidRPr="00D14508">
        <w:rPr>
          <w:rFonts w:ascii="Times New Roman" w:hAnsi="Times New Roman" w:cs="Times New Roman"/>
          <w:sz w:val="28"/>
          <w:szCs w:val="28"/>
        </w:rPr>
        <w:t>n lương, đư</w:t>
      </w:r>
      <w:r w:rsidRPr="00D14508">
        <w:rPr>
          <w:rFonts w:ascii="Times New Roman" w:hAnsi="Times New Roman" w:cs="Times New Roman"/>
          <w:sz w:val="28"/>
          <w:szCs w:val="28"/>
        </w:rPr>
        <w:t>ợ</w:t>
      </w:r>
      <w:r w:rsidRPr="00D14508">
        <w:rPr>
          <w:rFonts w:ascii="Times New Roman" w:hAnsi="Times New Roman" w:cs="Times New Roman"/>
          <w:sz w:val="28"/>
          <w:szCs w:val="28"/>
        </w:rPr>
        <w:t>c tính làm căn c</w:t>
      </w:r>
      <w:r w:rsidRPr="00D14508">
        <w:rPr>
          <w:rFonts w:ascii="Times New Roman" w:hAnsi="Times New Roman" w:cs="Times New Roman"/>
          <w:sz w:val="28"/>
          <w:szCs w:val="28"/>
        </w:rPr>
        <w:t>ứ</w:t>
      </w:r>
      <w:r w:rsidRPr="00D14508">
        <w:rPr>
          <w:rFonts w:ascii="Times New Roman" w:hAnsi="Times New Roman" w:cs="Times New Roman"/>
          <w:sz w:val="28"/>
          <w:szCs w:val="28"/>
        </w:rPr>
        <w:t xml:space="preserve"> đóng các lo</w:t>
      </w:r>
      <w:r w:rsidRPr="00D14508">
        <w:rPr>
          <w:rFonts w:ascii="Times New Roman" w:hAnsi="Times New Roman" w:cs="Times New Roman"/>
          <w:sz w:val="28"/>
          <w:szCs w:val="28"/>
        </w:rPr>
        <w:t>ạ</w:t>
      </w:r>
      <w:r w:rsidRPr="00D14508">
        <w:rPr>
          <w:rFonts w:ascii="Times New Roman" w:hAnsi="Times New Roman" w:cs="Times New Roman"/>
          <w:sz w:val="28"/>
          <w:szCs w:val="28"/>
        </w:rPr>
        <w:t>i b</w:t>
      </w:r>
      <w:r w:rsidRPr="00D14508">
        <w:rPr>
          <w:rFonts w:ascii="Times New Roman" w:hAnsi="Times New Roman" w:cs="Times New Roman"/>
          <w:sz w:val="28"/>
          <w:szCs w:val="28"/>
        </w:rPr>
        <w:t>ả</w:t>
      </w:r>
      <w:r w:rsidRPr="00D14508">
        <w:rPr>
          <w:rFonts w:ascii="Times New Roman" w:hAnsi="Times New Roman" w:cs="Times New Roman"/>
          <w:sz w:val="28"/>
          <w:szCs w:val="28"/>
        </w:rPr>
        <w:t>o hi</w:t>
      </w:r>
      <w:r w:rsidRPr="00D14508">
        <w:rPr>
          <w:rFonts w:ascii="Times New Roman" w:hAnsi="Times New Roman" w:cs="Times New Roman"/>
          <w:sz w:val="28"/>
          <w:szCs w:val="28"/>
        </w:rPr>
        <w:t>ể</w:t>
      </w:r>
      <w:r w:rsidRPr="00D14508">
        <w:rPr>
          <w:rFonts w:ascii="Times New Roman" w:hAnsi="Times New Roman" w:cs="Times New Roman"/>
          <w:sz w:val="28"/>
          <w:szCs w:val="28"/>
        </w:rPr>
        <w:t>m b</w:t>
      </w:r>
      <w:r w:rsidRPr="00D14508">
        <w:rPr>
          <w:rFonts w:ascii="Times New Roman" w:hAnsi="Times New Roman" w:cs="Times New Roman"/>
          <w:sz w:val="28"/>
          <w:szCs w:val="28"/>
        </w:rPr>
        <w:t>ắ</w:t>
      </w:r>
      <w:r w:rsidRPr="00D14508">
        <w:rPr>
          <w:rFonts w:ascii="Times New Roman" w:hAnsi="Times New Roman" w:cs="Times New Roman"/>
          <w:sz w:val="28"/>
          <w:szCs w:val="28"/>
        </w:rPr>
        <w:t>t bu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c theo quy đ</w:t>
      </w:r>
      <w:r w:rsidRPr="00D14508">
        <w:rPr>
          <w:rFonts w:ascii="Times New Roman" w:hAnsi="Times New Roman" w:cs="Times New Roman"/>
          <w:sz w:val="28"/>
          <w:szCs w:val="28"/>
        </w:rPr>
        <w:t>ị</w:t>
      </w:r>
      <w:r w:rsidRPr="00D14508">
        <w:rPr>
          <w:rFonts w:ascii="Times New Roman" w:hAnsi="Times New Roman" w:cs="Times New Roman"/>
          <w:sz w:val="28"/>
          <w:szCs w:val="28"/>
        </w:rPr>
        <w:t>nh pháp lu</w:t>
      </w:r>
      <w:r w:rsidRPr="00D14508">
        <w:rPr>
          <w:rFonts w:ascii="Times New Roman" w:hAnsi="Times New Roman" w:cs="Times New Roman"/>
          <w:sz w:val="28"/>
          <w:szCs w:val="28"/>
        </w:rPr>
        <w:t>ậ</w:t>
      </w:r>
      <w:r w:rsidRPr="00D14508">
        <w:rPr>
          <w:rFonts w:ascii="Times New Roman" w:hAnsi="Times New Roman" w:cs="Times New Roman"/>
          <w:sz w:val="28"/>
          <w:szCs w:val="28"/>
        </w:rPr>
        <w:t>t.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Đi</w:t>
      </w:r>
      <w:r w:rsidRPr="00D14508">
        <w:rPr>
          <w:rFonts w:ascii="Times New Roman" w:hAnsi="Times New Roman" w:cs="Times New Roman"/>
          <w:sz w:val="28"/>
          <w:szCs w:val="28"/>
        </w:rPr>
        <w:t>ề</w:t>
      </w:r>
      <w:r w:rsidRPr="00D14508">
        <w:rPr>
          <w:rFonts w:ascii="Times New Roman" w:hAnsi="Times New Roman" w:cs="Times New Roman"/>
          <w:sz w:val="28"/>
          <w:szCs w:val="28"/>
        </w:rPr>
        <w:t>u 2. 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u l</w:t>
      </w:r>
      <w:r w:rsidRPr="00D14508">
        <w:rPr>
          <w:rFonts w:ascii="Times New Roman" w:hAnsi="Times New Roman" w:cs="Times New Roman"/>
          <w:sz w:val="28"/>
          <w:szCs w:val="28"/>
        </w:rPr>
        <w:t>ự</w:t>
      </w:r>
      <w:r w:rsidRPr="00D14508">
        <w:rPr>
          <w:rFonts w:ascii="Times New Roman" w:hAnsi="Times New Roman" w:cs="Times New Roman"/>
          <w:sz w:val="28"/>
          <w:szCs w:val="28"/>
        </w:rPr>
        <w:t>c th</w:t>
      </w:r>
      <w:r w:rsidRPr="00D14508">
        <w:rPr>
          <w:rFonts w:ascii="Times New Roman" w:hAnsi="Times New Roman" w:cs="Times New Roman"/>
          <w:sz w:val="28"/>
          <w:szCs w:val="28"/>
        </w:rPr>
        <w:t>ự</w:t>
      </w:r>
      <w:r w:rsidRPr="00D14508">
        <w:rPr>
          <w:rFonts w:ascii="Times New Roman" w:hAnsi="Times New Roman" w:cs="Times New Roman"/>
          <w:sz w:val="28"/>
          <w:szCs w:val="28"/>
        </w:rPr>
        <w:t>c 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n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Ph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 l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c </w:t>
      </w:r>
      <w:r w:rsidRPr="00D14508">
        <w:rPr>
          <w:rFonts w:ascii="Times New Roman" w:hAnsi="Times New Roman" w:cs="Times New Roman"/>
          <w:sz w:val="28"/>
          <w:szCs w:val="28"/>
        </w:rPr>
        <w:t>này là m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t ph</w:t>
      </w:r>
      <w:r w:rsidRPr="00D14508">
        <w:rPr>
          <w:rFonts w:ascii="Times New Roman" w:hAnsi="Times New Roman" w:cs="Times New Roman"/>
          <w:sz w:val="28"/>
          <w:szCs w:val="28"/>
        </w:rPr>
        <w:t>ầ</w:t>
      </w:r>
      <w:r w:rsidRPr="00D14508">
        <w:rPr>
          <w:rFonts w:ascii="Times New Roman" w:hAnsi="Times New Roman" w:cs="Times New Roman"/>
          <w:sz w:val="28"/>
          <w:szCs w:val="28"/>
        </w:rPr>
        <w:t>n không tách r</w:t>
      </w:r>
      <w:r w:rsidRPr="00D14508">
        <w:rPr>
          <w:rFonts w:ascii="Times New Roman" w:hAnsi="Times New Roman" w:cs="Times New Roman"/>
          <w:sz w:val="28"/>
          <w:szCs w:val="28"/>
        </w:rPr>
        <w:t>ờ</w:t>
      </w:r>
      <w:r w:rsidRPr="00D14508">
        <w:rPr>
          <w:rFonts w:ascii="Times New Roman" w:hAnsi="Times New Roman" w:cs="Times New Roman"/>
          <w:sz w:val="28"/>
          <w:szCs w:val="28"/>
        </w:rPr>
        <w:t>i c</w:t>
      </w:r>
      <w:r w:rsidRPr="00D14508">
        <w:rPr>
          <w:rFonts w:ascii="Times New Roman" w:hAnsi="Times New Roman" w:cs="Times New Roman"/>
          <w:sz w:val="28"/>
          <w:szCs w:val="28"/>
        </w:rPr>
        <w:t>ủ</w:t>
      </w:r>
      <w:r w:rsidRPr="00D14508">
        <w:rPr>
          <w:rFonts w:ascii="Times New Roman" w:hAnsi="Times New Roman" w:cs="Times New Roman"/>
          <w:sz w:val="28"/>
          <w:szCs w:val="28"/>
        </w:rPr>
        <w:t>a H</w:t>
      </w:r>
      <w:r w:rsidRPr="00D14508">
        <w:rPr>
          <w:rFonts w:ascii="Times New Roman" w:hAnsi="Times New Roman" w:cs="Times New Roman"/>
          <w:sz w:val="28"/>
          <w:szCs w:val="28"/>
        </w:rPr>
        <w:t>ợ</w:t>
      </w:r>
      <w:r w:rsidRPr="00D14508">
        <w:rPr>
          <w:rFonts w:ascii="Times New Roman" w:hAnsi="Times New Roman" w:cs="Times New Roman"/>
          <w:sz w:val="28"/>
          <w:szCs w:val="28"/>
        </w:rPr>
        <w:t>p đ</w:t>
      </w:r>
      <w:r w:rsidRPr="00D14508">
        <w:rPr>
          <w:rFonts w:ascii="Times New Roman" w:hAnsi="Times New Roman" w:cs="Times New Roman"/>
          <w:sz w:val="28"/>
          <w:szCs w:val="28"/>
        </w:rPr>
        <w:t>ồ</w:t>
      </w:r>
      <w:r w:rsidRPr="00D14508">
        <w:rPr>
          <w:rFonts w:ascii="Times New Roman" w:hAnsi="Times New Roman" w:cs="Times New Roman"/>
          <w:sz w:val="28"/>
          <w:szCs w:val="28"/>
        </w:rPr>
        <w:t>ng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 s</w:t>
      </w:r>
      <w:r w:rsidRPr="00D14508">
        <w:rPr>
          <w:rFonts w:ascii="Times New Roman" w:hAnsi="Times New Roman" w:cs="Times New Roman"/>
          <w:sz w:val="28"/>
          <w:szCs w:val="28"/>
        </w:rPr>
        <w:t>ố</w:t>
      </w:r>
      <w:r w:rsidRPr="00D14508">
        <w:rPr>
          <w:rFonts w:ascii="Times New Roman" w:hAnsi="Times New Roman" w:cs="Times New Roman"/>
          <w:sz w:val="28"/>
          <w:szCs w:val="28"/>
        </w:rPr>
        <w:t xml:space="preserve"> …/HĐLĐ ngày …/…/…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Các n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i dung khác c</w:t>
      </w:r>
      <w:r w:rsidRPr="00D14508">
        <w:rPr>
          <w:rFonts w:ascii="Times New Roman" w:hAnsi="Times New Roman" w:cs="Times New Roman"/>
          <w:sz w:val="28"/>
          <w:szCs w:val="28"/>
        </w:rPr>
        <w:t>ủ</w:t>
      </w:r>
      <w:r w:rsidRPr="00D14508">
        <w:rPr>
          <w:rFonts w:ascii="Times New Roman" w:hAnsi="Times New Roman" w:cs="Times New Roman"/>
          <w:sz w:val="28"/>
          <w:szCs w:val="28"/>
        </w:rPr>
        <w:t>a H</w:t>
      </w:r>
      <w:r w:rsidRPr="00D14508">
        <w:rPr>
          <w:rFonts w:ascii="Times New Roman" w:hAnsi="Times New Roman" w:cs="Times New Roman"/>
          <w:sz w:val="28"/>
          <w:szCs w:val="28"/>
        </w:rPr>
        <w:t>ợ</w:t>
      </w:r>
      <w:r w:rsidRPr="00D14508">
        <w:rPr>
          <w:rFonts w:ascii="Times New Roman" w:hAnsi="Times New Roman" w:cs="Times New Roman"/>
          <w:sz w:val="28"/>
          <w:szCs w:val="28"/>
        </w:rPr>
        <w:t>p đ</w:t>
      </w:r>
      <w:r w:rsidRPr="00D14508">
        <w:rPr>
          <w:rFonts w:ascii="Times New Roman" w:hAnsi="Times New Roman" w:cs="Times New Roman"/>
          <w:sz w:val="28"/>
          <w:szCs w:val="28"/>
        </w:rPr>
        <w:t>ồ</w:t>
      </w:r>
      <w:r w:rsidRPr="00D14508">
        <w:rPr>
          <w:rFonts w:ascii="Times New Roman" w:hAnsi="Times New Roman" w:cs="Times New Roman"/>
          <w:sz w:val="28"/>
          <w:szCs w:val="28"/>
        </w:rPr>
        <w:t>ng lao đ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ng không s</w:t>
      </w:r>
      <w:r w:rsidRPr="00D14508">
        <w:rPr>
          <w:rFonts w:ascii="Times New Roman" w:hAnsi="Times New Roman" w:cs="Times New Roman"/>
          <w:sz w:val="28"/>
          <w:szCs w:val="28"/>
        </w:rPr>
        <w:t>ử</w:t>
      </w:r>
      <w:r w:rsidRPr="00D14508">
        <w:rPr>
          <w:rFonts w:ascii="Times New Roman" w:hAnsi="Times New Roman" w:cs="Times New Roman"/>
          <w:sz w:val="28"/>
          <w:szCs w:val="28"/>
        </w:rPr>
        <w:t>a đ</w:t>
      </w:r>
      <w:r w:rsidRPr="00D14508">
        <w:rPr>
          <w:rFonts w:ascii="Times New Roman" w:hAnsi="Times New Roman" w:cs="Times New Roman"/>
          <w:sz w:val="28"/>
          <w:szCs w:val="28"/>
        </w:rPr>
        <w:t>ổ</w:t>
      </w:r>
      <w:r w:rsidRPr="00D14508">
        <w:rPr>
          <w:rFonts w:ascii="Times New Roman" w:hAnsi="Times New Roman" w:cs="Times New Roman"/>
          <w:sz w:val="28"/>
          <w:szCs w:val="28"/>
        </w:rPr>
        <w:t>i, b</w:t>
      </w:r>
      <w:r w:rsidRPr="00D14508">
        <w:rPr>
          <w:rFonts w:ascii="Times New Roman" w:hAnsi="Times New Roman" w:cs="Times New Roman"/>
          <w:sz w:val="28"/>
          <w:szCs w:val="28"/>
        </w:rPr>
        <w:t>ổ</w:t>
      </w:r>
      <w:r w:rsidRPr="00D14508">
        <w:rPr>
          <w:rFonts w:ascii="Times New Roman" w:hAnsi="Times New Roman" w:cs="Times New Roman"/>
          <w:sz w:val="28"/>
          <w:szCs w:val="28"/>
        </w:rPr>
        <w:t xml:space="preserve"> sung v</w:t>
      </w:r>
      <w:r w:rsidRPr="00D14508">
        <w:rPr>
          <w:rFonts w:ascii="Times New Roman" w:hAnsi="Times New Roman" w:cs="Times New Roman"/>
          <w:sz w:val="28"/>
          <w:szCs w:val="28"/>
        </w:rPr>
        <w:t>ẫ</w:t>
      </w:r>
      <w:r w:rsidRPr="00D14508">
        <w:rPr>
          <w:rFonts w:ascii="Times New Roman" w:hAnsi="Times New Roman" w:cs="Times New Roman"/>
          <w:sz w:val="28"/>
          <w:szCs w:val="28"/>
        </w:rPr>
        <w:t>n gi</w:t>
      </w:r>
      <w:r w:rsidRPr="00D14508">
        <w:rPr>
          <w:rFonts w:ascii="Times New Roman" w:hAnsi="Times New Roman" w:cs="Times New Roman"/>
          <w:sz w:val="28"/>
          <w:szCs w:val="28"/>
        </w:rPr>
        <w:t>ữ</w:t>
      </w:r>
      <w:r w:rsidRPr="00D14508">
        <w:rPr>
          <w:rFonts w:ascii="Times New Roman" w:hAnsi="Times New Roman" w:cs="Times New Roman"/>
          <w:sz w:val="28"/>
          <w:szCs w:val="28"/>
        </w:rPr>
        <w:t xml:space="preserve"> nguyên 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u l</w:t>
      </w:r>
      <w:r w:rsidRPr="00D14508">
        <w:rPr>
          <w:rFonts w:ascii="Times New Roman" w:hAnsi="Times New Roman" w:cs="Times New Roman"/>
          <w:sz w:val="28"/>
          <w:szCs w:val="28"/>
        </w:rPr>
        <w:t>ự</w:t>
      </w:r>
      <w:r w:rsidRPr="00D14508">
        <w:rPr>
          <w:rFonts w:ascii="Times New Roman" w:hAnsi="Times New Roman" w:cs="Times New Roman"/>
          <w:sz w:val="28"/>
          <w:szCs w:val="28"/>
        </w:rPr>
        <w:t>c.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- Ph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 xml:space="preserve"> l</w:t>
      </w:r>
      <w:r w:rsidRPr="00D14508">
        <w:rPr>
          <w:rFonts w:ascii="Times New Roman" w:hAnsi="Times New Roman" w:cs="Times New Roman"/>
          <w:sz w:val="28"/>
          <w:szCs w:val="28"/>
        </w:rPr>
        <w:t>ụ</w:t>
      </w:r>
      <w:r w:rsidRPr="00D14508">
        <w:rPr>
          <w:rFonts w:ascii="Times New Roman" w:hAnsi="Times New Roman" w:cs="Times New Roman"/>
          <w:sz w:val="28"/>
          <w:szCs w:val="28"/>
        </w:rPr>
        <w:t>c này có 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u l</w:t>
      </w:r>
      <w:r w:rsidRPr="00D14508">
        <w:rPr>
          <w:rFonts w:ascii="Times New Roman" w:hAnsi="Times New Roman" w:cs="Times New Roman"/>
          <w:sz w:val="28"/>
          <w:szCs w:val="28"/>
        </w:rPr>
        <w:t>ự</w:t>
      </w:r>
      <w:r w:rsidRPr="00D14508">
        <w:rPr>
          <w:rFonts w:ascii="Times New Roman" w:hAnsi="Times New Roman" w:cs="Times New Roman"/>
          <w:sz w:val="28"/>
          <w:szCs w:val="28"/>
        </w:rPr>
        <w:t>c t</w:t>
      </w:r>
      <w:r w:rsidRPr="00D14508">
        <w:rPr>
          <w:rFonts w:ascii="Times New Roman" w:hAnsi="Times New Roman" w:cs="Times New Roman"/>
          <w:sz w:val="28"/>
          <w:szCs w:val="28"/>
        </w:rPr>
        <w:t>ừ</w:t>
      </w:r>
      <w:r w:rsidRPr="00D14508">
        <w:rPr>
          <w:rFonts w:ascii="Times New Roman" w:hAnsi="Times New Roman" w:cs="Times New Roman"/>
          <w:sz w:val="28"/>
          <w:szCs w:val="28"/>
        </w:rPr>
        <w:t xml:space="preserve"> ngày … tháng … năm …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  <w:t>Đi</w:t>
      </w:r>
      <w:r w:rsidRPr="00D14508">
        <w:rPr>
          <w:rFonts w:ascii="Times New Roman" w:hAnsi="Times New Roman" w:cs="Times New Roman"/>
          <w:sz w:val="28"/>
          <w:szCs w:val="28"/>
        </w:rPr>
        <w:t>ề</w:t>
      </w:r>
      <w:r w:rsidRPr="00D14508">
        <w:rPr>
          <w:rFonts w:ascii="Times New Roman" w:hAnsi="Times New Roman" w:cs="Times New Roman"/>
          <w:sz w:val="28"/>
          <w:szCs w:val="28"/>
        </w:rPr>
        <w:t>u 3. Cam k</w:t>
      </w:r>
      <w:r w:rsidRPr="00D14508">
        <w:rPr>
          <w:rFonts w:ascii="Times New Roman" w:hAnsi="Times New Roman" w:cs="Times New Roman"/>
          <w:sz w:val="28"/>
          <w:szCs w:val="28"/>
        </w:rPr>
        <w:t>ế</w:t>
      </w:r>
      <w:r w:rsidRPr="00D14508">
        <w:rPr>
          <w:rFonts w:ascii="Times New Roman" w:hAnsi="Times New Roman" w:cs="Times New Roman"/>
          <w:sz w:val="28"/>
          <w:szCs w:val="28"/>
        </w:rPr>
        <w:t>t chung</w:t>
      </w:r>
    </w:p>
    <w:p w:rsidR="00B47FC0" w:rsidRPr="00D14508" w:rsidRDefault="00D14508">
      <w:pPr>
        <w:rPr>
          <w:rFonts w:ascii="Times New Roman" w:hAnsi="Times New Roman" w:cs="Times New Roman"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t>Hai bên cam k</w:t>
      </w:r>
      <w:r w:rsidRPr="00D14508">
        <w:rPr>
          <w:rFonts w:ascii="Times New Roman" w:hAnsi="Times New Roman" w:cs="Times New Roman"/>
          <w:sz w:val="28"/>
          <w:szCs w:val="28"/>
        </w:rPr>
        <w:t>ế</w:t>
      </w:r>
      <w:r w:rsidRPr="00D14508">
        <w:rPr>
          <w:rFonts w:ascii="Times New Roman" w:hAnsi="Times New Roman" w:cs="Times New Roman"/>
          <w:sz w:val="28"/>
          <w:szCs w:val="28"/>
        </w:rPr>
        <w:t>t th</w:t>
      </w:r>
      <w:r w:rsidRPr="00D14508">
        <w:rPr>
          <w:rFonts w:ascii="Times New Roman" w:hAnsi="Times New Roman" w:cs="Times New Roman"/>
          <w:sz w:val="28"/>
          <w:szCs w:val="28"/>
        </w:rPr>
        <w:t>ự</w:t>
      </w:r>
      <w:r w:rsidRPr="00D14508">
        <w:rPr>
          <w:rFonts w:ascii="Times New Roman" w:hAnsi="Times New Roman" w:cs="Times New Roman"/>
          <w:sz w:val="28"/>
          <w:szCs w:val="28"/>
        </w:rPr>
        <w:t>c hi</w:t>
      </w:r>
      <w:r w:rsidRPr="00D14508">
        <w:rPr>
          <w:rFonts w:ascii="Times New Roman" w:hAnsi="Times New Roman" w:cs="Times New Roman"/>
          <w:sz w:val="28"/>
          <w:szCs w:val="28"/>
        </w:rPr>
        <w:t>ệ</w:t>
      </w:r>
      <w:r w:rsidRPr="00D14508">
        <w:rPr>
          <w:rFonts w:ascii="Times New Roman" w:hAnsi="Times New Roman" w:cs="Times New Roman"/>
          <w:sz w:val="28"/>
          <w:szCs w:val="28"/>
        </w:rPr>
        <w:t>n nghiêm túc các n</w:t>
      </w:r>
      <w:r w:rsidRPr="00D14508">
        <w:rPr>
          <w:rFonts w:ascii="Times New Roman" w:hAnsi="Times New Roman" w:cs="Times New Roman"/>
          <w:sz w:val="28"/>
          <w:szCs w:val="28"/>
        </w:rPr>
        <w:t>ộ</w:t>
      </w:r>
      <w:r w:rsidRPr="00D14508">
        <w:rPr>
          <w:rFonts w:ascii="Times New Roman" w:hAnsi="Times New Roman" w:cs="Times New Roman"/>
          <w:sz w:val="28"/>
          <w:szCs w:val="28"/>
        </w:rPr>
        <w:t>i dung đã th</w:t>
      </w:r>
      <w:r w:rsidRPr="00D14508">
        <w:rPr>
          <w:rFonts w:ascii="Times New Roman" w:hAnsi="Times New Roman" w:cs="Times New Roman"/>
          <w:sz w:val="28"/>
          <w:szCs w:val="28"/>
        </w:rPr>
        <w:t>ỏ</w:t>
      </w:r>
      <w:r w:rsidRPr="00D14508">
        <w:rPr>
          <w:rFonts w:ascii="Times New Roman" w:hAnsi="Times New Roman" w:cs="Times New Roman"/>
          <w:sz w:val="28"/>
          <w:szCs w:val="28"/>
        </w:rPr>
        <w:t>a thu</w:t>
      </w:r>
      <w:r w:rsidRPr="00D14508">
        <w:rPr>
          <w:rFonts w:ascii="Times New Roman" w:hAnsi="Times New Roman" w:cs="Times New Roman"/>
          <w:sz w:val="28"/>
          <w:szCs w:val="28"/>
        </w:rPr>
        <w:t>ậ</w:t>
      </w:r>
      <w:r w:rsidRPr="00D14508">
        <w:rPr>
          <w:rFonts w:ascii="Times New Roman" w:hAnsi="Times New Roman" w:cs="Times New Roman"/>
          <w:sz w:val="28"/>
          <w:szCs w:val="28"/>
        </w:rPr>
        <w:t>n.</w:t>
      </w:r>
    </w:p>
    <w:p w:rsidR="00B47FC0" w:rsidRPr="00D14508" w:rsidRDefault="00D14508">
      <w:pPr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sz w:val="28"/>
          <w:szCs w:val="28"/>
        </w:rPr>
        <w:br/>
      </w:r>
      <w:r w:rsidRPr="00D14508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D14508">
        <w:rPr>
          <w:rFonts w:ascii="Times New Roman" w:hAnsi="Times New Roman" w:cs="Times New Roman"/>
          <w:b/>
          <w:sz w:val="28"/>
          <w:szCs w:val="28"/>
        </w:rPr>
        <w:t>Ạ</w:t>
      </w:r>
      <w:r w:rsidRPr="00D14508">
        <w:rPr>
          <w:rFonts w:ascii="Times New Roman" w:hAnsi="Times New Roman" w:cs="Times New Roman"/>
          <w:b/>
          <w:sz w:val="28"/>
          <w:szCs w:val="28"/>
        </w:rPr>
        <w:t>I DI</w:t>
      </w:r>
      <w:r w:rsidRPr="00D14508">
        <w:rPr>
          <w:rFonts w:ascii="Times New Roman" w:hAnsi="Times New Roman" w:cs="Times New Roman"/>
          <w:b/>
          <w:sz w:val="28"/>
          <w:szCs w:val="28"/>
        </w:rPr>
        <w:t>Ệ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N BÊN A (NSDLĐ)                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        NGƯ</w:t>
      </w:r>
      <w:r w:rsidRPr="00D14508">
        <w:rPr>
          <w:rFonts w:ascii="Times New Roman" w:hAnsi="Times New Roman" w:cs="Times New Roman"/>
          <w:b/>
          <w:sz w:val="28"/>
          <w:szCs w:val="28"/>
        </w:rPr>
        <w:t>Ờ</w:t>
      </w:r>
      <w:r w:rsidRPr="00D14508">
        <w:rPr>
          <w:rFonts w:ascii="Times New Roman" w:hAnsi="Times New Roman" w:cs="Times New Roman"/>
          <w:b/>
          <w:sz w:val="28"/>
          <w:szCs w:val="28"/>
        </w:rPr>
        <w:t>I LAO Đ</w:t>
      </w:r>
      <w:r w:rsidRPr="00D14508">
        <w:rPr>
          <w:rFonts w:ascii="Times New Roman" w:hAnsi="Times New Roman" w:cs="Times New Roman"/>
          <w:b/>
          <w:sz w:val="28"/>
          <w:szCs w:val="28"/>
        </w:rPr>
        <w:t>Ộ</w:t>
      </w:r>
      <w:r w:rsidRPr="00D14508">
        <w:rPr>
          <w:rFonts w:ascii="Times New Roman" w:hAnsi="Times New Roman" w:cs="Times New Roman"/>
          <w:b/>
          <w:sz w:val="28"/>
          <w:szCs w:val="28"/>
        </w:rPr>
        <w:t>NG (BÊN B)</w:t>
      </w:r>
    </w:p>
    <w:p w:rsidR="00B47FC0" w:rsidRPr="00D14508" w:rsidRDefault="00D14508">
      <w:pPr>
        <w:rPr>
          <w:rFonts w:ascii="Times New Roman" w:hAnsi="Times New Roman" w:cs="Times New Roman"/>
          <w:b/>
          <w:sz w:val="28"/>
          <w:szCs w:val="28"/>
        </w:rPr>
      </w:pPr>
      <w:r w:rsidRPr="00D14508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D14508">
        <w:rPr>
          <w:rFonts w:ascii="Times New Roman" w:hAnsi="Times New Roman" w:cs="Times New Roman"/>
          <w:b/>
          <w:sz w:val="28"/>
          <w:szCs w:val="28"/>
        </w:rPr>
        <w:t>ọ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 tên, đóng d</w:t>
      </w:r>
      <w:r w:rsidRPr="00D14508">
        <w:rPr>
          <w:rFonts w:ascii="Times New Roman" w:hAnsi="Times New Roman" w:cs="Times New Roman"/>
          <w:b/>
          <w:sz w:val="28"/>
          <w:szCs w:val="28"/>
        </w:rPr>
        <w:t>ấ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u)                              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  (Ký, ghi rõ h</w:t>
      </w:r>
      <w:r w:rsidRPr="00D14508">
        <w:rPr>
          <w:rFonts w:ascii="Times New Roman" w:hAnsi="Times New Roman" w:cs="Times New Roman"/>
          <w:b/>
          <w:sz w:val="28"/>
          <w:szCs w:val="28"/>
        </w:rPr>
        <w:t>ọ</w:t>
      </w:r>
      <w:r w:rsidRPr="00D14508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B47FC0" w:rsidRPr="00D1450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47FC0"/>
    <w:rsid w:val="00CB0664"/>
    <w:rsid w:val="00D145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2A8E6035-5B65-4F17-999B-91448E85D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473A7CE-3376-4A5A-B7A7-57D617784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2025-09-20T01:53:00Z</dcterms:created>
  <dcterms:modified xsi:type="dcterms:W3CDTF">2025-09-20T01:53:00Z</dcterms:modified>
  <cp:category/>
</cp:coreProperties>
</file>