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5"/>
        <w:gridCol w:w="6855"/>
      </w:tblGrid>
      <w:tr w:rsidR="00955D7C" w:rsidTr="00955D7C">
        <w:trPr>
          <w:trHeight w:val="274"/>
          <w:jc w:val="center"/>
        </w:trPr>
        <w:tc>
          <w:tcPr>
            <w:tcW w:w="1809" w:type="dxa"/>
          </w:tcPr>
          <w:p w:rsidR="00955D7C" w:rsidRPr="00955D7C" w:rsidRDefault="00955D7C" w:rsidP="00955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CÔNG TY…</w:t>
            </w:r>
          </w:p>
          <w:p w:rsidR="00955D7C" w:rsidRPr="00955D7C" w:rsidRDefault="00955D7C" w:rsidP="00955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D7C">
              <w:rPr>
                <w:rFonts w:ascii="Times New Roman" w:hAnsi="Times New Roman" w:cs="Times New Roman"/>
                <w:b/>
                <w:sz w:val="28"/>
                <w:szCs w:val="28"/>
              </w:rPr>
              <w:t>Số: …/QĐ-…</w:t>
            </w:r>
          </w:p>
        </w:tc>
        <w:tc>
          <w:tcPr>
            <w:tcW w:w="7047" w:type="dxa"/>
          </w:tcPr>
          <w:p w:rsidR="00955D7C" w:rsidRPr="00955D7C" w:rsidRDefault="00955D7C" w:rsidP="00955D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D7C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955D7C" w:rsidRPr="00955D7C" w:rsidRDefault="00955D7C" w:rsidP="00955D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D7C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955D7C" w:rsidRPr="00955D7C" w:rsidRDefault="00955D7C" w:rsidP="00955D7C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A6EC0" w:rsidRPr="00955D7C" w:rsidRDefault="00955D7C" w:rsidP="00955D7C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955D7C">
        <w:rPr>
          <w:rFonts w:ascii="Times New Roman" w:hAnsi="Times New Roman" w:cs="Times New Roman"/>
          <w:i/>
          <w:sz w:val="28"/>
          <w:szCs w:val="28"/>
        </w:rPr>
        <w:t>………, ngày … tháng … năm …</w:t>
      </w:r>
    </w:p>
    <w:p w:rsidR="00955D7C" w:rsidRPr="00955D7C" w:rsidRDefault="00955D7C" w:rsidP="00955D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D7C">
        <w:rPr>
          <w:rFonts w:ascii="Times New Roman" w:hAnsi="Times New Roman" w:cs="Times New Roman"/>
          <w:b/>
          <w:sz w:val="28"/>
          <w:szCs w:val="28"/>
        </w:rPr>
        <w:t>QUYẾT ĐỊNH</w:t>
      </w:r>
    </w:p>
    <w:p w:rsidR="008A6EC0" w:rsidRPr="00955D7C" w:rsidRDefault="00955D7C" w:rsidP="00955D7C">
      <w:pPr>
        <w:jc w:val="center"/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V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 xml:space="preserve"> vi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c ban hành Quy ch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 xml:space="preserve"> chi tr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 xml:space="preserve"> ph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 xml:space="preserve"> c</w:t>
      </w:r>
      <w:r w:rsidRPr="00955D7C">
        <w:rPr>
          <w:rFonts w:ascii="Times New Roman" w:hAnsi="Times New Roman" w:cs="Times New Roman"/>
          <w:sz w:val="28"/>
          <w:szCs w:val="28"/>
        </w:rPr>
        <w:t>ấ</w:t>
      </w:r>
      <w:r w:rsidRPr="00955D7C">
        <w:rPr>
          <w:rFonts w:ascii="Times New Roman" w:hAnsi="Times New Roman" w:cs="Times New Roman"/>
          <w:sz w:val="28"/>
          <w:szCs w:val="28"/>
        </w:rPr>
        <w:t>p thâm niên ngh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 xml:space="preserve"> cho ngư</w:t>
      </w:r>
      <w:r w:rsidRPr="00955D7C">
        <w:rPr>
          <w:rFonts w:ascii="Times New Roman" w:hAnsi="Times New Roman" w:cs="Times New Roman"/>
          <w:sz w:val="28"/>
          <w:szCs w:val="28"/>
        </w:rPr>
        <w:t>ờ</w:t>
      </w:r>
      <w:r w:rsidRPr="00955D7C">
        <w:rPr>
          <w:rFonts w:ascii="Times New Roman" w:hAnsi="Times New Roman" w:cs="Times New Roman"/>
          <w:sz w:val="28"/>
          <w:szCs w:val="28"/>
        </w:rPr>
        <w:t>i lao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GIÁM Đ</w:t>
      </w:r>
      <w:r w:rsidRPr="00955D7C">
        <w:rPr>
          <w:rFonts w:ascii="Times New Roman" w:hAnsi="Times New Roman" w:cs="Times New Roman"/>
          <w:sz w:val="28"/>
          <w:szCs w:val="28"/>
        </w:rPr>
        <w:t>Ố</w:t>
      </w:r>
      <w:r w:rsidRPr="00955D7C">
        <w:rPr>
          <w:rFonts w:ascii="Times New Roman" w:hAnsi="Times New Roman" w:cs="Times New Roman"/>
          <w:sz w:val="28"/>
          <w:szCs w:val="28"/>
        </w:rPr>
        <w:t>C CÔNG TY ………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Căn c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 xml:space="preserve"> B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 xml:space="preserve"> lu</w:t>
      </w:r>
      <w:r w:rsidRPr="00955D7C">
        <w:rPr>
          <w:rFonts w:ascii="Times New Roman" w:hAnsi="Times New Roman" w:cs="Times New Roman"/>
          <w:sz w:val="28"/>
          <w:szCs w:val="28"/>
        </w:rPr>
        <w:t>ậ</w:t>
      </w:r>
      <w:r w:rsidRPr="00955D7C">
        <w:rPr>
          <w:rFonts w:ascii="Times New Roman" w:hAnsi="Times New Roman" w:cs="Times New Roman"/>
          <w:sz w:val="28"/>
          <w:szCs w:val="28"/>
        </w:rPr>
        <w:t>t Lao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 năm 2019;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Căn c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 xml:space="preserve"> Ngh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 xml:space="preserve"> đ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nh …/…/NĐ-CP và các văn b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>n hư</w:t>
      </w:r>
      <w:r w:rsidRPr="00955D7C">
        <w:rPr>
          <w:rFonts w:ascii="Times New Roman" w:hAnsi="Times New Roman" w:cs="Times New Roman"/>
          <w:sz w:val="28"/>
          <w:szCs w:val="28"/>
        </w:rPr>
        <w:t>ớ</w:t>
      </w:r>
      <w:r w:rsidRPr="00955D7C">
        <w:rPr>
          <w:rFonts w:ascii="Times New Roman" w:hAnsi="Times New Roman" w:cs="Times New Roman"/>
          <w:sz w:val="28"/>
          <w:szCs w:val="28"/>
        </w:rPr>
        <w:t>ng d</w:t>
      </w:r>
      <w:r w:rsidRPr="00955D7C">
        <w:rPr>
          <w:rFonts w:ascii="Times New Roman" w:hAnsi="Times New Roman" w:cs="Times New Roman"/>
          <w:sz w:val="28"/>
          <w:szCs w:val="28"/>
        </w:rPr>
        <w:t>ẫ</w:t>
      </w:r>
      <w:r w:rsidRPr="00955D7C">
        <w:rPr>
          <w:rFonts w:ascii="Times New Roman" w:hAnsi="Times New Roman" w:cs="Times New Roman"/>
          <w:sz w:val="28"/>
          <w:szCs w:val="28"/>
        </w:rPr>
        <w:t>n thi hành;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Căn c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 xml:space="preserve"> 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l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 xml:space="preserve"> t</w:t>
      </w:r>
      <w:r w:rsidRPr="00955D7C">
        <w:rPr>
          <w:rFonts w:ascii="Times New Roman" w:hAnsi="Times New Roman" w:cs="Times New Roman"/>
          <w:sz w:val="28"/>
          <w:szCs w:val="28"/>
        </w:rPr>
        <w:t>ổ</w:t>
      </w:r>
      <w:r w:rsidRPr="00955D7C">
        <w:rPr>
          <w:rFonts w:ascii="Times New Roman" w:hAnsi="Times New Roman" w:cs="Times New Roman"/>
          <w:sz w:val="28"/>
          <w:szCs w:val="28"/>
        </w:rPr>
        <w:t xml:space="preserve"> ch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>c và ho</w:t>
      </w:r>
      <w:r w:rsidRPr="00955D7C">
        <w:rPr>
          <w:rFonts w:ascii="Times New Roman" w:hAnsi="Times New Roman" w:cs="Times New Roman"/>
          <w:sz w:val="28"/>
          <w:szCs w:val="28"/>
        </w:rPr>
        <w:t>ạ</w:t>
      </w:r>
      <w:r w:rsidRPr="00955D7C">
        <w:rPr>
          <w:rFonts w:ascii="Times New Roman" w:hAnsi="Times New Roman" w:cs="Times New Roman"/>
          <w:sz w:val="28"/>
          <w:szCs w:val="28"/>
        </w:rPr>
        <w:t>t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 c</w:t>
      </w:r>
      <w:r w:rsidRPr="00955D7C">
        <w:rPr>
          <w:rFonts w:ascii="Times New Roman" w:hAnsi="Times New Roman" w:cs="Times New Roman"/>
          <w:sz w:val="28"/>
          <w:szCs w:val="28"/>
        </w:rPr>
        <w:t>ủ</w:t>
      </w:r>
      <w:r w:rsidRPr="00955D7C">
        <w:rPr>
          <w:rFonts w:ascii="Times New Roman" w:hAnsi="Times New Roman" w:cs="Times New Roman"/>
          <w:sz w:val="28"/>
          <w:szCs w:val="28"/>
        </w:rPr>
        <w:t>a Công ty ………;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Xét nhu c</w:t>
      </w:r>
      <w:r w:rsidRPr="00955D7C">
        <w:rPr>
          <w:rFonts w:ascii="Times New Roman" w:hAnsi="Times New Roman" w:cs="Times New Roman"/>
          <w:sz w:val="28"/>
          <w:szCs w:val="28"/>
        </w:rPr>
        <w:t>ầ</w:t>
      </w:r>
      <w:r w:rsidRPr="00955D7C">
        <w:rPr>
          <w:rFonts w:ascii="Times New Roman" w:hAnsi="Times New Roman" w:cs="Times New Roman"/>
          <w:sz w:val="28"/>
          <w:szCs w:val="28"/>
        </w:rPr>
        <w:t>u th</w:t>
      </w:r>
      <w:r w:rsidRPr="00955D7C">
        <w:rPr>
          <w:rFonts w:ascii="Times New Roman" w:hAnsi="Times New Roman" w:cs="Times New Roman"/>
          <w:sz w:val="28"/>
          <w:szCs w:val="28"/>
        </w:rPr>
        <w:t>ự</w:t>
      </w:r>
      <w:r w:rsidRPr="00955D7C">
        <w:rPr>
          <w:rFonts w:ascii="Times New Roman" w:hAnsi="Times New Roman" w:cs="Times New Roman"/>
          <w:sz w:val="28"/>
          <w:szCs w:val="28"/>
        </w:rPr>
        <w:t>c t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 xml:space="preserve"> trong công tác qu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>n lý, s</w:t>
      </w:r>
      <w:r w:rsidRPr="00955D7C">
        <w:rPr>
          <w:rFonts w:ascii="Times New Roman" w:hAnsi="Times New Roman" w:cs="Times New Roman"/>
          <w:sz w:val="28"/>
          <w:szCs w:val="28"/>
        </w:rPr>
        <w:t>ử</w:t>
      </w:r>
      <w:r w:rsidRPr="00955D7C">
        <w:rPr>
          <w:rFonts w:ascii="Times New Roman" w:hAnsi="Times New Roman" w:cs="Times New Roman"/>
          <w:sz w:val="28"/>
          <w:szCs w:val="28"/>
        </w:rPr>
        <w:t xml:space="preserve"> d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>ng và đãi ng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 xml:space="preserve"> ngư</w:t>
      </w:r>
      <w:r w:rsidRPr="00955D7C">
        <w:rPr>
          <w:rFonts w:ascii="Times New Roman" w:hAnsi="Times New Roman" w:cs="Times New Roman"/>
          <w:sz w:val="28"/>
          <w:szCs w:val="28"/>
        </w:rPr>
        <w:t>ờ</w:t>
      </w:r>
      <w:r w:rsidRPr="00955D7C">
        <w:rPr>
          <w:rFonts w:ascii="Times New Roman" w:hAnsi="Times New Roman" w:cs="Times New Roman"/>
          <w:sz w:val="28"/>
          <w:szCs w:val="28"/>
        </w:rPr>
        <w:t>i lao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55D7C">
        <w:rPr>
          <w:rFonts w:ascii="Times New Roman" w:hAnsi="Times New Roman" w:cs="Times New Roman"/>
          <w:sz w:val="28"/>
          <w:szCs w:val="28"/>
        </w:rPr>
        <w:t>QUY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>T Đ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NH:</w:t>
      </w:r>
    </w:p>
    <w:bookmarkEnd w:id="0"/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1. Ban hành kèm theo Quy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>t đ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nh này “Qu</w:t>
      </w:r>
      <w:r w:rsidRPr="00955D7C">
        <w:rPr>
          <w:rFonts w:ascii="Times New Roman" w:hAnsi="Times New Roman" w:cs="Times New Roman"/>
          <w:sz w:val="28"/>
          <w:szCs w:val="28"/>
        </w:rPr>
        <w:t>y ch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 xml:space="preserve"> chi tr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 xml:space="preserve"> ph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 xml:space="preserve"> c</w:t>
      </w:r>
      <w:r w:rsidRPr="00955D7C">
        <w:rPr>
          <w:rFonts w:ascii="Times New Roman" w:hAnsi="Times New Roman" w:cs="Times New Roman"/>
          <w:sz w:val="28"/>
          <w:szCs w:val="28"/>
        </w:rPr>
        <w:t>ấ</w:t>
      </w:r>
      <w:r w:rsidRPr="00955D7C">
        <w:rPr>
          <w:rFonts w:ascii="Times New Roman" w:hAnsi="Times New Roman" w:cs="Times New Roman"/>
          <w:sz w:val="28"/>
          <w:szCs w:val="28"/>
        </w:rPr>
        <w:t>p thâm niên ngh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 xml:space="preserve"> cho ngư</w:t>
      </w:r>
      <w:r w:rsidRPr="00955D7C">
        <w:rPr>
          <w:rFonts w:ascii="Times New Roman" w:hAnsi="Times New Roman" w:cs="Times New Roman"/>
          <w:sz w:val="28"/>
          <w:szCs w:val="28"/>
        </w:rPr>
        <w:t>ờ</w:t>
      </w:r>
      <w:r w:rsidRPr="00955D7C">
        <w:rPr>
          <w:rFonts w:ascii="Times New Roman" w:hAnsi="Times New Roman" w:cs="Times New Roman"/>
          <w:sz w:val="28"/>
          <w:szCs w:val="28"/>
        </w:rPr>
        <w:t>i lao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 Công ty ………”.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2. Quy ch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 xml:space="preserve"> này áp d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>ng đ</w:t>
      </w:r>
      <w:r w:rsidRPr="00955D7C">
        <w:rPr>
          <w:rFonts w:ascii="Times New Roman" w:hAnsi="Times New Roman" w:cs="Times New Roman"/>
          <w:sz w:val="28"/>
          <w:szCs w:val="28"/>
        </w:rPr>
        <w:t>ố</w:t>
      </w:r>
      <w:r w:rsidRPr="00955D7C">
        <w:rPr>
          <w:rFonts w:ascii="Times New Roman" w:hAnsi="Times New Roman" w:cs="Times New Roman"/>
          <w:sz w:val="28"/>
          <w:szCs w:val="28"/>
        </w:rPr>
        <w:t>i v</w:t>
      </w:r>
      <w:r w:rsidRPr="00955D7C">
        <w:rPr>
          <w:rFonts w:ascii="Times New Roman" w:hAnsi="Times New Roman" w:cs="Times New Roman"/>
          <w:sz w:val="28"/>
          <w:szCs w:val="28"/>
        </w:rPr>
        <w:t>ớ</w:t>
      </w:r>
      <w:r w:rsidRPr="00955D7C">
        <w:rPr>
          <w:rFonts w:ascii="Times New Roman" w:hAnsi="Times New Roman" w:cs="Times New Roman"/>
          <w:sz w:val="28"/>
          <w:szCs w:val="28"/>
        </w:rPr>
        <w:t>i toàn th</w:t>
      </w:r>
      <w:r w:rsidRPr="00955D7C">
        <w:rPr>
          <w:rFonts w:ascii="Times New Roman" w:hAnsi="Times New Roman" w:cs="Times New Roman"/>
          <w:sz w:val="28"/>
          <w:szCs w:val="28"/>
        </w:rPr>
        <w:t>ể</w:t>
      </w:r>
      <w:r w:rsidRPr="00955D7C">
        <w:rPr>
          <w:rFonts w:ascii="Times New Roman" w:hAnsi="Times New Roman" w:cs="Times New Roman"/>
          <w:sz w:val="28"/>
          <w:szCs w:val="28"/>
        </w:rPr>
        <w:t xml:space="preserve"> ngư</w:t>
      </w:r>
      <w:r w:rsidRPr="00955D7C">
        <w:rPr>
          <w:rFonts w:ascii="Times New Roman" w:hAnsi="Times New Roman" w:cs="Times New Roman"/>
          <w:sz w:val="28"/>
          <w:szCs w:val="28"/>
        </w:rPr>
        <w:t>ờ</w:t>
      </w:r>
      <w:r w:rsidRPr="00955D7C">
        <w:rPr>
          <w:rFonts w:ascii="Times New Roman" w:hAnsi="Times New Roman" w:cs="Times New Roman"/>
          <w:sz w:val="28"/>
          <w:szCs w:val="28"/>
        </w:rPr>
        <w:t>i lao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 làm vi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c t</w:t>
      </w:r>
      <w:r w:rsidRPr="00955D7C">
        <w:rPr>
          <w:rFonts w:ascii="Times New Roman" w:hAnsi="Times New Roman" w:cs="Times New Roman"/>
          <w:sz w:val="28"/>
          <w:szCs w:val="28"/>
        </w:rPr>
        <w:t>ạ</w:t>
      </w:r>
      <w:r w:rsidRPr="00955D7C">
        <w:rPr>
          <w:rFonts w:ascii="Times New Roman" w:hAnsi="Times New Roman" w:cs="Times New Roman"/>
          <w:sz w:val="28"/>
          <w:szCs w:val="28"/>
        </w:rPr>
        <w:t>i Công ty ……… theo h</w:t>
      </w:r>
      <w:r w:rsidRPr="00955D7C">
        <w:rPr>
          <w:rFonts w:ascii="Times New Roman" w:hAnsi="Times New Roman" w:cs="Times New Roman"/>
          <w:sz w:val="28"/>
          <w:szCs w:val="28"/>
        </w:rPr>
        <w:t>ợ</w:t>
      </w:r>
      <w:r w:rsidRPr="00955D7C">
        <w:rPr>
          <w:rFonts w:ascii="Times New Roman" w:hAnsi="Times New Roman" w:cs="Times New Roman"/>
          <w:sz w:val="28"/>
          <w:szCs w:val="28"/>
        </w:rPr>
        <w:t>p đ</w:t>
      </w:r>
      <w:r w:rsidRPr="00955D7C">
        <w:rPr>
          <w:rFonts w:ascii="Times New Roman" w:hAnsi="Times New Roman" w:cs="Times New Roman"/>
          <w:sz w:val="28"/>
          <w:szCs w:val="28"/>
        </w:rPr>
        <w:t>ồ</w:t>
      </w:r>
      <w:r w:rsidRPr="00955D7C">
        <w:rPr>
          <w:rFonts w:ascii="Times New Roman" w:hAnsi="Times New Roman" w:cs="Times New Roman"/>
          <w:sz w:val="28"/>
          <w:szCs w:val="28"/>
        </w:rPr>
        <w:t>ng lao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3. Trư</w:t>
      </w:r>
      <w:r w:rsidRPr="00955D7C">
        <w:rPr>
          <w:rFonts w:ascii="Times New Roman" w:hAnsi="Times New Roman" w:cs="Times New Roman"/>
          <w:sz w:val="28"/>
          <w:szCs w:val="28"/>
        </w:rPr>
        <w:t>ở</w:t>
      </w:r>
      <w:r w:rsidRPr="00955D7C">
        <w:rPr>
          <w:rFonts w:ascii="Times New Roman" w:hAnsi="Times New Roman" w:cs="Times New Roman"/>
          <w:sz w:val="28"/>
          <w:szCs w:val="28"/>
        </w:rPr>
        <w:t>ng các phòng ban, đơn v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 xml:space="preserve"> tr</w:t>
      </w:r>
      <w:r w:rsidRPr="00955D7C">
        <w:rPr>
          <w:rFonts w:ascii="Times New Roman" w:hAnsi="Times New Roman" w:cs="Times New Roman"/>
          <w:sz w:val="28"/>
          <w:szCs w:val="28"/>
        </w:rPr>
        <w:t>ự</w:t>
      </w:r>
      <w:r w:rsidRPr="00955D7C">
        <w:rPr>
          <w:rFonts w:ascii="Times New Roman" w:hAnsi="Times New Roman" w:cs="Times New Roman"/>
          <w:sz w:val="28"/>
          <w:szCs w:val="28"/>
        </w:rPr>
        <w:t>c thu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c Công ty và toàn th</w:t>
      </w:r>
      <w:r w:rsidRPr="00955D7C">
        <w:rPr>
          <w:rFonts w:ascii="Times New Roman" w:hAnsi="Times New Roman" w:cs="Times New Roman"/>
          <w:sz w:val="28"/>
          <w:szCs w:val="28"/>
        </w:rPr>
        <w:t>ể</w:t>
      </w:r>
      <w:r w:rsidRPr="00955D7C">
        <w:rPr>
          <w:rFonts w:ascii="Times New Roman" w:hAnsi="Times New Roman" w:cs="Times New Roman"/>
          <w:sz w:val="28"/>
          <w:szCs w:val="28"/>
        </w:rPr>
        <w:t xml:space="preserve"> ngư</w:t>
      </w:r>
      <w:r w:rsidRPr="00955D7C">
        <w:rPr>
          <w:rFonts w:ascii="Times New Roman" w:hAnsi="Times New Roman" w:cs="Times New Roman"/>
          <w:sz w:val="28"/>
          <w:szCs w:val="28"/>
        </w:rPr>
        <w:t>ờ</w:t>
      </w:r>
      <w:r w:rsidRPr="00955D7C">
        <w:rPr>
          <w:rFonts w:ascii="Times New Roman" w:hAnsi="Times New Roman" w:cs="Times New Roman"/>
          <w:sz w:val="28"/>
          <w:szCs w:val="28"/>
        </w:rPr>
        <w:t>i lao</w:t>
      </w:r>
      <w:r w:rsidRPr="00955D7C">
        <w:rPr>
          <w:rFonts w:ascii="Times New Roman" w:hAnsi="Times New Roman" w:cs="Times New Roman"/>
          <w:sz w:val="28"/>
          <w:szCs w:val="28"/>
        </w:rPr>
        <w:t xml:space="preserve">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 ch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u trách nhi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m thi hành Quy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>t đ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nh này.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Quy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>t đ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nh này có hi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u l</w:t>
      </w:r>
      <w:r w:rsidRPr="00955D7C">
        <w:rPr>
          <w:rFonts w:ascii="Times New Roman" w:hAnsi="Times New Roman" w:cs="Times New Roman"/>
          <w:sz w:val="28"/>
          <w:szCs w:val="28"/>
        </w:rPr>
        <w:t>ự</w:t>
      </w:r>
      <w:r w:rsidRPr="00955D7C">
        <w:rPr>
          <w:rFonts w:ascii="Times New Roman" w:hAnsi="Times New Roman" w:cs="Times New Roman"/>
          <w:sz w:val="28"/>
          <w:szCs w:val="28"/>
        </w:rPr>
        <w:t>c k</w:t>
      </w:r>
      <w:r w:rsidRPr="00955D7C">
        <w:rPr>
          <w:rFonts w:ascii="Times New Roman" w:hAnsi="Times New Roman" w:cs="Times New Roman"/>
          <w:sz w:val="28"/>
          <w:szCs w:val="28"/>
        </w:rPr>
        <w:t>ể</w:t>
      </w:r>
      <w:r w:rsidRPr="00955D7C">
        <w:rPr>
          <w:rFonts w:ascii="Times New Roman" w:hAnsi="Times New Roman" w:cs="Times New Roman"/>
          <w:sz w:val="28"/>
          <w:szCs w:val="28"/>
        </w:rPr>
        <w:t xml:space="preserve"> t</w:t>
      </w:r>
      <w:r w:rsidRPr="00955D7C">
        <w:rPr>
          <w:rFonts w:ascii="Times New Roman" w:hAnsi="Times New Roman" w:cs="Times New Roman"/>
          <w:sz w:val="28"/>
          <w:szCs w:val="28"/>
        </w:rPr>
        <w:t>ừ</w:t>
      </w:r>
      <w:r w:rsidRPr="00955D7C">
        <w:rPr>
          <w:rFonts w:ascii="Times New Roman" w:hAnsi="Times New Roman" w:cs="Times New Roman"/>
          <w:sz w:val="28"/>
          <w:szCs w:val="28"/>
        </w:rPr>
        <w:t xml:space="preserve"> ngày ký.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br/>
        <w:t>Nơi nh</w:t>
      </w:r>
      <w:r w:rsidRPr="00955D7C">
        <w:rPr>
          <w:rFonts w:ascii="Times New Roman" w:hAnsi="Times New Roman" w:cs="Times New Roman"/>
          <w:sz w:val="28"/>
          <w:szCs w:val="28"/>
        </w:rPr>
        <w:t>ậ</w:t>
      </w:r>
      <w:r w:rsidRPr="00955D7C">
        <w:rPr>
          <w:rFonts w:ascii="Times New Roman" w:hAnsi="Times New Roman" w:cs="Times New Roman"/>
          <w:sz w:val="28"/>
          <w:szCs w:val="28"/>
        </w:rPr>
        <w:t>n: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Như 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3;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Lưu VP.</w:t>
      </w:r>
    </w:p>
    <w:p w:rsidR="008A6EC0" w:rsidRPr="00955D7C" w:rsidRDefault="00955D7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55D7C">
        <w:rPr>
          <w:rFonts w:ascii="Times New Roman" w:hAnsi="Times New Roman" w:cs="Times New Roman"/>
          <w:b/>
          <w:sz w:val="28"/>
          <w:szCs w:val="28"/>
        </w:rPr>
        <w:lastRenderedPageBreak/>
        <w:br/>
        <w:t>GIÁM Đ</w:t>
      </w:r>
      <w:r w:rsidRPr="00955D7C">
        <w:rPr>
          <w:rFonts w:ascii="Times New Roman" w:hAnsi="Times New Roman" w:cs="Times New Roman"/>
          <w:b/>
          <w:sz w:val="28"/>
          <w:szCs w:val="28"/>
        </w:rPr>
        <w:t>Ố</w:t>
      </w:r>
      <w:r w:rsidRPr="00955D7C">
        <w:rPr>
          <w:rFonts w:ascii="Times New Roman" w:hAnsi="Times New Roman" w:cs="Times New Roman"/>
          <w:b/>
          <w:sz w:val="28"/>
          <w:szCs w:val="28"/>
        </w:rPr>
        <w:t>C</w:t>
      </w:r>
    </w:p>
    <w:p w:rsidR="008A6EC0" w:rsidRPr="00955D7C" w:rsidRDefault="00955D7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55D7C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955D7C">
        <w:rPr>
          <w:rFonts w:ascii="Times New Roman" w:hAnsi="Times New Roman" w:cs="Times New Roman"/>
          <w:b/>
          <w:sz w:val="28"/>
          <w:szCs w:val="28"/>
        </w:rPr>
        <w:t>ọ</w:t>
      </w:r>
      <w:r w:rsidRPr="00955D7C">
        <w:rPr>
          <w:rFonts w:ascii="Times New Roman" w:hAnsi="Times New Roman" w:cs="Times New Roman"/>
          <w:b/>
          <w:sz w:val="28"/>
          <w:szCs w:val="28"/>
        </w:rPr>
        <w:t xml:space="preserve"> tên, đóng d</w:t>
      </w:r>
      <w:r w:rsidRPr="00955D7C">
        <w:rPr>
          <w:rFonts w:ascii="Times New Roman" w:hAnsi="Times New Roman" w:cs="Times New Roman"/>
          <w:b/>
          <w:sz w:val="28"/>
          <w:szCs w:val="28"/>
        </w:rPr>
        <w:t>ấ</w:t>
      </w:r>
      <w:r w:rsidRPr="00955D7C">
        <w:rPr>
          <w:rFonts w:ascii="Times New Roman" w:hAnsi="Times New Roman" w:cs="Times New Roman"/>
          <w:b/>
          <w:sz w:val="28"/>
          <w:szCs w:val="28"/>
        </w:rPr>
        <w:t>u)</w:t>
      </w:r>
    </w:p>
    <w:p w:rsidR="008A6EC0" w:rsidRPr="00955D7C" w:rsidRDefault="00955D7C">
      <w:pPr>
        <w:rPr>
          <w:rFonts w:ascii="Times New Roman" w:hAnsi="Times New Roman" w:cs="Times New Roman"/>
          <w:b/>
          <w:sz w:val="28"/>
          <w:szCs w:val="28"/>
        </w:rPr>
      </w:pPr>
      <w:r w:rsidRPr="00955D7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A6EC0" w:rsidRPr="00955D7C" w:rsidRDefault="00955D7C">
      <w:pPr>
        <w:pStyle w:val="Title"/>
        <w:jc w:val="center"/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PH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 xml:space="preserve"> L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>C</w:t>
      </w:r>
    </w:p>
    <w:p w:rsidR="008A6EC0" w:rsidRPr="00955D7C" w:rsidRDefault="00955D7C">
      <w:pPr>
        <w:pStyle w:val="Title"/>
        <w:jc w:val="center"/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QUY CH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 xml:space="preserve"> CHI TR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 xml:space="preserve"> PH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 xml:space="preserve"> C</w:t>
      </w:r>
      <w:r w:rsidRPr="00955D7C">
        <w:rPr>
          <w:rFonts w:ascii="Times New Roman" w:hAnsi="Times New Roman" w:cs="Times New Roman"/>
          <w:sz w:val="28"/>
          <w:szCs w:val="28"/>
        </w:rPr>
        <w:t>Ấ</w:t>
      </w:r>
      <w:r w:rsidRPr="00955D7C">
        <w:rPr>
          <w:rFonts w:ascii="Times New Roman" w:hAnsi="Times New Roman" w:cs="Times New Roman"/>
          <w:sz w:val="28"/>
          <w:szCs w:val="28"/>
        </w:rPr>
        <w:t>P THÂM NIÊN NGH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</w:p>
    <w:p w:rsidR="008A6EC0" w:rsidRPr="00955D7C" w:rsidRDefault="00955D7C">
      <w:pPr>
        <w:jc w:val="center"/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(Ban hành kèm theo Quy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>t đ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nh s</w:t>
      </w:r>
      <w:r w:rsidRPr="00955D7C">
        <w:rPr>
          <w:rFonts w:ascii="Times New Roman" w:hAnsi="Times New Roman" w:cs="Times New Roman"/>
          <w:sz w:val="28"/>
          <w:szCs w:val="28"/>
        </w:rPr>
        <w:t>ố</w:t>
      </w:r>
      <w:r w:rsidRPr="00955D7C">
        <w:rPr>
          <w:rFonts w:ascii="Times New Roman" w:hAnsi="Times New Roman" w:cs="Times New Roman"/>
          <w:sz w:val="28"/>
          <w:szCs w:val="28"/>
        </w:rPr>
        <w:t xml:space="preserve"> …/QĐ-… ng</w:t>
      </w:r>
      <w:r w:rsidRPr="00955D7C">
        <w:rPr>
          <w:rFonts w:ascii="Times New Roman" w:hAnsi="Times New Roman" w:cs="Times New Roman"/>
          <w:sz w:val="28"/>
          <w:szCs w:val="28"/>
        </w:rPr>
        <w:t>ày …/…/… c</w:t>
      </w:r>
      <w:r w:rsidRPr="00955D7C">
        <w:rPr>
          <w:rFonts w:ascii="Times New Roman" w:hAnsi="Times New Roman" w:cs="Times New Roman"/>
          <w:sz w:val="28"/>
          <w:szCs w:val="28"/>
        </w:rPr>
        <w:t>ủ</w:t>
      </w:r>
      <w:r w:rsidRPr="00955D7C">
        <w:rPr>
          <w:rFonts w:ascii="Times New Roman" w:hAnsi="Times New Roman" w:cs="Times New Roman"/>
          <w:sz w:val="28"/>
          <w:szCs w:val="28"/>
        </w:rPr>
        <w:t>a Giám đ</w:t>
      </w:r>
      <w:r w:rsidRPr="00955D7C">
        <w:rPr>
          <w:rFonts w:ascii="Times New Roman" w:hAnsi="Times New Roman" w:cs="Times New Roman"/>
          <w:sz w:val="28"/>
          <w:szCs w:val="28"/>
        </w:rPr>
        <w:t>ố</w:t>
      </w:r>
      <w:r w:rsidRPr="00955D7C">
        <w:rPr>
          <w:rFonts w:ascii="Times New Roman" w:hAnsi="Times New Roman" w:cs="Times New Roman"/>
          <w:sz w:val="28"/>
          <w:szCs w:val="28"/>
        </w:rPr>
        <w:t>c Công ty ………)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1. M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>c đích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Quy đ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nh vi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c chi tr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 xml:space="preserve"> ph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 xml:space="preserve"> c</w:t>
      </w:r>
      <w:r w:rsidRPr="00955D7C">
        <w:rPr>
          <w:rFonts w:ascii="Times New Roman" w:hAnsi="Times New Roman" w:cs="Times New Roman"/>
          <w:sz w:val="28"/>
          <w:szCs w:val="28"/>
        </w:rPr>
        <w:t>ấ</w:t>
      </w:r>
      <w:r w:rsidRPr="00955D7C">
        <w:rPr>
          <w:rFonts w:ascii="Times New Roman" w:hAnsi="Times New Roman" w:cs="Times New Roman"/>
          <w:sz w:val="28"/>
          <w:szCs w:val="28"/>
        </w:rPr>
        <w:t>p thâm niên ngh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 xml:space="preserve"> nh</w:t>
      </w:r>
      <w:r w:rsidRPr="00955D7C">
        <w:rPr>
          <w:rFonts w:ascii="Times New Roman" w:hAnsi="Times New Roman" w:cs="Times New Roman"/>
          <w:sz w:val="28"/>
          <w:szCs w:val="28"/>
        </w:rPr>
        <w:t>ằ</w:t>
      </w:r>
      <w:r w:rsidRPr="00955D7C">
        <w:rPr>
          <w:rFonts w:ascii="Times New Roman" w:hAnsi="Times New Roman" w:cs="Times New Roman"/>
          <w:sz w:val="28"/>
          <w:szCs w:val="28"/>
        </w:rPr>
        <w:t>m ghi nh</w:t>
      </w:r>
      <w:r w:rsidRPr="00955D7C">
        <w:rPr>
          <w:rFonts w:ascii="Times New Roman" w:hAnsi="Times New Roman" w:cs="Times New Roman"/>
          <w:sz w:val="28"/>
          <w:szCs w:val="28"/>
        </w:rPr>
        <w:t>ậ</w:t>
      </w:r>
      <w:r w:rsidRPr="00955D7C">
        <w:rPr>
          <w:rFonts w:ascii="Times New Roman" w:hAnsi="Times New Roman" w:cs="Times New Roman"/>
          <w:sz w:val="28"/>
          <w:szCs w:val="28"/>
        </w:rPr>
        <w:t>n, khuy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>n khích và gi</w:t>
      </w:r>
      <w:r w:rsidRPr="00955D7C">
        <w:rPr>
          <w:rFonts w:ascii="Times New Roman" w:hAnsi="Times New Roman" w:cs="Times New Roman"/>
          <w:sz w:val="28"/>
          <w:szCs w:val="28"/>
        </w:rPr>
        <w:t>ữ</w:t>
      </w:r>
      <w:r w:rsidRPr="00955D7C">
        <w:rPr>
          <w:rFonts w:ascii="Times New Roman" w:hAnsi="Times New Roman" w:cs="Times New Roman"/>
          <w:sz w:val="28"/>
          <w:szCs w:val="28"/>
        </w:rPr>
        <w:t xml:space="preserve"> chân ngư</w:t>
      </w:r>
      <w:r w:rsidRPr="00955D7C">
        <w:rPr>
          <w:rFonts w:ascii="Times New Roman" w:hAnsi="Times New Roman" w:cs="Times New Roman"/>
          <w:sz w:val="28"/>
          <w:szCs w:val="28"/>
        </w:rPr>
        <w:t>ờ</w:t>
      </w:r>
      <w:r w:rsidRPr="00955D7C">
        <w:rPr>
          <w:rFonts w:ascii="Times New Roman" w:hAnsi="Times New Roman" w:cs="Times New Roman"/>
          <w:sz w:val="28"/>
          <w:szCs w:val="28"/>
        </w:rPr>
        <w:t>i lao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 g</w:t>
      </w:r>
      <w:r w:rsidRPr="00955D7C">
        <w:rPr>
          <w:rFonts w:ascii="Times New Roman" w:hAnsi="Times New Roman" w:cs="Times New Roman"/>
          <w:sz w:val="28"/>
          <w:szCs w:val="28"/>
        </w:rPr>
        <w:t>ắ</w:t>
      </w:r>
      <w:r w:rsidRPr="00955D7C">
        <w:rPr>
          <w:rFonts w:ascii="Times New Roman" w:hAnsi="Times New Roman" w:cs="Times New Roman"/>
          <w:sz w:val="28"/>
          <w:szCs w:val="28"/>
        </w:rPr>
        <w:t>n bó lâu dài v</w:t>
      </w:r>
      <w:r w:rsidRPr="00955D7C">
        <w:rPr>
          <w:rFonts w:ascii="Times New Roman" w:hAnsi="Times New Roman" w:cs="Times New Roman"/>
          <w:sz w:val="28"/>
          <w:szCs w:val="28"/>
        </w:rPr>
        <w:t>ớ</w:t>
      </w:r>
      <w:r w:rsidRPr="00955D7C">
        <w:rPr>
          <w:rFonts w:ascii="Times New Roman" w:hAnsi="Times New Roman" w:cs="Times New Roman"/>
          <w:sz w:val="28"/>
          <w:szCs w:val="28"/>
        </w:rPr>
        <w:t>i Công ty.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2. Đ</w:t>
      </w:r>
      <w:r w:rsidRPr="00955D7C">
        <w:rPr>
          <w:rFonts w:ascii="Times New Roman" w:hAnsi="Times New Roman" w:cs="Times New Roman"/>
          <w:sz w:val="28"/>
          <w:szCs w:val="28"/>
        </w:rPr>
        <w:t>ố</w:t>
      </w:r>
      <w:r w:rsidRPr="00955D7C">
        <w:rPr>
          <w:rFonts w:ascii="Times New Roman" w:hAnsi="Times New Roman" w:cs="Times New Roman"/>
          <w:sz w:val="28"/>
          <w:szCs w:val="28"/>
        </w:rPr>
        <w:t>i tư</w:t>
      </w:r>
      <w:r w:rsidRPr="00955D7C">
        <w:rPr>
          <w:rFonts w:ascii="Times New Roman" w:hAnsi="Times New Roman" w:cs="Times New Roman"/>
          <w:sz w:val="28"/>
          <w:szCs w:val="28"/>
        </w:rPr>
        <w:t>ợ</w:t>
      </w:r>
      <w:r w:rsidRPr="00955D7C">
        <w:rPr>
          <w:rFonts w:ascii="Times New Roman" w:hAnsi="Times New Roman" w:cs="Times New Roman"/>
          <w:sz w:val="28"/>
          <w:szCs w:val="28"/>
        </w:rPr>
        <w:t>ng áp d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>ng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Ngư</w:t>
      </w:r>
      <w:r w:rsidRPr="00955D7C">
        <w:rPr>
          <w:rFonts w:ascii="Times New Roman" w:hAnsi="Times New Roman" w:cs="Times New Roman"/>
          <w:sz w:val="28"/>
          <w:szCs w:val="28"/>
        </w:rPr>
        <w:t>ờ</w:t>
      </w:r>
      <w:r w:rsidRPr="00955D7C">
        <w:rPr>
          <w:rFonts w:ascii="Times New Roman" w:hAnsi="Times New Roman" w:cs="Times New Roman"/>
          <w:sz w:val="28"/>
          <w:szCs w:val="28"/>
        </w:rPr>
        <w:t>i lao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 đang làm vi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c t</w:t>
      </w:r>
      <w:r w:rsidRPr="00955D7C">
        <w:rPr>
          <w:rFonts w:ascii="Times New Roman" w:hAnsi="Times New Roman" w:cs="Times New Roman"/>
          <w:sz w:val="28"/>
          <w:szCs w:val="28"/>
        </w:rPr>
        <w:t>ạ</w:t>
      </w:r>
      <w:r w:rsidRPr="00955D7C">
        <w:rPr>
          <w:rFonts w:ascii="Times New Roman" w:hAnsi="Times New Roman" w:cs="Times New Roman"/>
          <w:sz w:val="28"/>
          <w:szCs w:val="28"/>
        </w:rPr>
        <w:t>i Công ty theo h</w:t>
      </w:r>
      <w:r w:rsidRPr="00955D7C">
        <w:rPr>
          <w:rFonts w:ascii="Times New Roman" w:hAnsi="Times New Roman" w:cs="Times New Roman"/>
          <w:sz w:val="28"/>
          <w:szCs w:val="28"/>
        </w:rPr>
        <w:t>ợ</w:t>
      </w:r>
      <w:r w:rsidRPr="00955D7C">
        <w:rPr>
          <w:rFonts w:ascii="Times New Roman" w:hAnsi="Times New Roman" w:cs="Times New Roman"/>
          <w:sz w:val="28"/>
          <w:szCs w:val="28"/>
        </w:rPr>
        <w:t xml:space="preserve">p </w:t>
      </w:r>
      <w:r w:rsidRPr="00955D7C">
        <w:rPr>
          <w:rFonts w:ascii="Times New Roman" w:hAnsi="Times New Roman" w:cs="Times New Roman"/>
          <w:sz w:val="28"/>
          <w:szCs w:val="28"/>
        </w:rPr>
        <w:t>đ</w:t>
      </w:r>
      <w:r w:rsidRPr="00955D7C">
        <w:rPr>
          <w:rFonts w:ascii="Times New Roman" w:hAnsi="Times New Roman" w:cs="Times New Roman"/>
          <w:sz w:val="28"/>
          <w:szCs w:val="28"/>
        </w:rPr>
        <w:t>ồ</w:t>
      </w:r>
      <w:r w:rsidRPr="00955D7C">
        <w:rPr>
          <w:rFonts w:ascii="Times New Roman" w:hAnsi="Times New Roman" w:cs="Times New Roman"/>
          <w:sz w:val="28"/>
          <w:szCs w:val="28"/>
        </w:rPr>
        <w:t>ng lao đ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 t</w:t>
      </w:r>
      <w:r w:rsidRPr="00955D7C">
        <w:rPr>
          <w:rFonts w:ascii="Times New Roman" w:hAnsi="Times New Roman" w:cs="Times New Roman"/>
          <w:sz w:val="28"/>
          <w:szCs w:val="28"/>
        </w:rPr>
        <w:t>ừ</w:t>
      </w:r>
      <w:r w:rsidRPr="00955D7C">
        <w:rPr>
          <w:rFonts w:ascii="Times New Roman" w:hAnsi="Times New Roman" w:cs="Times New Roman"/>
          <w:sz w:val="28"/>
          <w:szCs w:val="28"/>
        </w:rPr>
        <w:t xml:space="preserve"> đ</w:t>
      </w:r>
      <w:r w:rsidRPr="00955D7C">
        <w:rPr>
          <w:rFonts w:ascii="Times New Roman" w:hAnsi="Times New Roman" w:cs="Times New Roman"/>
          <w:sz w:val="28"/>
          <w:szCs w:val="28"/>
        </w:rPr>
        <w:t>ủ</w:t>
      </w:r>
      <w:r w:rsidRPr="00955D7C">
        <w:rPr>
          <w:rFonts w:ascii="Times New Roman" w:hAnsi="Times New Roman" w:cs="Times New Roman"/>
          <w:sz w:val="28"/>
          <w:szCs w:val="28"/>
        </w:rPr>
        <w:t xml:space="preserve"> 12 tháng tr</w:t>
      </w:r>
      <w:r w:rsidRPr="00955D7C">
        <w:rPr>
          <w:rFonts w:ascii="Times New Roman" w:hAnsi="Times New Roman" w:cs="Times New Roman"/>
          <w:sz w:val="28"/>
          <w:szCs w:val="28"/>
        </w:rPr>
        <w:t>ở</w:t>
      </w:r>
      <w:r w:rsidRPr="00955D7C">
        <w:rPr>
          <w:rFonts w:ascii="Times New Roman" w:hAnsi="Times New Roman" w:cs="Times New Roman"/>
          <w:sz w:val="28"/>
          <w:szCs w:val="28"/>
        </w:rPr>
        <w:t xml:space="preserve"> lên.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3. Nguyên t</w:t>
      </w:r>
      <w:r w:rsidRPr="00955D7C">
        <w:rPr>
          <w:rFonts w:ascii="Times New Roman" w:hAnsi="Times New Roman" w:cs="Times New Roman"/>
          <w:sz w:val="28"/>
          <w:szCs w:val="28"/>
        </w:rPr>
        <w:t>ắ</w:t>
      </w:r>
      <w:r w:rsidRPr="00955D7C">
        <w:rPr>
          <w:rFonts w:ascii="Times New Roman" w:hAnsi="Times New Roman" w:cs="Times New Roman"/>
          <w:sz w:val="28"/>
          <w:szCs w:val="28"/>
        </w:rPr>
        <w:t>c chi tr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Công b</w:t>
      </w:r>
      <w:r w:rsidRPr="00955D7C">
        <w:rPr>
          <w:rFonts w:ascii="Times New Roman" w:hAnsi="Times New Roman" w:cs="Times New Roman"/>
          <w:sz w:val="28"/>
          <w:szCs w:val="28"/>
        </w:rPr>
        <w:t>ằ</w:t>
      </w:r>
      <w:r w:rsidRPr="00955D7C">
        <w:rPr>
          <w:rFonts w:ascii="Times New Roman" w:hAnsi="Times New Roman" w:cs="Times New Roman"/>
          <w:sz w:val="28"/>
          <w:szCs w:val="28"/>
        </w:rPr>
        <w:t>ng, minh b</w:t>
      </w:r>
      <w:r w:rsidRPr="00955D7C">
        <w:rPr>
          <w:rFonts w:ascii="Times New Roman" w:hAnsi="Times New Roman" w:cs="Times New Roman"/>
          <w:sz w:val="28"/>
          <w:szCs w:val="28"/>
        </w:rPr>
        <w:t>ạ</w:t>
      </w:r>
      <w:r w:rsidRPr="00955D7C">
        <w:rPr>
          <w:rFonts w:ascii="Times New Roman" w:hAnsi="Times New Roman" w:cs="Times New Roman"/>
          <w:sz w:val="28"/>
          <w:szCs w:val="28"/>
        </w:rPr>
        <w:t>ch, đúng quy đ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nh.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Tính theo th</w:t>
      </w:r>
      <w:r w:rsidRPr="00955D7C">
        <w:rPr>
          <w:rFonts w:ascii="Times New Roman" w:hAnsi="Times New Roman" w:cs="Times New Roman"/>
          <w:sz w:val="28"/>
          <w:szCs w:val="28"/>
        </w:rPr>
        <w:t>ờ</w:t>
      </w:r>
      <w:r w:rsidRPr="00955D7C">
        <w:rPr>
          <w:rFonts w:ascii="Times New Roman" w:hAnsi="Times New Roman" w:cs="Times New Roman"/>
          <w:sz w:val="28"/>
          <w:szCs w:val="28"/>
        </w:rPr>
        <w:t>i gian công tác liên t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>c t</w:t>
      </w:r>
      <w:r w:rsidRPr="00955D7C">
        <w:rPr>
          <w:rFonts w:ascii="Times New Roman" w:hAnsi="Times New Roman" w:cs="Times New Roman"/>
          <w:sz w:val="28"/>
          <w:szCs w:val="28"/>
        </w:rPr>
        <w:t>ạ</w:t>
      </w:r>
      <w:r w:rsidRPr="00955D7C">
        <w:rPr>
          <w:rFonts w:ascii="Times New Roman" w:hAnsi="Times New Roman" w:cs="Times New Roman"/>
          <w:sz w:val="28"/>
          <w:szCs w:val="28"/>
        </w:rPr>
        <w:t>i Công ty.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4. M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>c ph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 xml:space="preserve"> c</w:t>
      </w:r>
      <w:r w:rsidRPr="00955D7C">
        <w:rPr>
          <w:rFonts w:ascii="Times New Roman" w:hAnsi="Times New Roman" w:cs="Times New Roman"/>
          <w:sz w:val="28"/>
          <w:szCs w:val="28"/>
        </w:rPr>
        <w:t>ấ</w:t>
      </w:r>
      <w:r w:rsidRPr="00955D7C">
        <w:rPr>
          <w:rFonts w:ascii="Times New Roman" w:hAnsi="Times New Roman" w:cs="Times New Roman"/>
          <w:sz w:val="28"/>
          <w:szCs w:val="28"/>
        </w:rPr>
        <w:t>p thâm niên ngh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T</w:t>
      </w:r>
      <w:r w:rsidRPr="00955D7C">
        <w:rPr>
          <w:rFonts w:ascii="Times New Roman" w:hAnsi="Times New Roman" w:cs="Times New Roman"/>
          <w:sz w:val="28"/>
          <w:szCs w:val="28"/>
        </w:rPr>
        <w:t>ừ</w:t>
      </w:r>
      <w:r w:rsidRPr="00955D7C">
        <w:rPr>
          <w:rFonts w:ascii="Times New Roman" w:hAnsi="Times New Roman" w:cs="Times New Roman"/>
          <w:sz w:val="28"/>
          <w:szCs w:val="28"/>
        </w:rPr>
        <w:t xml:space="preserve"> năm th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 xml:space="preserve"> 2 tr</w:t>
      </w:r>
      <w:r w:rsidRPr="00955D7C">
        <w:rPr>
          <w:rFonts w:ascii="Times New Roman" w:hAnsi="Times New Roman" w:cs="Times New Roman"/>
          <w:sz w:val="28"/>
          <w:szCs w:val="28"/>
        </w:rPr>
        <w:t>ở</w:t>
      </w:r>
      <w:r w:rsidRPr="00955D7C">
        <w:rPr>
          <w:rFonts w:ascii="Times New Roman" w:hAnsi="Times New Roman" w:cs="Times New Roman"/>
          <w:sz w:val="28"/>
          <w:szCs w:val="28"/>
        </w:rPr>
        <w:t xml:space="preserve"> đi: hư</w:t>
      </w:r>
      <w:r w:rsidRPr="00955D7C">
        <w:rPr>
          <w:rFonts w:ascii="Times New Roman" w:hAnsi="Times New Roman" w:cs="Times New Roman"/>
          <w:sz w:val="28"/>
          <w:szCs w:val="28"/>
        </w:rPr>
        <w:t>ở</w:t>
      </w:r>
      <w:r w:rsidRPr="00955D7C">
        <w:rPr>
          <w:rFonts w:ascii="Times New Roman" w:hAnsi="Times New Roman" w:cs="Times New Roman"/>
          <w:sz w:val="28"/>
          <w:szCs w:val="28"/>
        </w:rPr>
        <w:t>ng ph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 xml:space="preserve"> c</w:t>
      </w:r>
      <w:r w:rsidRPr="00955D7C">
        <w:rPr>
          <w:rFonts w:ascii="Times New Roman" w:hAnsi="Times New Roman" w:cs="Times New Roman"/>
          <w:sz w:val="28"/>
          <w:szCs w:val="28"/>
        </w:rPr>
        <w:t>ấ</w:t>
      </w:r>
      <w:r w:rsidRPr="00955D7C">
        <w:rPr>
          <w:rFonts w:ascii="Times New Roman" w:hAnsi="Times New Roman" w:cs="Times New Roman"/>
          <w:sz w:val="28"/>
          <w:szCs w:val="28"/>
        </w:rPr>
        <w:t>p thâm niên b</w:t>
      </w:r>
      <w:r w:rsidRPr="00955D7C">
        <w:rPr>
          <w:rFonts w:ascii="Times New Roman" w:hAnsi="Times New Roman" w:cs="Times New Roman"/>
          <w:sz w:val="28"/>
          <w:szCs w:val="28"/>
        </w:rPr>
        <w:t>ằ</w:t>
      </w:r>
      <w:r w:rsidRPr="00955D7C">
        <w:rPr>
          <w:rFonts w:ascii="Times New Roman" w:hAnsi="Times New Roman" w:cs="Times New Roman"/>
          <w:sz w:val="28"/>
          <w:szCs w:val="28"/>
        </w:rPr>
        <w:t>ng …% m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>c lương</w:t>
      </w:r>
      <w:r w:rsidRPr="00955D7C">
        <w:rPr>
          <w:rFonts w:ascii="Times New Roman" w:hAnsi="Times New Roman" w:cs="Times New Roman"/>
          <w:sz w:val="28"/>
          <w:szCs w:val="28"/>
        </w:rPr>
        <w:t xml:space="preserve"> cơ b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>n/tháng.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C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 xml:space="preserve"> m</w:t>
      </w:r>
      <w:r w:rsidRPr="00955D7C">
        <w:rPr>
          <w:rFonts w:ascii="Times New Roman" w:hAnsi="Times New Roman" w:cs="Times New Roman"/>
          <w:sz w:val="28"/>
          <w:szCs w:val="28"/>
        </w:rPr>
        <w:t>ỗ</w:t>
      </w:r>
      <w:r w:rsidRPr="00955D7C">
        <w:rPr>
          <w:rFonts w:ascii="Times New Roman" w:hAnsi="Times New Roman" w:cs="Times New Roman"/>
          <w:sz w:val="28"/>
          <w:szCs w:val="28"/>
        </w:rPr>
        <w:t>i năm công tác ti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>p theo đư</w:t>
      </w:r>
      <w:r w:rsidRPr="00955D7C">
        <w:rPr>
          <w:rFonts w:ascii="Times New Roman" w:hAnsi="Times New Roman" w:cs="Times New Roman"/>
          <w:sz w:val="28"/>
          <w:szCs w:val="28"/>
        </w:rPr>
        <w:t>ợ</w:t>
      </w:r>
      <w:r w:rsidRPr="00955D7C">
        <w:rPr>
          <w:rFonts w:ascii="Times New Roman" w:hAnsi="Times New Roman" w:cs="Times New Roman"/>
          <w:sz w:val="28"/>
          <w:szCs w:val="28"/>
        </w:rPr>
        <w:t>c c</w:t>
      </w:r>
      <w:r w:rsidRPr="00955D7C">
        <w:rPr>
          <w:rFonts w:ascii="Times New Roman" w:hAnsi="Times New Roman" w:cs="Times New Roman"/>
          <w:sz w:val="28"/>
          <w:szCs w:val="28"/>
        </w:rPr>
        <w:t>ộ</w:t>
      </w:r>
      <w:r w:rsidRPr="00955D7C">
        <w:rPr>
          <w:rFonts w:ascii="Times New Roman" w:hAnsi="Times New Roman" w:cs="Times New Roman"/>
          <w:sz w:val="28"/>
          <w:szCs w:val="28"/>
        </w:rPr>
        <w:t>ng thêm …%.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M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>c ph</w:t>
      </w:r>
      <w:r w:rsidRPr="00955D7C">
        <w:rPr>
          <w:rFonts w:ascii="Times New Roman" w:hAnsi="Times New Roman" w:cs="Times New Roman"/>
          <w:sz w:val="28"/>
          <w:szCs w:val="28"/>
        </w:rPr>
        <w:t>ụ</w:t>
      </w:r>
      <w:r w:rsidRPr="00955D7C">
        <w:rPr>
          <w:rFonts w:ascii="Times New Roman" w:hAnsi="Times New Roman" w:cs="Times New Roman"/>
          <w:sz w:val="28"/>
          <w:szCs w:val="28"/>
        </w:rPr>
        <w:t xml:space="preserve"> c</w:t>
      </w:r>
      <w:r w:rsidRPr="00955D7C">
        <w:rPr>
          <w:rFonts w:ascii="Times New Roman" w:hAnsi="Times New Roman" w:cs="Times New Roman"/>
          <w:sz w:val="28"/>
          <w:szCs w:val="28"/>
        </w:rPr>
        <w:t>ấ</w:t>
      </w:r>
      <w:r w:rsidRPr="00955D7C">
        <w:rPr>
          <w:rFonts w:ascii="Times New Roman" w:hAnsi="Times New Roman" w:cs="Times New Roman"/>
          <w:sz w:val="28"/>
          <w:szCs w:val="28"/>
        </w:rPr>
        <w:t>p t</w:t>
      </w:r>
      <w:r w:rsidRPr="00955D7C">
        <w:rPr>
          <w:rFonts w:ascii="Times New Roman" w:hAnsi="Times New Roman" w:cs="Times New Roman"/>
          <w:sz w:val="28"/>
          <w:szCs w:val="28"/>
        </w:rPr>
        <w:t>ố</w:t>
      </w:r>
      <w:r w:rsidRPr="00955D7C">
        <w:rPr>
          <w:rFonts w:ascii="Times New Roman" w:hAnsi="Times New Roman" w:cs="Times New Roman"/>
          <w:sz w:val="28"/>
          <w:szCs w:val="28"/>
        </w:rPr>
        <w:t>i đa không vư</w:t>
      </w:r>
      <w:r w:rsidRPr="00955D7C">
        <w:rPr>
          <w:rFonts w:ascii="Times New Roman" w:hAnsi="Times New Roman" w:cs="Times New Roman"/>
          <w:sz w:val="28"/>
          <w:szCs w:val="28"/>
        </w:rPr>
        <w:t>ợ</w:t>
      </w:r>
      <w:r w:rsidRPr="00955D7C">
        <w:rPr>
          <w:rFonts w:ascii="Times New Roman" w:hAnsi="Times New Roman" w:cs="Times New Roman"/>
          <w:sz w:val="28"/>
          <w:szCs w:val="28"/>
        </w:rPr>
        <w:t>t quá …% lương cơ b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>n/tháng.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5. Phương th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>c chi tr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Tr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 xml:space="preserve"> cùng k</w:t>
      </w:r>
      <w:r w:rsidRPr="00955D7C">
        <w:rPr>
          <w:rFonts w:ascii="Times New Roman" w:hAnsi="Times New Roman" w:cs="Times New Roman"/>
          <w:sz w:val="28"/>
          <w:szCs w:val="28"/>
        </w:rPr>
        <w:t>ỳ</w:t>
      </w:r>
      <w:r w:rsidRPr="00955D7C">
        <w:rPr>
          <w:rFonts w:ascii="Times New Roman" w:hAnsi="Times New Roman" w:cs="Times New Roman"/>
          <w:sz w:val="28"/>
          <w:szCs w:val="28"/>
        </w:rPr>
        <w:t xml:space="preserve"> lương hàng tháng.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H</w:t>
      </w:r>
      <w:r w:rsidRPr="00955D7C">
        <w:rPr>
          <w:rFonts w:ascii="Times New Roman" w:hAnsi="Times New Roman" w:cs="Times New Roman"/>
          <w:sz w:val="28"/>
          <w:szCs w:val="28"/>
        </w:rPr>
        <w:t>ạ</w:t>
      </w:r>
      <w:r w:rsidRPr="00955D7C">
        <w:rPr>
          <w:rFonts w:ascii="Times New Roman" w:hAnsi="Times New Roman" w:cs="Times New Roman"/>
          <w:sz w:val="28"/>
          <w:szCs w:val="28"/>
        </w:rPr>
        <w:t>ch toán vào chi phí ti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n lương c</w:t>
      </w:r>
      <w:r w:rsidRPr="00955D7C">
        <w:rPr>
          <w:rFonts w:ascii="Times New Roman" w:hAnsi="Times New Roman" w:cs="Times New Roman"/>
          <w:sz w:val="28"/>
          <w:szCs w:val="28"/>
        </w:rPr>
        <w:t>ủ</w:t>
      </w:r>
      <w:r w:rsidRPr="00955D7C">
        <w:rPr>
          <w:rFonts w:ascii="Times New Roman" w:hAnsi="Times New Roman" w:cs="Times New Roman"/>
          <w:sz w:val="28"/>
          <w:szCs w:val="28"/>
        </w:rPr>
        <w:t>a Công ty.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6. T</w:t>
      </w:r>
      <w:r w:rsidRPr="00955D7C">
        <w:rPr>
          <w:rFonts w:ascii="Times New Roman" w:hAnsi="Times New Roman" w:cs="Times New Roman"/>
          <w:sz w:val="28"/>
          <w:szCs w:val="28"/>
        </w:rPr>
        <w:t>ổ</w:t>
      </w:r>
      <w:r w:rsidRPr="00955D7C">
        <w:rPr>
          <w:rFonts w:ascii="Times New Roman" w:hAnsi="Times New Roman" w:cs="Times New Roman"/>
          <w:sz w:val="28"/>
          <w:szCs w:val="28"/>
        </w:rPr>
        <w:t xml:space="preserve"> ch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>c th</w:t>
      </w:r>
      <w:r w:rsidRPr="00955D7C">
        <w:rPr>
          <w:rFonts w:ascii="Times New Roman" w:hAnsi="Times New Roman" w:cs="Times New Roman"/>
          <w:sz w:val="28"/>
          <w:szCs w:val="28"/>
        </w:rPr>
        <w:t>ự</w:t>
      </w:r>
      <w:r w:rsidRPr="00955D7C">
        <w:rPr>
          <w:rFonts w:ascii="Times New Roman" w:hAnsi="Times New Roman" w:cs="Times New Roman"/>
          <w:sz w:val="28"/>
          <w:szCs w:val="28"/>
        </w:rPr>
        <w:t>c hi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n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Phòng T</w:t>
      </w:r>
      <w:r w:rsidRPr="00955D7C">
        <w:rPr>
          <w:rFonts w:ascii="Times New Roman" w:hAnsi="Times New Roman" w:cs="Times New Roman"/>
          <w:sz w:val="28"/>
          <w:szCs w:val="28"/>
        </w:rPr>
        <w:t>ổ</w:t>
      </w:r>
      <w:r w:rsidRPr="00955D7C">
        <w:rPr>
          <w:rFonts w:ascii="Times New Roman" w:hAnsi="Times New Roman" w:cs="Times New Roman"/>
          <w:sz w:val="28"/>
          <w:szCs w:val="28"/>
        </w:rPr>
        <w:t xml:space="preserve"> ch</w:t>
      </w:r>
      <w:r w:rsidRPr="00955D7C">
        <w:rPr>
          <w:rFonts w:ascii="Times New Roman" w:hAnsi="Times New Roman" w:cs="Times New Roman"/>
          <w:sz w:val="28"/>
          <w:szCs w:val="28"/>
        </w:rPr>
        <w:t>ứ</w:t>
      </w:r>
      <w:r w:rsidRPr="00955D7C">
        <w:rPr>
          <w:rFonts w:ascii="Times New Roman" w:hAnsi="Times New Roman" w:cs="Times New Roman"/>
          <w:sz w:val="28"/>
          <w:szCs w:val="28"/>
        </w:rPr>
        <w:t>c - Hành chính ch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u trách nhi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m theo dõi, l</w:t>
      </w:r>
      <w:r w:rsidRPr="00955D7C">
        <w:rPr>
          <w:rFonts w:ascii="Times New Roman" w:hAnsi="Times New Roman" w:cs="Times New Roman"/>
          <w:sz w:val="28"/>
          <w:szCs w:val="28"/>
        </w:rPr>
        <w:t>ậ</w:t>
      </w:r>
      <w:r w:rsidRPr="00955D7C">
        <w:rPr>
          <w:rFonts w:ascii="Times New Roman" w:hAnsi="Times New Roman" w:cs="Times New Roman"/>
          <w:sz w:val="28"/>
          <w:szCs w:val="28"/>
        </w:rPr>
        <w:t>p danh sách và đ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 xml:space="preserve"> xu</w:t>
      </w:r>
      <w:r w:rsidRPr="00955D7C">
        <w:rPr>
          <w:rFonts w:ascii="Times New Roman" w:hAnsi="Times New Roman" w:cs="Times New Roman"/>
          <w:sz w:val="28"/>
          <w:szCs w:val="28"/>
        </w:rPr>
        <w:t>ấ</w:t>
      </w:r>
      <w:r w:rsidRPr="00955D7C">
        <w:rPr>
          <w:rFonts w:ascii="Times New Roman" w:hAnsi="Times New Roman" w:cs="Times New Roman"/>
          <w:sz w:val="28"/>
          <w:szCs w:val="28"/>
        </w:rPr>
        <w:t>t chi tr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>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- Phòng K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 xml:space="preserve"> toán th</w:t>
      </w:r>
      <w:r w:rsidRPr="00955D7C">
        <w:rPr>
          <w:rFonts w:ascii="Times New Roman" w:hAnsi="Times New Roman" w:cs="Times New Roman"/>
          <w:sz w:val="28"/>
          <w:szCs w:val="28"/>
        </w:rPr>
        <w:t>ự</w:t>
      </w:r>
      <w:r w:rsidRPr="00955D7C">
        <w:rPr>
          <w:rFonts w:ascii="Times New Roman" w:hAnsi="Times New Roman" w:cs="Times New Roman"/>
          <w:sz w:val="28"/>
          <w:szCs w:val="28"/>
        </w:rPr>
        <w:t>c hi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n vi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c chi tr</w:t>
      </w:r>
      <w:r w:rsidRPr="00955D7C">
        <w:rPr>
          <w:rFonts w:ascii="Times New Roman" w:hAnsi="Times New Roman" w:cs="Times New Roman"/>
          <w:sz w:val="28"/>
          <w:szCs w:val="28"/>
        </w:rPr>
        <w:t>ả</w:t>
      </w:r>
      <w:r w:rsidRPr="00955D7C">
        <w:rPr>
          <w:rFonts w:ascii="Times New Roman" w:hAnsi="Times New Roman" w:cs="Times New Roman"/>
          <w:sz w:val="28"/>
          <w:szCs w:val="28"/>
        </w:rPr>
        <w:t xml:space="preserve"> theo danh sách đã đư</w:t>
      </w:r>
      <w:r w:rsidRPr="00955D7C">
        <w:rPr>
          <w:rFonts w:ascii="Times New Roman" w:hAnsi="Times New Roman" w:cs="Times New Roman"/>
          <w:sz w:val="28"/>
          <w:szCs w:val="28"/>
        </w:rPr>
        <w:t>ợ</w:t>
      </w:r>
      <w:r w:rsidRPr="00955D7C">
        <w:rPr>
          <w:rFonts w:ascii="Times New Roman" w:hAnsi="Times New Roman" w:cs="Times New Roman"/>
          <w:sz w:val="28"/>
          <w:szCs w:val="28"/>
        </w:rPr>
        <w:t>c phê duy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t.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Đi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7. Hi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u l</w:t>
      </w:r>
      <w:r w:rsidRPr="00955D7C">
        <w:rPr>
          <w:rFonts w:ascii="Times New Roman" w:hAnsi="Times New Roman" w:cs="Times New Roman"/>
          <w:sz w:val="28"/>
          <w:szCs w:val="28"/>
        </w:rPr>
        <w:t>ự</w:t>
      </w:r>
      <w:r w:rsidRPr="00955D7C">
        <w:rPr>
          <w:rFonts w:ascii="Times New Roman" w:hAnsi="Times New Roman" w:cs="Times New Roman"/>
          <w:sz w:val="28"/>
          <w:szCs w:val="28"/>
        </w:rPr>
        <w:t>c thi hành</w:t>
      </w:r>
    </w:p>
    <w:p w:rsidR="008A6EC0" w:rsidRPr="00955D7C" w:rsidRDefault="00955D7C">
      <w:pPr>
        <w:rPr>
          <w:rFonts w:ascii="Times New Roman" w:hAnsi="Times New Roman" w:cs="Times New Roman"/>
          <w:sz w:val="28"/>
          <w:szCs w:val="28"/>
        </w:rPr>
      </w:pPr>
      <w:r w:rsidRPr="00955D7C">
        <w:rPr>
          <w:rFonts w:ascii="Times New Roman" w:hAnsi="Times New Roman" w:cs="Times New Roman"/>
          <w:sz w:val="28"/>
          <w:szCs w:val="28"/>
        </w:rPr>
        <w:t>Quy ch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 xml:space="preserve"> này có hi</w:t>
      </w:r>
      <w:r w:rsidRPr="00955D7C">
        <w:rPr>
          <w:rFonts w:ascii="Times New Roman" w:hAnsi="Times New Roman" w:cs="Times New Roman"/>
          <w:sz w:val="28"/>
          <w:szCs w:val="28"/>
        </w:rPr>
        <w:t>ệ</w:t>
      </w:r>
      <w:r w:rsidRPr="00955D7C">
        <w:rPr>
          <w:rFonts w:ascii="Times New Roman" w:hAnsi="Times New Roman" w:cs="Times New Roman"/>
          <w:sz w:val="28"/>
          <w:szCs w:val="28"/>
        </w:rPr>
        <w:t>u l</w:t>
      </w:r>
      <w:r w:rsidRPr="00955D7C">
        <w:rPr>
          <w:rFonts w:ascii="Times New Roman" w:hAnsi="Times New Roman" w:cs="Times New Roman"/>
          <w:sz w:val="28"/>
          <w:szCs w:val="28"/>
        </w:rPr>
        <w:t>ự</w:t>
      </w:r>
      <w:r w:rsidRPr="00955D7C">
        <w:rPr>
          <w:rFonts w:ascii="Times New Roman" w:hAnsi="Times New Roman" w:cs="Times New Roman"/>
          <w:sz w:val="28"/>
          <w:szCs w:val="28"/>
        </w:rPr>
        <w:t>c k</w:t>
      </w:r>
      <w:r w:rsidRPr="00955D7C">
        <w:rPr>
          <w:rFonts w:ascii="Times New Roman" w:hAnsi="Times New Roman" w:cs="Times New Roman"/>
          <w:sz w:val="28"/>
          <w:szCs w:val="28"/>
        </w:rPr>
        <w:t>ể</w:t>
      </w:r>
      <w:r w:rsidRPr="00955D7C">
        <w:rPr>
          <w:rFonts w:ascii="Times New Roman" w:hAnsi="Times New Roman" w:cs="Times New Roman"/>
          <w:sz w:val="28"/>
          <w:szCs w:val="28"/>
        </w:rPr>
        <w:t xml:space="preserve"> t</w:t>
      </w:r>
      <w:r w:rsidRPr="00955D7C">
        <w:rPr>
          <w:rFonts w:ascii="Times New Roman" w:hAnsi="Times New Roman" w:cs="Times New Roman"/>
          <w:sz w:val="28"/>
          <w:szCs w:val="28"/>
        </w:rPr>
        <w:t>ừ</w:t>
      </w:r>
      <w:r w:rsidRPr="00955D7C">
        <w:rPr>
          <w:rFonts w:ascii="Times New Roman" w:hAnsi="Times New Roman" w:cs="Times New Roman"/>
          <w:sz w:val="28"/>
          <w:szCs w:val="28"/>
        </w:rPr>
        <w:t xml:space="preserve"> ngày ký, các quy đ</w:t>
      </w:r>
      <w:r w:rsidRPr="00955D7C">
        <w:rPr>
          <w:rFonts w:ascii="Times New Roman" w:hAnsi="Times New Roman" w:cs="Times New Roman"/>
          <w:sz w:val="28"/>
          <w:szCs w:val="28"/>
        </w:rPr>
        <w:t>ị</w:t>
      </w:r>
      <w:r w:rsidRPr="00955D7C">
        <w:rPr>
          <w:rFonts w:ascii="Times New Roman" w:hAnsi="Times New Roman" w:cs="Times New Roman"/>
          <w:sz w:val="28"/>
          <w:szCs w:val="28"/>
        </w:rPr>
        <w:t>nh trư</w:t>
      </w:r>
      <w:r w:rsidRPr="00955D7C">
        <w:rPr>
          <w:rFonts w:ascii="Times New Roman" w:hAnsi="Times New Roman" w:cs="Times New Roman"/>
          <w:sz w:val="28"/>
          <w:szCs w:val="28"/>
        </w:rPr>
        <w:t>ớ</w:t>
      </w:r>
      <w:r w:rsidRPr="00955D7C">
        <w:rPr>
          <w:rFonts w:ascii="Times New Roman" w:hAnsi="Times New Roman" w:cs="Times New Roman"/>
          <w:sz w:val="28"/>
          <w:szCs w:val="28"/>
        </w:rPr>
        <w:t>c đây tr</w:t>
      </w:r>
      <w:r w:rsidRPr="00955D7C">
        <w:rPr>
          <w:rFonts w:ascii="Times New Roman" w:hAnsi="Times New Roman" w:cs="Times New Roman"/>
          <w:sz w:val="28"/>
          <w:szCs w:val="28"/>
        </w:rPr>
        <w:t>ái v</w:t>
      </w:r>
      <w:r w:rsidRPr="00955D7C">
        <w:rPr>
          <w:rFonts w:ascii="Times New Roman" w:hAnsi="Times New Roman" w:cs="Times New Roman"/>
          <w:sz w:val="28"/>
          <w:szCs w:val="28"/>
        </w:rPr>
        <w:t>ớ</w:t>
      </w:r>
      <w:r w:rsidRPr="00955D7C">
        <w:rPr>
          <w:rFonts w:ascii="Times New Roman" w:hAnsi="Times New Roman" w:cs="Times New Roman"/>
          <w:sz w:val="28"/>
          <w:szCs w:val="28"/>
        </w:rPr>
        <w:t>i Quy ch</w:t>
      </w:r>
      <w:r w:rsidRPr="00955D7C">
        <w:rPr>
          <w:rFonts w:ascii="Times New Roman" w:hAnsi="Times New Roman" w:cs="Times New Roman"/>
          <w:sz w:val="28"/>
          <w:szCs w:val="28"/>
        </w:rPr>
        <w:t>ế</w:t>
      </w:r>
      <w:r w:rsidRPr="00955D7C">
        <w:rPr>
          <w:rFonts w:ascii="Times New Roman" w:hAnsi="Times New Roman" w:cs="Times New Roman"/>
          <w:sz w:val="28"/>
          <w:szCs w:val="28"/>
        </w:rPr>
        <w:t xml:space="preserve"> này đ</w:t>
      </w:r>
      <w:r w:rsidRPr="00955D7C">
        <w:rPr>
          <w:rFonts w:ascii="Times New Roman" w:hAnsi="Times New Roman" w:cs="Times New Roman"/>
          <w:sz w:val="28"/>
          <w:szCs w:val="28"/>
        </w:rPr>
        <w:t>ề</w:t>
      </w:r>
      <w:r w:rsidRPr="00955D7C">
        <w:rPr>
          <w:rFonts w:ascii="Times New Roman" w:hAnsi="Times New Roman" w:cs="Times New Roman"/>
          <w:sz w:val="28"/>
          <w:szCs w:val="28"/>
        </w:rPr>
        <w:t>u bãi b</w:t>
      </w:r>
      <w:r w:rsidRPr="00955D7C">
        <w:rPr>
          <w:rFonts w:ascii="Times New Roman" w:hAnsi="Times New Roman" w:cs="Times New Roman"/>
          <w:sz w:val="28"/>
          <w:szCs w:val="28"/>
        </w:rPr>
        <w:t>ỏ</w:t>
      </w:r>
      <w:r w:rsidRPr="00955D7C">
        <w:rPr>
          <w:rFonts w:ascii="Times New Roman" w:hAnsi="Times New Roman" w:cs="Times New Roman"/>
          <w:sz w:val="28"/>
          <w:szCs w:val="28"/>
        </w:rPr>
        <w:t>.</w:t>
      </w:r>
    </w:p>
    <w:sectPr w:rsidR="008A6EC0" w:rsidRPr="00955D7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A6EC0"/>
    <w:rsid w:val="00955D7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2DC0A27-7DAF-486A-9C2B-67556972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8E82E5-8597-4060-BA97-6163B6B7F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2025-09-20T01:13:00Z</dcterms:created>
  <dcterms:modified xsi:type="dcterms:W3CDTF">2025-09-20T01:13:00Z</dcterms:modified>
  <cp:category/>
</cp:coreProperties>
</file>