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77D" w:rsidRPr="0052456B" w:rsidRDefault="0052456B">
      <w:pPr>
        <w:rPr>
          <w:rFonts w:ascii="Times New Roman" w:hAnsi="Times New Roman" w:cs="Times New Roman"/>
          <w:b/>
          <w:sz w:val="28"/>
          <w:szCs w:val="28"/>
        </w:rPr>
      </w:pPr>
      <w:r w:rsidRPr="0052456B">
        <w:rPr>
          <w:rFonts w:ascii="Times New Roman" w:hAnsi="Times New Roman" w:cs="Times New Roman"/>
          <w:b/>
          <w:sz w:val="28"/>
          <w:szCs w:val="28"/>
        </w:rPr>
        <w:t>PHÒNG GIÁO D</w:t>
      </w:r>
      <w:r w:rsidRPr="0052456B">
        <w:rPr>
          <w:rFonts w:ascii="Times New Roman" w:hAnsi="Times New Roman" w:cs="Times New Roman"/>
          <w:b/>
          <w:sz w:val="28"/>
          <w:szCs w:val="28"/>
        </w:rPr>
        <w:t>Ụ</w:t>
      </w:r>
      <w:r w:rsidRPr="0052456B">
        <w:rPr>
          <w:rFonts w:ascii="Times New Roman" w:hAnsi="Times New Roman" w:cs="Times New Roman"/>
          <w:b/>
          <w:sz w:val="28"/>
          <w:szCs w:val="28"/>
        </w:rPr>
        <w:t>C VÀ ĐÀO T</w:t>
      </w:r>
      <w:r w:rsidRPr="0052456B">
        <w:rPr>
          <w:rFonts w:ascii="Times New Roman" w:hAnsi="Times New Roman" w:cs="Times New Roman"/>
          <w:b/>
          <w:sz w:val="28"/>
          <w:szCs w:val="28"/>
        </w:rPr>
        <w:t>Ạ</w:t>
      </w:r>
      <w:r w:rsidRPr="0052456B">
        <w:rPr>
          <w:rFonts w:ascii="Times New Roman" w:hAnsi="Times New Roman" w:cs="Times New Roman"/>
          <w:b/>
          <w:sz w:val="28"/>
          <w:szCs w:val="28"/>
        </w:rPr>
        <w:t>O …………</w:t>
      </w:r>
    </w:p>
    <w:p w:rsidR="00F2077D" w:rsidRPr="0052456B" w:rsidRDefault="0052456B">
      <w:pPr>
        <w:rPr>
          <w:rFonts w:ascii="Times New Roman" w:hAnsi="Times New Roman" w:cs="Times New Roman"/>
          <w:b/>
          <w:sz w:val="28"/>
          <w:szCs w:val="28"/>
        </w:rPr>
      </w:pPr>
      <w:r w:rsidRPr="0052456B">
        <w:rPr>
          <w:rFonts w:ascii="Times New Roman" w:hAnsi="Times New Roman" w:cs="Times New Roman"/>
          <w:b/>
          <w:sz w:val="28"/>
          <w:szCs w:val="28"/>
        </w:rPr>
        <w:t>TRƯ</w:t>
      </w:r>
      <w:r w:rsidRPr="0052456B">
        <w:rPr>
          <w:rFonts w:ascii="Times New Roman" w:hAnsi="Times New Roman" w:cs="Times New Roman"/>
          <w:b/>
          <w:sz w:val="28"/>
          <w:szCs w:val="28"/>
        </w:rPr>
        <w:t>Ờ</w:t>
      </w:r>
      <w:r w:rsidRPr="0052456B">
        <w:rPr>
          <w:rFonts w:ascii="Times New Roman" w:hAnsi="Times New Roman" w:cs="Times New Roman"/>
          <w:b/>
          <w:sz w:val="28"/>
          <w:szCs w:val="28"/>
        </w:rPr>
        <w:t>NG M</w:t>
      </w:r>
      <w:r w:rsidRPr="0052456B">
        <w:rPr>
          <w:rFonts w:ascii="Times New Roman" w:hAnsi="Times New Roman" w:cs="Times New Roman"/>
          <w:b/>
          <w:sz w:val="28"/>
          <w:szCs w:val="28"/>
        </w:rPr>
        <w:t>Ầ</w:t>
      </w:r>
      <w:r w:rsidRPr="0052456B">
        <w:rPr>
          <w:rFonts w:ascii="Times New Roman" w:hAnsi="Times New Roman" w:cs="Times New Roman"/>
          <w:b/>
          <w:sz w:val="28"/>
          <w:szCs w:val="28"/>
        </w:rPr>
        <w:t>M NON …………</w:t>
      </w:r>
    </w:p>
    <w:p w:rsidR="00F2077D" w:rsidRPr="0052456B" w:rsidRDefault="0052456B">
      <w:pPr>
        <w:rPr>
          <w:rFonts w:ascii="Times New Roman" w:hAnsi="Times New Roman" w:cs="Times New Roman"/>
          <w:b/>
          <w:sz w:val="28"/>
          <w:szCs w:val="28"/>
        </w:rPr>
      </w:pPr>
      <w:r w:rsidRPr="0052456B">
        <w:rPr>
          <w:rFonts w:ascii="Times New Roman" w:hAnsi="Times New Roman" w:cs="Times New Roman"/>
          <w:b/>
          <w:sz w:val="28"/>
          <w:szCs w:val="28"/>
        </w:rPr>
        <w:t>S</w:t>
      </w:r>
      <w:r w:rsidRPr="0052456B">
        <w:rPr>
          <w:rFonts w:ascii="Times New Roman" w:hAnsi="Times New Roman" w:cs="Times New Roman"/>
          <w:b/>
          <w:sz w:val="28"/>
          <w:szCs w:val="28"/>
        </w:rPr>
        <w:t>ố</w:t>
      </w:r>
      <w:r w:rsidRPr="0052456B">
        <w:rPr>
          <w:rFonts w:ascii="Times New Roman" w:hAnsi="Times New Roman" w:cs="Times New Roman"/>
          <w:b/>
          <w:sz w:val="28"/>
          <w:szCs w:val="28"/>
        </w:rPr>
        <w:t>: ………/QĐ-MN…</w:t>
      </w:r>
    </w:p>
    <w:p w:rsidR="00F2077D" w:rsidRPr="0052456B" w:rsidRDefault="0052456B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52456B">
        <w:rPr>
          <w:rFonts w:ascii="Times New Roman" w:hAnsi="Times New Roman" w:cs="Times New Roman"/>
          <w:i/>
          <w:sz w:val="28"/>
          <w:szCs w:val="28"/>
        </w:rPr>
        <w:t>…, ngày … tháng … năm …</w:t>
      </w:r>
    </w:p>
    <w:p w:rsidR="00F2077D" w:rsidRPr="0052456B" w:rsidRDefault="0052456B">
      <w:pPr>
        <w:rPr>
          <w:rFonts w:ascii="Times New Roman" w:hAnsi="Times New Roman" w:cs="Times New Roman"/>
          <w:b/>
          <w:sz w:val="28"/>
          <w:szCs w:val="28"/>
        </w:rPr>
      </w:pPr>
      <w:r w:rsidRPr="0052456B">
        <w:rPr>
          <w:rFonts w:ascii="Times New Roman" w:hAnsi="Times New Roman" w:cs="Times New Roman"/>
          <w:sz w:val="28"/>
          <w:szCs w:val="28"/>
        </w:rPr>
        <w:br/>
      </w:r>
    </w:p>
    <w:p w:rsidR="00F2077D" w:rsidRPr="0052456B" w:rsidRDefault="005245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56B">
        <w:rPr>
          <w:rFonts w:ascii="Times New Roman" w:hAnsi="Times New Roman" w:cs="Times New Roman"/>
          <w:b/>
          <w:sz w:val="28"/>
          <w:szCs w:val="28"/>
        </w:rPr>
        <w:t>QUY</w:t>
      </w:r>
      <w:r w:rsidRPr="0052456B">
        <w:rPr>
          <w:rFonts w:ascii="Times New Roman" w:hAnsi="Times New Roman" w:cs="Times New Roman"/>
          <w:b/>
          <w:sz w:val="28"/>
          <w:szCs w:val="28"/>
        </w:rPr>
        <w:t>Ế</w:t>
      </w:r>
      <w:r w:rsidRPr="0052456B">
        <w:rPr>
          <w:rFonts w:ascii="Times New Roman" w:hAnsi="Times New Roman" w:cs="Times New Roman"/>
          <w:b/>
          <w:sz w:val="28"/>
          <w:szCs w:val="28"/>
        </w:rPr>
        <w:t>T Đ</w:t>
      </w:r>
      <w:r w:rsidRPr="0052456B">
        <w:rPr>
          <w:rFonts w:ascii="Times New Roman" w:hAnsi="Times New Roman" w:cs="Times New Roman"/>
          <w:b/>
          <w:sz w:val="28"/>
          <w:szCs w:val="28"/>
        </w:rPr>
        <w:t>Ị</w:t>
      </w:r>
      <w:r w:rsidRPr="0052456B">
        <w:rPr>
          <w:rFonts w:ascii="Times New Roman" w:hAnsi="Times New Roman" w:cs="Times New Roman"/>
          <w:b/>
          <w:sz w:val="28"/>
          <w:szCs w:val="28"/>
        </w:rPr>
        <w:t>NH</w:t>
      </w:r>
      <w:bookmarkStart w:id="0" w:name="_GoBack"/>
      <w:bookmarkEnd w:id="0"/>
    </w:p>
    <w:p w:rsidR="00F2077D" w:rsidRPr="0052456B" w:rsidRDefault="0052456B" w:rsidP="005245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56B">
        <w:rPr>
          <w:rFonts w:ascii="Times New Roman" w:hAnsi="Times New Roman" w:cs="Times New Roman"/>
          <w:b/>
          <w:sz w:val="28"/>
          <w:szCs w:val="28"/>
        </w:rPr>
        <w:t>V</w:t>
      </w:r>
      <w:r w:rsidRPr="0052456B">
        <w:rPr>
          <w:rFonts w:ascii="Times New Roman" w:hAnsi="Times New Roman" w:cs="Times New Roman"/>
          <w:b/>
          <w:sz w:val="28"/>
          <w:szCs w:val="28"/>
        </w:rPr>
        <w:t>ề</w:t>
      </w:r>
      <w:r w:rsidRPr="0052456B">
        <w:rPr>
          <w:rFonts w:ascii="Times New Roman" w:hAnsi="Times New Roman" w:cs="Times New Roman"/>
          <w:b/>
          <w:sz w:val="28"/>
          <w:szCs w:val="28"/>
        </w:rPr>
        <w:t xml:space="preserve"> vi</w:t>
      </w:r>
      <w:r w:rsidRPr="0052456B">
        <w:rPr>
          <w:rFonts w:ascii="Times New Roman" w:hAnsi="Times New Roman" w:cs="Times New Roman"/>
          <w:b/>
          <w:sz w:val="28"/>
          <w:szCs w:val="28"/>
        </w:rPr>
        <w:t>ệ</w:t>
      </w:r>
      <w:r w:rsidRPr="0052456B">
        <w:rPr>
          <w:rFonts w:ascii="Times New Roman" w:hAnsi="Times New Roman" w:cs="Times New Roman"/>
          <w:b/>
          <w:sz w:val="28"/>
          <w:szCs w:val="28"/>
        </w:rPr>
        <w:t>c t</w:t>
      </w:r>
      <w:r w:rsidRPr="0052456B">
        <w:rPr>
          <w:rFonts w:ascii="Times New Roman" w:hAnsi="Times New Roman" w:cs="Times New Roman"/>
          <w:b/>
          <w:sz w:val="28"/>
          <w:szCs w:val="28"/>
        </w:rPr>
        <w:t>ổ</w:t>
      </w:r>
      <w:r w:rsidRPr="0052456B">
        <w:rPr>
          <w:rFonts w:ascii="Times New Roman" w:hAnsi="Times New Roman" w:cs="Times New Roman"/>
          <w:b/>
          <w:sz w:val="28"/>
          <w:szCs w:val="28"/>
        </w:rPr>
        <w:t xml:space="preserve"> ch</w:t>
      </w:r>
      <w:r w:rsidRPr="0052456B">
        <w:rPr>
          <w:rFonts w:ascii="Times New Roman" w:hAnsi="Times New Roman" w:cs="Times New Roman"/>
          <w:b/>
          <w:sz w:val="28"/>
          <w:szCs w:val="28"/>
        </w:rPr>
        <w:t>ứ</w:t>
      </w:r>
      <w:r w:rsidRPr="0052456B">
        <w:rPr>
          <w:rFonts w:ascii="Times New Roman" w:hAnsi="Times New Roman" w:cs="Times New Roman"/>
          <w:b/>
          <w:sz w:val="28"/>
          <w:szCs w:val="28"/>
        </w:rPr>
        <w:t>c T</w:t>
      </w:r>
      <w:r w:rsidRPr="0052456B">
        <w:rPr>
          <w:rFonts w:ascii="Times New Roman" w:hAnsi="Times New Roman" w:cs="Times New Roman"/>
          <w:b/>
          <w:sz w:val="28"/>
          <w:szCs w:val="28"/>
        </w:rPr>
        <w:t>ế</w:t>
      </w:r>
      <w:r w:rsidRPr="0052456B">
        <w:rPr>
          <w:rFonts w:ascii="Times New Roman" w:hAnsi="Times New Roman" w:cs="Times New Roman"/>
          <w:b/>
          <w:sz w:val="28"/>
          <w:szCs w:val="28"/>
        </w:rPr>
        <w:t>t Trung Thu và t</w:t>
      </w:r>
      <w:r w:rsidRPr="0052456B">
        <w:rPr>
          <w:rFonts w:ascii="Times New Roman" w:hAnsi="Times New Roman" w:cs="Times New Roman"/>
          <w:b/>
          <w:sz w:val="28"/>
          <w:szCs w:val="28"/>
        </w:rPr>
        <w:t>ặ</w:t>
      </w:r>
      <w:r w:rsidRPr="0052456B">
        <w:rPr>
          <w:rFonts w:ascii="Times New Roman" w:hAnsi="Times New Roman" w:cs="Times New Roman"/>
          <w:b/>
          <w:sz w:val="28"/>
          <w:szCs w:val="28"/>
        </w:rPr>
        <w:t>ng quà cho tr</w:t>
      </w:r>
      <w:r w:rsidRPr="0052456B">
        <w:rPr>
          <w:rFonts w:ascii="Times New Roman" w:hAnsi="Times New Roman" w:cs="Times New Roman"/>
          <w:b/>
          <w:sz w:val="28"/>
          <w:szCs w:val="28"/>
        </w:rPr>
        <w:t>ẻ</w:t>
      </w:r>
      <w:r w:rsidRPr="0052456B">
        <w:rPr>
          <w:rFonts w:ascii="Times New Roman" w:hAnsi="Times New Roman" w:cs="Times New Roman"/>
          <w:b/>
          <w:sz w:val="28"/>
          <w:szCs w:val="28"/>
        </w:rPr>
        <w:t xml:space="preserve"> em Trư</w:t>
      </w:r>
      <w:r w:rsidRPr="0052456B">
        <w:rPr>
          <w:rFonts w:ascii="Times New Roman" w:hAnsi="Times New Roman" w:cs="Times New Roman"/>
          <w:b/>
          <w:sz w:val="28"/>
          <w:szCs w:val="28"/>
        </w:rPr>
        <w:t>ờ</w:t>
      </w:r>
      <w:r w:rsidRPr="0052456B">
        <w:rPr>
          <w:rFonts w:ascii="Times New Roman" w:hAnsi="Times New Roman" w:cs="Times New Roman"/>
          <w:b/>
          <w:sz w:val="28"/>
          <w:szCs w:val="28"/>
        </w:rPr>
        <w:t>ng M</w:t>
      </w:r>
      <w:r w:rsidRPr="0052456B">
        <w:rPr>
          <w:rFonts w:ascii="Times New Roman" w:hAnsi="Times New Roman" w:cs="Times New Roman"/>
          <w:b/>
          <w:sz w:val="28"/>
          <w:szCs w:val="28"/>
        </w:rPr>
        <w:t>ầ</w:t>
      </w:r>
      <w:r w:rsidRPr="0052456B">
        <w:rPr>
          <w:rFonts w:ascii="Times New Roman" w:hAnsi="Times New Roman" w:cs="Times New Roman"/>
          <w:b/>
          <w:sz w:val="28"/>
          <w:szCs w:val="28"/>
        </w:rPr>
        <w:t xml:space="preserve">m non </w:t>
      </w:r>
      <w:r w:rsidRPr="0052456B">
        <w:rPr>
          <w:rFonts w:ascii="Times New Roman" w:hAnsi="Times New Roman" w:cs="Times New Roman"/>
          <w:sz w:val="28"/>
          <w:szCs w:val="28"/>
        </w:rPr>
        <w:br/>
      </w:r>
    </w:p>
    <w:p w:rsidR="00F2077D" w:rsidRPr="0052456B" w:rsidRDefault="0052456B">
      <w:pPr>
        <w:rPr>
          <w:rFonts w:ascii="Times New Roman" w:hAnsi="Times New Roman" w:cs="Times New Roman"/>
          <w:sz w:val="28"/>
          <w:szCs w:val="28"/>
        </w:rPr>
      </w:pPr>
      <w:r w:rsidRPr="0052456B">
        <w:rPr>
          <w:rFonts w:ascii="Times New Roman" w:hAnsi="Times New Roman" w:cs="Times New Roman"/>
          <w:sz w:val="28"/>
          <w:szCs w:val="28"/>
        </w:rPr>
        <w:t>HI</w:t>
      </w:r>
      <w:r w:rsidRPr="0052456B">
        <w:rPr>
          <w:rFonts w:ascii="Times New Roman" w:hAnsi="Times New Roman" w:cs="Times New Roman"/>
          <w:sz w:val="28"/>
          <w:szCs w:val="28"/>
        </w:rPr>
        <w:t>Ệ</w:t>
      </w:r>
      <w:r w:rsidRPr="0052456B">
        <w:rPr>
          <w:rFonts w:ascii="Times New Roman" w:hAnsi="Times New Roman" w:cs="Times New Roman"/>
          <w:sz w:val="28"/>
          <w:szCs w:val="28"/>
        </w:rPr>
        <w:t>U TRƯ</w:t>
      </w:r>
      <w:r w:rsidRPr="0052456B">
        <w:rPr>
          <w:rFonts w:ascii="Times New Roman" w:hAnsi="Times New Roman" w:cs="Times New Roman"/>
          <w:sz w:val="28"/>
          <w:szCs w:val="28"/>
        </w:rPr>
        <w:t>Ở</w:t>
      </w:r>
      <w:r w:rsidRPr="0052456B">
        <w:rPr>
          <w:rFonts w:ascii="Times New Roman" w:hAnsi="Times New Roman" w:cs="Times New Roman"/>
          <w:sz w:val="28"/>
          <w:szCs w:val="28"/>
        </w:rPr>
        <w:t>NG TRƯ</w:t>
      </w:r>
      <w:r w:rsidRPr="0052456B">
        <w:rPr>
          <w:rFonts w:ascii="Times New Roman" w:hAnsi="Times New Roman" w:cs="Times New Roman"/>
          <w:sz w:val="28"/>
          <w:szCs w:val="28"/>
        </w:rPr>
        <w:t>Ờ</w:t>
      </w:r>
      <w:r w:rsidRPr="0052456B">
        <w:rPr>
          <w:rFonts w:ascii="Times New Roman" w:hAnsi="Times New Roman" w:cs="Times New Roman"/>
          <w:sz w:val="28"/>
          <w:szCs w:val="28"/>
        </w:rPr>
        <w:t>NG M</w:t>
      </w:r>
      <w:r w:rsidRPr="0052456B">
        <w:rPr>
          <w:rFonts w:ascii="Times New Roman" w:hAnsi="Times New Roman" w:cs="Times New Roman"/>
          <w:sz w:val="28"/>
          <w:szCs w:val="28"/>
        </w:rPr>
        <w:t>Ầ</w:t>
      </w:r>
      <w:r w:rsidRPr="0052456B">
        <w:rPr>
          <w:rFonts w:ascii="Times New Roman" w:hAnsi="Times New Roman" w:cs="Times New Roman"/>
          <w:sz w:val="28"/>
          <w:szCs w:val="28"/>
        </w:rPr>
        <w:t>M NON …………</w:t>
      </w:r>
      <w:r w:rsidRPr="0052456B">
        <w:rPr>
          <w:rFonts w:ascii="Times New Roman" w:hAnsi="Times New Roman" w:cs="Times New Roman"/>
          <w:sz w:val="28"/>
          <w:szCs w:val="28"/>
        </w:rPr>
        <w:br/>
      </w:r>
    </w:p>
    <w:p w:rsidR="00F2077D" w:rsidRPr="0052456B" w:rsidRDefault="0052456B">
      <w:pPr>
        <w:rPr>
          <w:rFonts w:ascii="Times New Roman" w:hAnsi="Times New Roman" w:cs="Times New Roman"/>
          <w:sz w:val="28"/>
          <w:szCs w:val="28"/>
        </w:rPr>
      </w:pPr>
      <w:r w:rsidRPr="0052456B">
        <w:rPr>
          <w:rFonts w:ascii="Times New Roman" w:hAnsi="Times New Roman" w:cs="Times New Roman"/>
          <w:sz w:val="28"/>
          <w:szCs w:val="28"/>
        </w:rPr>
        <w:t>- Căn c</w:t>
      </w:r>
      <w:r w:rsidRPr="0052456B">
        <w:rPr>
          <w:rFonts w:ascii="Times New Roman" w:hAnsi="Times New Roman" w:cs="Times New Roman"/>
          <w:sz w:val="28"/>
          <w:szCs w:val="28"/>
        </w:rPr>
        <w:t>ứ</w:t>
      </w:r>
      <w:r w:rsidRPr="0052456B">
        <w:rPr>
          <w:rFonts w:ascii="Times New Roman" w:hAnsi="Times New Roman" w:cs="Times New Roman"/>
          <w:sz w:val="28"/>
          <w:szCs w:val="28"/>
        </w:rPr>
        <w:t xml:space="preserve"> Đi</w:t>
      </w:r>
      <w:r w:rsidRPr="0052456B">
        <w:rPr>
          <w:rFonts w:ascii="Times New Roman" w:hAnsi="Times New Roman" w:cs="Times New Roman"/>
          <w:sz w:val="28"/>
          <w:szCs w:val="28"/>
        </w:rPr>
        <w:t>ề</w:t>
      </w:r>
      <w:r w:rsidRPr="0052456B">
        <w:rPr>
          <w:rFonts w:ascii="Times New Roman" w:hAnsi="Times New Roman" w:cs="Times New Roman"/>
          <w:sz w:val="28"/>
          <w:szCs w:val="28"/>
        </w:rPr>
        <w:t>u l</w:t>
      </w:r>
      <w:r w:rsidRPr="0052456B">
        <w:rPr>
          <w:rFonts w:ascii="Times New Roman" w:hAnsi="Times New Roman" w:cs="Times New Roman"/>
          <w:sz w:val="28"/>
          <w:szCs w:val="28"/>
        </w:rPr>
        <w:t>ệ</w:t>
      </w:r>
      <w:r w:rsidRPr="0052456B">
        <w:rPr>
          <w:rFonts w:ascii="Times New Roman" w:hAnsi="Times New Roman" w:cs="Times New Roman"/>
          <w:sz w:val="28"/>
          <w:szCs w:val="28"/>
        </w:rPr>
        <w:t xml:space="preserve"> trư</w:t>
      </w:r>
      <w:r w:rsidRPr="0052456B">
        <w:rPr>
          <w:rFonts w:ascii="Times New Roman" w:hAnsi="Times New Roman" w:cs="Times New Roman"/>
          <w:sz w:val="28"/>
          <w:szCs w:val="28"/>
        </w:rPr>
        <w:t>ờ</w:t>
      </w:r>
      <w:r w:rsidRPr="0052456B">
        <w:rPr>
          <w:rFonts w:ascii="Times New Roman" w:hAnsi="Times New Roman" w:cs="Times New Roman"/>
          <w:sz w:val="28"/>
          <w:szCs w:val="28"/>
        </w:rPr>
        <w:t>ng m</w:t>
      </w:r>
      <w:r w:rsidRPr="0052456B">
        <w:rPr>
          <w:rFonts w:ascii="Times New Roman" w:hAnsi="Times New Roman" w:cs="Times New Roman"/>
          <w:sz w:val="28"/>
          <w:szCs w:val="28"/>
        </w:rPr>
        <w:t>ầ</w:t>
      </w:r>
      <w:r w:rsidRPr="0052456B">
        <w:rPr>
          <w:rFonts w:ascii="Times New Roman" w:hAnsi="Times New Roman" w:cs="Times New Roman"/>
          <w:sz w:val="28"/>
          <w:szCs w:val="28"/>
        </w:rPr>
        <w:t>m non ban hành kèm theo Thông tư s</w:t>
      </w:r>
      <w:r w:rsidRPr="0052456B">
        <w:rPr>
          <w:rFonts w:ascii="Times New Roman" w:hAnsi="Times New Roman" w:cs="Times New Roman"/>
          <w:sz w:val="28"/>
          <w:szCs w:val="28"/>
        </w:rPr>
        <w:t>ố</w:t>
      </w:r>
      <w:r w:rsidRPr="0052456B">
        <w:rPr>
          <w:rFonts w:ascii="Times New Roman" w:hAnsi="Times New Roman" w:cs="Times New Roman"/>
          <w:sz w:val="28"/>
          <w:szCs w:val="28"/>
        </w:rPr>
        <w:t xml:space="preserve"> …/…/TT-BGDĐT ngày … tháng … năm … c</w:t>
      </w:r>
      <w:r w:rsidRPr="0052456B">
        <w:rPr>
          <w:rFonts w:ascii="Times New Roman" w:hAnsi="Times New Roman" w:cs="Times New Roman"/>
          <w:sz w:val="28"/>
          <w:szCs w:val="28"/>
        </w:rPr>
        <w:t>ủ</w:t>
      </w:r>
      <w:r w:rsidRPr="0052456B">
        <w:rPr>
          <w:rFonts w:ascii="Times New Roman" w:hAnsi="Times New Roman" w:cs="Times New Roman"/>
          <w:sz w:val="28"/>
          <w:szCs w:val="28"/>
        </w:rPr>
        <w:t>a B</w:t>
      </w:r>
      <w:r w:rsidRPr="0052456B">
        <w:rPr>
          <w:rFonts w:ascii="Times New Roman" w:hAnsi="Times New Roman" w:cs="Times New Roman"/>
          <w:sz w:val="28"/>
          <w:szCs w:val="28"/>
        </w:rPr>
        <w:t>ộ</w:t>
      </w:r>
      <w:r w:rsidRPr="0052456B">
        <w:rPr>
          <w:rFonts w:ascii="Times New Roman" w:hAnsi="Times New Roman" w:cs="Times New Roman"/>
          <w:sz w:val="28"/>
          <w:szCs w:val="28"/>
        </w:rPr>
        <w:t xml:space="preserve"> Giáo d</w:t>
      </w:r>
      <w:r w:rsidRPr="0052456B">
        <w:rPr>
          <w:rFonts w:ascii="Times New Roman" w:hAnsi="Times New Roman" w:cs="Times New Roman"/>
          <w:sz w:val="28"/>
          <w:szCs w:val="28"/>
        </w:rPr>
        <w:t>ụ</w:t>
      </w:r>
      <w:r w:rsidRPr="0052456B">
        <w:rPr>
          <w:rFonts w:ascii="Times New Roman" w:hAnsi="Times New Roman" w:cs="Times New Roman"/>
          <w:sz w:val="28"/>
          <w:szCs w:val="28"/>
        </w:rPr>
        <w:t>c và Đào t</w:t>
      </w:r>
      <w:r w:rsidRPr="0052456B">
        <w:rPr>
          <w:rFonts w:ascii="Times New Roman" w:hAnsi="Times New Roman" w:cs="Times New Roman"/>
          <w:sz w:val="28"/>
          <w:szCs w:val="28"/>
        </w:rPr>
        <w:t>ạ</w:t>
      </w:r>
      <w:r w:rsidRPr="0052456B">
        <w:rPr>
          <w:rFonts w:ascii="Times New Roman" w:hAnsi="Times New Roman" w:cs="Times New Roman"/>
          <w:sz w:val="28"/>
          <w:szCs w:val="28"/>
        </w:rPr>
        <w:t>o;</w:t>
      </w:r>
    </w:p>
    <w:p w:rsidR="00F2077D" w:rsidRPr="0052456B" w:rsidRDefault="0052456B">
      <w:pPr>
        <w:rPr>
          <w:rFonts w:ascii="Times New Roman" w:hAnsi="Times New Roman" w:cs="Times New Roman"/>
          <w:sz w:val="28"/>
          <w:szCs w:val="28"/>
        </w:rPr>
      </w:pPr>
      <w:r w:rsidRPr="0052456B">
        <w:rPr>
          <w:rFonts w:ascii="Times New Roman" w:hAnsi="Times New Roman" w:cs="Times New Roman"/>
          <w:sz w:val="28"/>
          <w:szCs w:val="28"/>
        </w:rPr>
        <w:t>- Căn c</w:t>
      </w:r>
      <w:r w:rsidRPr="0052456B">
        <w:rPr>
          <w:rFonts w:ascii="Times New Roman" w:hAnsi="Times New Roman" w:cs="Times New Roman"/>
          <w:sz w:val="28"/>
          <w:szCs w:val="28"/>
        </w:rPr>
        <w:t>ứ</w:t>
      </w:r>
      <w:r w:rsidRPr="0052456B">
        <w:rPr>
          <w:rFonts w:ascii="Times New Roman" w:hAnsi="Times New Roman" w:cs="Times New Roman"/>
          <w:sz w:val="28"/>
          <w:szCs w:val="28"/>
        </w:rPr>
        <w:t xml:space="preserve"> K</w:t>
      </w:r>
      <w:r w:rsidRPr="0052456B">
        <w:rPr>
          <w:rFonts w:ascii="Times New Roman" w:hAnsi="Times New Roman" w:cs="Times New Roman"/>
          <w:sz w:val="28"/>
          <w:szCs w:val="28"/>
        </w:rPr>
        <w:t>ế</w:t>
      </w:r>
      <w:r w:rsidRPr="0052456B">
        <w:rPr>
          <w:rFonts w:ascii="Times New Roman" w:hAnsi="Times New Roman" w:cs="Times New Roman"/>
          <w:sz w:val="28"/>
          <w:szCs w:val="28"/>
        </w:rPr>
        <w:t xml:space="preserve"> ho</w:t>
      </w:r>
      <w:r w:rsidRPr="0052456B">
        <w:rPr>
          <w:rFonts w:ascii="Times New Roman" w:hAnsi="Times New Roman" w:cs="Times New Roman"/>
          <w:sz w:val="28"/>
          <w:szCs w:val="28"/>
        </w:rPr>
        <w:t>ạ</w:t>
      </w:r>
      <w:r w:rsidRPr="0052456B">
        <w:rPr>
          <w:rFonts w:ascii="Times New Roman" w:hAnsi="Times New Roman" w:cs="Times New Roman"/>
          <w:sz w:val="28"/>
          <w:szCs w:val="28"/>
        </w:rPr>
        <w:t>ch năm h</w:t>
      </w:r>
      <w:r w:rsidRPr="0052456B">
        <w:rPr>
          <w:rFonts w:ascii="Times New Roman" w:hAnsi="Times New Roman" w:cs="Times New Roman"/>
          <w:sz w:val="28"/>
          <w:szCs w:val="28"/>
        </w:rPr>
        <w:t>ọ</w:t>
      </w:r>
      <w:r w:rsidRPr="0052456B">
        <w:rPr>
          <w:rFonts w:ascii="Times New Roman" w:hAnsi="Times New Roman" w:cs="Times New Roman"/>
          <w:sz w:val="28"/>
          <w:szCs w:val="28"/>
        </w:rPr>
        <w:t>c ………… c</w:t>
      </w:r>
      <w:r w:rsidRPr="0052456B">
        <w:rPr>
          <w:rFonts w:ascii="Times New Roman" w:hAnsi="Times New Roman" w:cs="Times New Roman"/>
          <w:sz w:val="28"/>
          <w:szCs w:val="28"/>
        </w:rPr>
        <w:t>ủ</w:t>
      </w:r>
      <w:r w:rsidRPr="0052456B">
        <w:rPr>
          <w:rFonts w:ascii="Times New Roman" w:hAnsi="Times New Roman" w:cs="Times New Roman"/>
          <w:sz w:val="28"/>
          <w:szCs w:val="28"/>
        </w:rPr>
        <w:t>a Trư</w:t>
      </w:r>
      <w:r w:rsidRPr="0052456B">
        <w:rPr>
          <w:rFonts w:ascii="Times New Roman" w:hAnsi="Times New Roman" w:cs="Times New Roman"/>
          <w:sz w:val="28"/>
          <w:szCs w:val="28"/>
        </w:rPr>
        <w:t>ờ</w:t>
      </w:r>
      <w:r w:rsidRPr="0052456B">
        <w:rPr>
          <w:rFonts w:ascii="Times New Roman" w:hAnsi="Times New Roman" w:cs="Times New Roman"/>
          <w:sz w:val="28"/>
          <w:szCs w:val="28"/>
        </w:rPr>
        <w:t>ng M</w:t>
      </w:r>
      <w:r w:rsidRPr="0052456B">
        <w:rPr>
          <w:rFonts w:ascii="Times New Roman" w:hAnsi="Times New Roman" w:cs="Times New Roman"/>
          <w:sz w:val="28"/>
          <w:szCs w:val="28"/>
        </w:rPr>
        <w:t>ầ</w:t>
      </w:r>
      <w:r w:rsidRPr="0052456B">
        <w:rPr>
          <w:rFonts w:ascii="Times New Roman" w:hAnsi="Times New Roman" w:cs="Times New Roman"/>
          <w:sz w:val="28"/>
          <w:szCs w:val="28"/>
        </w:rPr>
        <w:t>m non …………;</w:t>
      </w:r>
    </w:p>
    <w:p w:rsidR="00F2077D" w:rsidRPr="0052456B" w:rsidRDefault="0052456B">
      <w:pPr>
        <w:rPr>
          <w:rFonts w:ascii="Times New Roman" w:hAnsi="Times New Roman" w:cs="Times New Roman"/>
          <w:sz w:val="28"/>
          <w:szCs w:val="28"/>
        </w:rPr>
      </w:pPr>
      <w:r w:rsidRPr="0052456B">
        <w:rPr>
          <w:rFonts w:ascii="Times New Roman" w:hAnsi="Times New Roman" w:cs="Times New Roman"/>
          <w:sz w:val="28"/>
          <w:szCs w:val="28"/>
        </w:rPr>
        <w:t>- Căn c</w:t>
      </w:r>
      <w:r w:rsidRPr="0052456B">
        <w:rPr>
          <w:rFonts w:ascii="Times New Roman" w:hAnsi="Times New Roman" w:cs="Times New Roman"/>
          <w:sz w:val="28"/>
          <w:szCs w:val="28"/>
        </w:rPr>
        <w:t>ứ</w:t>
      </w:r>
      <w:r w:rsidRPr="0052456B">
        <w:rPr>
          <w:rFonts w:ascii="Times New Roman" w:hAnsi="Times New Roman" w:cs="Times New Roman"/>
          <w:sz w:val="28"/>
          <w:szCs w:val="28"/>
        </w:rPr>
        <w:t xml:space="preserve"> tình hình th</w:t>
      </w:r>
      <w:r w:rsidRPr="0052456B">
        <w:rPr>
          <w:rFonts w:ascii="Times New Roman" w:hAnsi="Times New Roman" w:cs="Times New Roman"/>
          <w:sz w:val="28"/>
          <w:szCs w:val="28"/>
        </w:rPr>
        <w:t>ự</w:t>
      </w:r>
      <w:r w:rsidRPr="0052456B">
        <w:rPr>
          <w:rFonts w:ascii="Times New Roman" w:hAnsi="Times New Roman" w:cs="Times New Roman"/>
          <w:sz w:val="28"/>
          <w:szCs w:val="28"/>
        </w:rPr>
        <w:t>c t</w:t>
      </w:r>
      <w:r w:rsidRPr="0052456B">
        <w:rPr>
          <w:rFonts w:ascii="Times New Roman" w:hAnsi="Times New Roman" w:cs="Times New Roman"/>
          <w:sz w:val="28"/>
          <w:szCs w:val="28"/>
        </w:rPr>
        <w:t>ế</w:t>
      </w:r>
      <w:r w:rsidRPr="0052456B">
        <w:rPr>
          <w:rFonts w:ascii="Times New Roman" w:hAnsi="Times New Roman" w:cs="Times New Roman"/>
          <w:sz w:val="28"/>
          <w:szCs w:val="28"/>
        </w:rPr>
        <w:t xml:space="preserve"> và nhu c</w:t>
      </w:r>
      <w:r w:rsidRPr="0052456B">
        <w:rPr>
          <w:rFonts w:ascii="Times New Roman" w:hAnsi="Times New Roman" w:cs="Times New Roman"/>
          <w:sz w:val="28"/>
          <w:szCs w:val="28"/>
        </w:rPr>
        <w:t>ầ</w:t>
      </w:r>
      <w:r w:rsidRPr="0052456B">
        <w:rPr>
          <w:rFonts w:ascii="Times New Roman" w:hAnsi="Times New Roman" w:cs="Times New Roman"/>
          <w:sz w:val="28"/>
          <w:szCs w:val="28"/>
        </w:rPr>
        <w:t>u t</w:t>
      </w:r>
      <w:r w:rsidRPr="0052456B">
        <w:rPr>
          <w:rFonts w:ascii="Times New Roman" w:hAnsi="Times New Roman" w:cs="Times New Roman"/>
          <w:sz w:val="28"/>
          <w:szCs w:val="28"/>
        </w:rPr>
        <w:t>ổ</w:t>
      </w:r>
      <w:r w:rsidRPr="0052456B">
        <w:rPr>
          <w:rFonts w:ascii="Times New Roman" w:hAnsi="Times New Roman" w:cs="Times New Roman"/>
          <w:sz w:val="28"/>
          <w:szCs w:val="28"/>
        </w:rPr>
        <w:t xml:space="preserve"> ch</w:t>
      </w:r>
      <w:r w:rsidRPr="0052456B">
        <w:rPr>
          <w:rFonts w:ascii="Times New Roman" w:hAnsi="Times New Roman" w:cs="Times New Roman"/>
          <w:sz w:val="28"/>
          <w:szCs w:val="28"/>
        </w:rPr>
        <w:t>ứ</w:t>
      </w:r>
      <w:r w:rsidRPr="0052456B">
        <w:rPr>
          <w:rFonts w:ascii="Times New Roman" w:hAnsi="Times New Roman" w:cs="Times New Roman"/>
          <w:sz w:val="28"/>
          <w:szCs w:val="28"/>
        </w:rPr>
        <w:t>c các ho</w:t>
      </w:r>
      <w:r w:rsidRPr="0052456B">
        <w:rPr>
          <w:rFonts w:ascii="Times New Roman" w:hAnsi="Times New Roman" w:cs="Times New Roman"/>
          <w:sz w:val="28"/>
          <w:szCs w:val="28"/>
        </w:rPr>
        <w:t>ạ</w:t>
      </w:r>
      <w:r w:rsidRPr="0052456B">
        <w:rPr>
          <w:rFonts w:ascii="Times New Roman" w:hAnsi="Times New Roman" w:cs="Times New Roman"/>
          <w:sz w:val="28"/>
          <w:szCs w:val="28"/>
        </w:rPr>
        <w:t>t đ</w:t>
      </w:r>
      <w:r w:rsidRPr="0052456B">
        <w:rPr>
          <w:rFonts w:ascii="Times New Roman" w:hAnsi="Times New Roman" w:cs="Times New Roman"/>
          <w:sz w:val="28"/>
          <w:szCs w:val="28"/>
        </w:rPr>
        <w:t>ộ</w:t>
      </w:r>
      <w:r w:rsidRPr="0052456B">
        <w:rPr>
          <w:rFonts w:ascii="Times New Roman" w:hAnsi="Times New Roman" w:cs="Times New Roman"/>
          <w:sz w:val="28"/>
          <w:szCs w:val="28"/>
        </w:rPr>
        <w:t>ng chăm lo cho tr</w:t>
      </w:r>
      <w:r w:rsidRPr="0052456B">
        <w:rPr>
          <w:rFonts w:ascii="Times New Roman" w:hAnsi="Times New Roman" w:cs="Times New Roman"/>
          <w:sz w:val="28"/>
          <w:szCs w:val="28"/>
        </w:rPr>
        <w:t>ẻ</w:t>
      </w:r>
      <w:r w:rsidRPr="0052456B">
        <w:rPr>
          <w:rFonts w:ascii="Times New Roman" w:hAnsi="Times New Roman" w:cs="Times New Roman"/>
          <w:sz w:val="28"/>
          <w:szCs w:val="28"/>
        </w:rPr>
        <w:t xml:space="preserve"> em t</w:t>
      </w:r>
      <w:r w:rsidRPr="0052456B">
        <w:rPr>
          <w:rFonts w:ascii="Times New Roman" w:hAnsi="Times New Roman" w:cs="Times New Roman"/>
          <w:sz w:val="28"/>
          <w:szCs w:val="28"/>
        </w:rPr>
        <w:t>ạ</w:t>
      </w:r>
      <w:r w:rsidRPr="0052456B">
        <w:rPr>
          <w:rFonts w:ascii="Times New Roman" w:hAnsi="Times New Roman" w:cs="Times New Roman"/>
          <w:sz w:val="28"/>
          <w:szCs w:val="28"/>
        </w:rPr>
        <w:t>i trư</w:t>
      </w:r>
      <w:r w:rsidRPr="0052456B">
        <w:rPr>
          <w:rFonts w:ascii="Times New Roman" w:hAnsi="Times New Roman" w:cs="Times New Roman"/>
          <w:sz w:val="28"/>
          <w:szCs w:val="28"/>
        </w:rPr>
        <w:t>ờ</w:t>
      </w:r>
      <w:r w:rsidRPr="0052456B">
        <w:rPr>
          <w:rFonts w:ascii="Times New Roman" w:hAnsi="Times New Roman" w:cs="Times New Roman"/>
          <w:sz w:val="28"/>
          <w:szCs w:val="28"/>
        </w:rPr>
        <w:t>ng;</w:t>
      </w:r>
    </w:p>
    <w:p w:rsidR="00F2077D" w:rsidRPr="0052456B" w:rsidRDefault="0052456B">
      <w:pPr>
        <w:rPr>
          <w:rFonts w:ascii="Times New Roman" w:hAnsi="Times New Roman" w:cs="Times New Roman"/>
          <w:sz w:val="28"/>
          <w:szCs w:val="28"/>
        </w:rPr>
      </w:pPr>
      <w:r w:rsidRPr="0052456B">
        <w:rPr>
          <w:rFonts w:ascii="Times New Roman" w:hAnsi="Times New Roman" w:cs="Times New Roman"/>
          <w:sz w:val="28"/>
          <w:szCs w:val="28"/>
        </w:rPr>
        <w:br/>
      </w:r>
      <w:r w:rsidRPr="0052456B">
        <w:rPr>
          <w:rFonts w:ascii="Times New Roman" w:hAnsi="Times New Roman" w:cs="Times New Roman"/>
          <w:sz w:val="28"/>
          <w:szCs w:val="28"/>
        </w:rPr>
        <w:t>QUY</w:t>
      </w:r>
      <w:r w:rsidRPr="0052456B">
        <w:rPr>
          <w:rFonts w:ascii="Times New Roman" w:hAnsi="Times New Roman" w:cs="Times New Roman"/>
          <w:sz w:val="28"/>
          <w:szCs w:val="28"/>
        </w:rPr>
        <w:t>Ế</w:t>
      </w:r>
      <w:r w:rsidRPr="0052456B">
        <w:rPr>
          <w:rFonts w:ascii="Times New Roman" w:hAnsi="Times New Roman" w:cs="Times New Roman"/>
          <w:sz w:val="28"/>
          <w:szCs w:val="28"/>
        </w:rPr>
        <w:t>T Đ</w:t>
      </w:r>
      <w:r w:rsidRPr="0052456B">
        <w:rPr>
          <w:rFonts w:ascii="Times New Roman" w:hAnsi="Times New Roman" w:cs="Times New Roman"/>
          <w:sz w:val="28"/>
          <w:szCs w:val="28"/>
        </w:rPr>
        <w:t>Ị</w:t>
      </w:r>
      <w:r w:rsidRPr="0052456B">
        <w:rPr>
          <w:rFonts w:ascii="Times New Roman" w:hAnsi="Times New Roman" w:cs="Times New Roman"/>
          <w:sz w:val="28"/>
          <w:szCs w:val="28"/>
        </w:rPr>
        <w:t>NH:</w:t>
      </w:r>
      <w:r w:rsidRPr="0052456B">
        <w:rPr>
          <w:rFonts w:ascii="Times New Roman" w:hAnsi="Times New Roman" w:cs="Times New Roman"/>
          <w:sz w:val="28"/>
          <w:szCs w:val="28"/>
        </w:rPr>
        <w:br/>
      </w:r>
    </w:p>
    <w:p w:rsidR="00F2077D" w:rsidRPr="0052456B" w:rsidRDefault="0052456B">
      <w:pPr>
        <w:rPr>
          <w:rFonts w:ascii="Times New Roman" w:hAnsi="Times New Roman" w:cs="Times New Roman"/>
          <w:sz w:val="28"/>
          <w:szCs w:val="28"/>
        </w:rPr>
      </w:pPr>
      <w:r w:rsidRPr="0052456B">
        <w:rPr>
          <w:rFonts w:ascii="Times New Roman" w:hAnsi="Times New Roman" w:cs="Times New Roman"/>
          <w:sz w:val="28"/>
          <w:szCs w:val="28"/>
        </w:rPr>
        <w:t>Đi</w:t>
      </w:r>
      <w:r w:rsidRPr="0052456B">
        <w:rPr>
          <w:rFonts w:ascii="Times New Roman" w:hAnsi="Times New Roman" w:cs="Times New Roman"/>
          <w:sz w:val="28"/>
          <w:szCs w:val="28"/>
        </w:rPr>
        <w:t>ề</w:t>
      </w:r>
      <w:r w:rsidRPr="0052456B">
        <w:rPr>
          <w:rFonts w:ascii="Times New Roman" w:hAnsi="Times New Roman" w:cs="Times New Roman"/>
          <w:sz w:val="28"/>
          <w:szCs w:val="28"/>
        </w:rPr>
        <w:t>u 1. T</w:t>
      </w:r>
      <w:r w:rsidRPr="0052456B">
        <w:rPr>
          <w:rFonts w:ascii="Times New Roman" w:hAnsi="Times New Roman" w:cs="Times New Roman"/>
          <w:sz w:val="28"/>
          <w:szCs w:val="28"/>
        </w:rPr>
        <w:t>ổ</w:t>
      </w:r>
      <w:r w:rsidRPr="0052456B">
        <w:rPr>
          <w:rFonts w:ascii="Times New Roman" w:hAnsi="Times New Roman" w:cs="Times New Roman"/>
          <w:sz w:val="28"/>
          <w:szCs w:val="28"/>
        </w:rPr>
        <w:t xml:space="preserve"> ch</w:t>
      </w:r>
      <w:r w:rsidRPr="0052456B">
        <w:rPr>
          <w:rFonts w:ascii="Times New Roman" w:hAnsi="Times New Roman" w:cs="Times New Roman"/>
          <w:sz w:val="28"/>
          <w:szCs w:val="28"/>
        </w:rPr>
        <w:t>ứ</w:t>
      </w:r>
      <w:r w:rsidRPr="0052456B">
        <w:rPr>
          <w:rFonts w:ascii="Times New Roman" w:hAnsi="Times New Roman" w:cs="Times New Roman"/>
          <w:sz w:val="28"/>
          <w:szCs w:val="28"/>
        </w:rPr>
        <w:t>c “Vui T</w:t>
      </w:r>
      <w:r w:rsidRPr="0052456B">
        <w:rPr>
          <w:rFonts w:ascii="Times New Roman" w:hAnsi="Times New Roman" w:cs="Times New Roman"/>
          <w:sz w:val="28"/>
          <w:szCs w:val="28"/>
        </w:rPr>
        <w:t>ế</w:t>
      </w:r>
      <w:r w:rsidRPr="0052456B">
        <w:rPr>
          <w:rFonts w:ascii="Times New Roman" w:hAnsi="Times New Roman" w:cs="Times New Roman"/>
          <w:sz w:val="28"/>
          <w:szCs w:val="28"/>
        </w:rPr>
        <w:t>t Trung Thu” cho tr</w:t>
      </w:r>
      <w:r w:rsidRPr="0052456B">
        <w:rPr>
          <w:rFonts w:ascii="Times New Roman" w:hAnsi="Times New Roman" w:cs="Times New Roman"/>
          <w:sz w:val="28"/>
          <w:szCs w:val="28"/>
        </w:rPr>
        <w:t>ẻ</w:t>
      </w:r>
      <w:r w:rsidRPr="0052456B">
        <w:rPr>
          <w:rFonts w:ascii="Times New Roman" w:hAnsi="Times New Roman" w:cs="Times New Roman"/>
          <w:sz w:val="28"/>
          <w:szCs w:val="28"/>
        </w:rPr>
        <w:t xml:space="preserve"> em Trư</w:t>
      </w:r>
      <w:r w:rsidRPr="0052456B">
        <w:rPr>
          <w:rFonts w:ascii="Times New Roman" w:hAnsi="Times New Roman" w:cs="Times New Roman"/>
          <w:sz w:val="28"/>
          <w:szCs w:val="28"/>
        </w:rPr>
        <w:t>ờ</w:t>
      </w:r>
      <w:r w:rsidRPr="0052456B">
        <w:rPr>
          <w:rFonts w:ascii="Times New Roman" w:hAnsi="Times New Roman" w:cs="Times New Roman"/>
          <w:sz w:val="28"/>
          <w:szCs w:val="28"/>
        </w:rPr>
        <w:t>ng M</w:t>
      </w:r>
      <w:r w:rsidRPr="0052456B">
        <w:rPr>
          <w:rFonts w:ascii="Times New Roman" w:hAnsi="Times New Roman" w:cs="Times New Roman"/>
          <w:sz w:val="28"/>
          <w:szCs w:val="28"/>
        </w:rPr>
        <w:t>ầ</w:t>
      </w:r>
      <w:r w:rsidRPr="0052456B">
        <w:rPr>
          <w:rFonts w:ascii="Times New Roman" w:hAnsi="Times New Roman" w:cs="Times New Roman"/>
          <w:sz w:val="28"/>
          <w:szCs w:val="28"/>
        </w:rPr>
        <w:t>m non ………… vào ngày … tháng … năm … t</w:t>
      </w:r>
      <w:r w:rsidRPr="0052456B">
        <w:rPr>
          <w:rFonts w:ascii="Times New Roman" w:hAnsi="Times New Roman" w:cs="Times New Roman"/>
          <w:sz w:val="28"/>
          <w:szCs w:val="28"/>
        </w:rPr>
        <w:t>ạ</w:t>
      </w:r>
      <w:r w:rsidRPr="0052456B">
        <w:rPr>
          <w:rFonts w:ascii="Times New Roman" w:hAnsi="Times New Roman" w:cs="Times New Roman"/>
          <w:sz w:val="28"/>
          <w:szCs w:val="28"/>
        </w:rPr>
        <w:t>i …………</w:t>
      </w:r>
    </w:p>
    <w:p w:rsidR="00F2077D" w:rsidRPr="0052456B" w:rsidRDefault="0052456B">
      <w:pPr>
        <w:rPr>
          <w:rFonts w:ascii="Times New Roman" w:hAnsi="Times New Roman" w:cs="Times New Roman"/>
          <w:sz w:val="28"/>
          <w:szCs w:val="28"/>
        </w:rPr>
      </w:pPr>
      <w:r w:rsidRPr="0052456B">
        <w:rPr>
          <w:rFonts w:ascii="Times New Roman" w:hAnsi="Times New Roman" w:cs="Times New Roman"/>
          <w:sz w:val="28"/>
          <w:szCs w:val="28"/>
        </w:rPr>
        <w:t>Đi</w:t>
      </w:r>
      <w:r w:rsidRPr="0052456B">
        <w:rPr>
          <w:rFonts w:ascii="Times New Roman" w:hAnsi="Times New Roman" w:cs="Times New Roman"/>
          <w:sz w:val="28"/>
          <w:szCs w:val="28"/>
        </w:rPr>
        <w:t>ề</w:t>
      </w:r>
      <w:r w:rsidRPr="0052456B">
        <w:rPr>
          <w:rFonts w:ascii="Times New Roman" w:hAnsi="Times New Roman" w:cs="Times New Roman"/>
          <w:sz w:val="28"/>
          <w:szCs w:val="28"/>
        </w:rPr>
        <w:t>u 2. Th</w:t>
      </w:r>
      <w:r w:rsidRPr="0052456B">
        <w:rPr>
          <w:rFonts w:ascii="Times New Roman" w:hAnsi="Times New Roman" w:cs="Times New Roman"/>
          <w:sz w:val="28"/>
          <w:szCs w:val="28"/>
        </w:rPr>
        <w:t>ự</w:t>
      </w:r>
      <w:r w:rsidRPr="0052456B">
        <w:rPr>
          <w:rFonts w:ascii="Times New Roman" w:hAnsi="Times New Roman" w:cs="Times New Roman"/>
          <w:sz w:val="28"/>
          <w:szCs w:val="28"/>
        </w:rPr>
        <w:t>c hi</w:t>
      </w:r>
      <w:r w:rsidRPr="0052456B">
        <w:rPr>
          <w:rFonts w:ascii="Times New Roman" w:hAnsi="Times New Roman" w:cs="Times New Roman"/>
          <w:sz w:val="28"/>
          <w:szCs w:val="28"/>
        </w:rPr>
        <w:t>ệ</w:t>
      </w:r>
      <w:r w:rsidRPr="0052456B">
        <w:rPr>
          <w:rFonts w:ascii="Times New Roman" w:hAnsi="Times New Roman" w:cs="Times New Roman"/>
          <w:sz w:val="28"/>
          <w:szCs w:val="28"/>
        </w:rPr>
        <w:t>n trao quà (bánh Trung Thu, k</w:t>
      </w:r>
      <w:r w:rsidRPr="0052456B">
        <w:rPr>
          <w:rFonts w:ascii="Times New Roman" w:hAnsi="Times New Roman" w:cs="Times New Roman"/>
          <w:sz w:val="28"/>
          <w:szCs w:val="28"/>
        </w:rPr>
        <w:t>ẹ</w:t>
      </w:r>
      <w:r w:rsidRPr="0052456B">
        <w:rPr>
          <w:rFonts w:ascii="Times New Roman" w:hAnsi="Times New Roman" w:cs="Times New Roman"/>
          <w:sz w:val="28"/>
          <w:szCs w:val="28"/>
        </w:rPr>
        <w:t>o, đ</w:t>
      </w:r>
      <w:r w:rsidRPr="0052456B">
        <w:rPr>
          <w:rFonts w:ascii="Times New Roman" w:hAnsi="Times New Roman" w:cs="Times New Roman"/>
          <w:sz w:val="28"/>
          <w:szCs w:val="28"/>
        </w:rPr>
        <w:t>ồ</w:t>
      </w:r>
      <w:r w:rsidRPr="0052456B">
        <w:rPr>
          <w:rFonts w:ascii="Times New Roman" w:hAnsi="Times New Roman" w:cs="Times New Roman"/>
          <w:sz w:val="28"/>
          <w:szCs w:val="28"/>
        </w:rPr>
        <w:t xml:space="preserve"> chơi…) cho toàn th</w:t>
      </w:r>
      <w:r w:rsidRPr="0052456B">
        <w:rPr>
          <w:rFonts w:ascii="Times New Roman" w:hAnsi="Times New Roman" w:cs="Times New Roman"/>
          <w:sz w:val="28"/>
          <w:szCs w:val="28"/>
        </w:rPr>
        <w:t>ể</w:t>
      </w:r>
      <w:r w:rsidRPr="0052456B">
        <w:rPr>
          <w:rFonts w:ascii="Times New Roman" w:hAnsi="Times New Roman" w:cs="Times New Roman"/>
          <w:sz w:val="28"/>
          <w:szCs w:val="28"/>
        </w:rPr>
        <w:t xml:space="preserve"> tr</w:t>
      </w:r>
      <w:r w:rsidRPr="0052456B">
        <w:rPr>
          <w:rFonts w:ascii="Times New Roman" w:hAnsi="Times New Roman" w:cs="Times New Roman"/>
          <w:sz w:val="28"/>
          <w:szCs w:val="28"/>
        </w:rPr>
        <w:t>ẻ</w:t>
      </w:r>
      <w:r w:rsidRPr="0052456B">
        <w:rPr>
          <w:rFonts w:ascii="Times New Roman" w:hAnsi="Times New Roman" w:cs="Times New Roman"/>
          <w:sz w:val="28"/>
          <w:szCs w:val="28"/>
        </w:rPr>
        <w:t xml:space="preserve"> em trong trư</w:t>
      </w:r>
      <w:r w:rsidRPr="0052456B">
        <w:rPr>
          <w:rFonts w:ascii="Times New Roman" w:hAnsi="Times New Roman" w:cs="Times New Roman"/>
          <w:sz w:val="28"/>
          <w:szCs w:val="28"/>
        </w:rPr>
        <w:t>ờ</w:t>
      </w:r>
      <w:r w:rsidRPr="0052456B">
        <w:rPr>
          <w:rFonts w:ascii="Times New Roman" w:hAnsi="Times New Roman" w:cs="Times New Roman"/>
          <w:sz w:val="28"/>
          <w:szCs w:val="28"/>
        </w:rPr>
        <w:t>ng nh</w:t>
      </w:r>
      <w:r w:rsidRPr="0052456B">
        <w:rPr>
          <w:rFonts w:ascii="Times New Roman" w:hAnsi="Times New Roman" w:cs="Times New Roman"/>
          <w:sz w:val="28"/>
          <w:szCs w:val="28"/>
        </w:rPr>
        <w:t>ằ</w:t>
      </w:r>
      <w:r w:rsidRPr="0052456B">
        <w:rPr>
          <w:rFonts w:ascii="Times New Roman" w:hAnsi="Times New Roman" w:cs="Times New Roman"/>
          <w:sz w:val="28"/>
          <w:szCs w:val="28"/>
        </w:rPr>
        <w:t>m đ</w:t>
      </w:r>
      <w:r w:rsidRPr="0052456B">
        <w:rPr>
          <w:rFonts w:ascii="Times New Roman" w:hAnsi="Times New Roman" w:cs="Times New Roman"/>
          <w:sz w:val="28"/>
          <w:szCs w:val="28"/>
        </w:rPr>
        <w:t>ộ</w:t>
      </w:r>
      <w:r w:rsidRPr="0052456B">
        <w:rPr>
          <w:rFonts w:ascii="Times New Roman" w:hAnsi="Times New Roman" w:cs="Times New Roman"/>
          <w:sz w:val="28"/>
          <w:szCs w:val="28"/>
        </w:rPr>
        <w:t>ng viên, khích l</w:t>
      </w:r>
      <w:r w:rsidRPr="0052456B">
        <w:rPr>
          <w:rFonts w:ascii="Times New Roman" w:hAnsi="Times New Roman" w:cs="Times New Roman"/>
          <w:sz w:val="28"/>
          <w:szCs w:val="28"/>
        </w:rPr>
        <w:t>ệ</w:t>
      </w:r>
      <w:r w:rsidRPr="0052456B">
        <w:rPr>
          <w:rFonts w:ascii="Times New Roman" w:hAnsi="Times New Roman" w:cs="Times New Roman"/>
          <w:sz w:val="28"/>
          <w:szCs w:val="28"/>
        </w:rPr>
        <w:t xml:space="preserve"> tinh th</w:t>
      </w:r>
      <w:r w:rsidRPr="0052456B">
        <w:rPr>
          <w:rFonts w:ascii="Times New Roman" w:hAnsi="Times New Roman" w:cs="Times New Roman"/>
          <w:sz w:val="28"/>
          <w:szCs w:val="28"/>
        </w:rPr>
        <w:t>ầ</w:t>
      </w:r>
      <w:r w:rsidRPr="0052456B">
        <w:rPr>
          <w:rFonts w:ascii="Times New Roman" w:hAnsi="Times New Roman" w:cs="Times New Roman"/>
          <w:sz w:val="28"/>
          <w:szCs w:val="28"/>
        </w:rPr>
        <w:t>n và mang l</w:t>
      </w:r>
      <w:r w:rsidRPr="0052456B">
        <w:rPr>
          <w:rFonts w:ascii="Times New Roman" w:hAnsi="Times New Roman" w:cs="Times New Roman"/>
          <w:sz w:val="28"/>
          <w:szCs w:val="28"/>
        </w:rPr>
        <w:t>ạ</w:t>
      </w:r>
      <w:r w:rsidRPr="0052456B">
        <w:rPr>
          <w:rFonts w:ascii="Times New Roman" w:hAnsi="Times New Roman" w:cs="Times New Roman"/>
          <w:sz w:val="28"/>
          <w:szCs w:val="28"/>
        </w:rPr>
        <w:t>i ni</w:t>
      </w:r>
      <w:r w:rsidRPr="0052456B">
        <w:rPr>
          <w:rFonts w:ascii="Times New Roman" w:hAnsi="Times New Roman" w:cs="Times New Roman"/>
          <w:sz w:val="28"/>
          <w:szCs w:val="28"/>
        </w:rPr>
        <w:t>ề</w:t>
      </w:r>
      <w:r w:rsidRPr="0052456B">
        <w:rPr>
          <w:rFonts w:ascii="Times New Roman" w:hAnsi="Times New Roman" w:cs="Times New Roman"/>
          <w:sz w:val="28"/>
          <w:szCs w:val="28"/>
        </w:rPr>
        <w:t>m vui cho các cháu.</w:t>
      </w:r>
    </w:p>
    <w:p w:rsidR="00F2077D" w:rsidRPr="0052456B" w:rsidRDefault="0052456B">
      <w:pPr>
        <w:rPr>
          <w:rFonts w:ascii="Times New Roman" w:hAnsi="Times New Roman" w:cs="Times New Roman"/>
          <w:sz w:val="28"/>
          <w:szCs w:val="28"/>
        </w:rPr>
      </w:pPr>
      <w:r w:rsidRPr="0052456B">
        <w:rPr>
          <w:rFonts w:ascii="Times New Roman" w:hAnsi="Times New Roman" w:cs="Times New Roman"/>
          <w:sz w:val="28"/>
          <w:szCs w:val="28"/>
        </w:rPr>
        <w:t>Đi</w:t>
      </w:r>
      <w:r w:rsidRPr="0052456B">
        <w:rPr>
          <w:rFonts w:ascii="Times New Roman" w:hAnsi="Times New Roman" w:cs="Times New Roman"/>
          <w:sz w:val="28"/>
          <w:szCs w:val="28"/>
        </w:rPr>
        <w:t>ề</w:t>
      </w:r>
      <w:r w:rsidRPr="0052456B">
        <w:rPr>
          <w:rFonts w:ascii="Times New Roman" w:hAnsi="Times New Roman" w:cs="Times New Roman"/>
          <w:sz w:val="28"/>
          <w:szCs w:val="28"/>
        </w:rPr>
        <w:t>u 3. Giao cho t</w:t>
      </w:r>
      <w:r w:rsidRPr="0052456B">
        <w:rPr>
          <w:rFonts w:ascii="Times New Roman" w:hAnsi="Times New Roman" w:cs="Times New Roman"/>
          <w:sz w:val="28"/>
          <w:szCs w:val="28"/>
        </w:rPr>
        <w:t>ổ</w:t>
      </w:r>
      <w:r w:rsidRPr="0052456B">
        <w:rPr>
          <w:rFonts w:ascii="Times New Roman" w:hAnsi="Times New Roman" w:cs="Times New Roman"/>
          <w:sz w:val="28"/>
          <w:szCs w:val="28"/>
        </w:rPr>
        <w:t xml:space="preserve"> Văn phòng, các giáo viên ch</w:t>
      </w:r>
      <w:r w:rsidRPr="0052456B">
        <w:rPr>
          <w:rFonts w:ascii="Times New Roman" w:hAnsi="Times New Roman" w:cs="Times New Roman"/>
          <w:sz w:val="28"/>
          <w:szCs w:val="28"/>
        </w:rPr>
        <w:t>ủ</w:t>
      </w:r>
      <w:r w:rsidRPr="0052456B">
        <w:rPr>
          <w:rFonts w:ascii="Times New Roman" w:hAnsi="Times New Roman" w:cs="Times New Roman"/>
          <w:sz w:val="28"/>
          <w:szCs w:val="28"/>
        </w:rPr>
        <w:t xml:space="preserve"> nhi</w:t>
      </w:r>
      <w:r w:rsidRPr="0052456B">
        <w:rPr>
          <w:rFonts w:ascii="Times New Roman" w:hAnsi="Times New Roman" w:cs="Times New Roman"/>
          <w:sz w:val="28"/>
          <w:szCs w:val="28"/>
        </w:rPr>
        <w:t>ệ</w:t>
      </w:r>
      <w:r w:rsidRPr="0052456B">
        <w:rPr>
          <w:rFonts w:ascii="Times New Roman" w:hAnsi="Times New Roman" w:cs="Times New Roman"/>
          <w:sz w:val="28"/>
          <w:szCs w:val="28"/>
        </w:rPr>
        <w:t>m l</w:t>
      </w:r>
      <w:r w:rsidRPr="0052456B">
        <w:rPr>
          <w:rFonts w:ascii="Times New Roman" w:hAnsi="Times New Roman" w:cs="Times New Roman"/>
          <w:sz w:val="28"/>
          <w:szCs w:val="28"/>
        </w:rPr>
        <w:t>ớ</w:t>
      </w:r>
      <w:r w:rsidRPr="0052456B">
        <w:rPr>
          <w:rFonts w:ascii="Times New Roman" w:hAnsi="Times New Roman" w:cs="Times New Roman"/>
          <w:sz w:val="28"/>
          <w:szCs w:val="28"/>
        </w:rPr>
        <w:t>p ph</w:t>
      </w:r>
      <w:r w:rsidRPr="0052456B">
        <w:rPr>
          <w:rFonts w:ascii="Times New Roman" w:hAnsi="Times New Roman" w:cs="Times New Roman"/>
          <w:sz w:val="28"/>
          <w:szCs w:val="28"/>
        </w:rPr>
        <w:t>ố</w:t>
      </w:r>
      <w:r w:rsidRPr="0052456B">
        <w:rPr>
          <w:rFonts w:ascii="Times New Roman" w:hAnsi="Times New Roman" w:cs="Times New Roman"/>
          <w:sz w:val="28"/>
          <w:szCs w:val="28"/>
        </w:rPr>
        <w:t>i h</w:t>
      </w:r>
      <w:r w:rsidRPr="0052456B">
        <w:rPr>
          <w:rFonts w:ascii="Times New Roman" w:hAnsi="Times New Roman" w:cs="Times New Roman"/>
          <w:sz w:val="28"/>
          <w:szCs w:val="28"/>
        </w:rPr>
        <w:t>ợ</w:t>
      </w:r>
      <w:r w:rsidRPr="0052456B">
        <w:rPr>
          <w:rFonts w:ascii="Times New Roman" w:hAnsi="Times New Roman" w:cs="Times New Roman"/>
          <w:sz w:val="28"/>
          <w:szCs w:val="28"/>
        </w:rPr>
        <w:t>p chu</w:t>
      </w:r>
      <w:r w:rsidRPr="0052456B">
        <w:rPr>
          <w:rFonts w:ascii="Times New Roman" w:hAnsi="Times New Roman" w:cs="Times New Roman"/>
          <w:sz w:val="28"/>
          <w:szCs w:val="28"/>
        </w:rPr>
        <w:t>ẩ</w:t>
      </w:r>
      <w:r w:rsidRPr="0052456B">
        <w:rPr>
          <w:rFonts w:ascii="Times New Roman" w:hAnsi="Times New Roman" w:cs="Times New Roman"/>
          <w:sz w:val="28"/>
          <w:szCs w:val="28"/>
        </w:rPr>
        <w:t>n b</w:t>
      </w:r>
      <w:r w:rsidRPr="0052456B">
        <w:rPr>
          <w:rFonts w:ascii="Times New Roman" w:hAnsi="Times New Roman" w:cs="Times New Roman"/>
          <w:sz w:val="28"/>
          <w:szCs w:val="28"/>
        </w:rPr>
        <w:t>ị</w:t>
      </w:r>
      <w:r w:rsidRPr="0052456B">
        <w:rPr>
          <w:rFonts w:ascii="Times New Roman" w:hAnsi="Times New Roman" w:cs="Times New Roman"/>
          <w:sz w:val="28"/>
          <w:szCs w:val="28"/>
        </w:rPr>
        <w:t xml:space="preserve"> quà và t</w:t>
      </w:r>
      <w:r w:rsidRPr="0052456B">
        <w:rPr>
          <w:rFonts w:ascii="Times New Roman" w:hAnsi="Times New Roman" w:cs="Times New Roman"/>
          <w:sz w:val="28"/>
          <w:szCs w:val="28"/>
        </w:rPr>
        <w:t>ổ</w:t>
      </w:r>
      <w:r w:rsidRPr="0052456B">
        <w:rPr>
          <w:rFonts w:ascii="Times New Roman" w:hAnsi="Times New Roman" w:cs="Times New Roman"/>
          <w:sz w:val="28"/>
          <w:szCs w:val="28"/>
        </w:rPr>
        <w:t xml:space="preserve"> ch</w:t>
      </w:r>
      <w:r w:rsidRPr="0052456B">
        <w:rPr>
          <w:rFonts w:ascii="Times New Roman" w:hAnsi="Times New Roman" w:cs="Times New Roman"/>
          <w:sz w:val="28"/>
          <w:szCs w:val="28"/>
        </w:rPr>
        <w:t>ứ</w:t>
      </w:r>
      <w:r w:rsidRPr="0052456B">
        <w:rPr>
          <w:rFonts w:ascii="Times New Roman" w:hAnsi="Times New Roman" w:cs="Times New Roman"/>
          <w:sz w:val="28"/>
          <w:szCs w:val="28"/>
        </w:rPr>
        <w:t>c chương trình theo k</w:t>
      </w:r>
      <w:r w:rsidRPr="0052456B">
        <w:rPr>
          <w:rFonts w:ascii="Times New Roman" w:hAnsi="Times New Roman" w:cs="Times New Roman"/>
          <w:sz w:val="28"/>
          <w:szCs w:val="28"/>
        </w:rPr>
        <w:t>ế</w:t>
      </w:r>
      <w:r w:rsidRPr="0052456B">
        <w:rPr>
          <w:rFonts w:ascii="Times New Roman" w:hAnsi="Times New Roman" w:cs="Times New Roman"/>
          <w:sz w:val="28"/>
          <w:szCs w:val="28"/>
        </w:rPr>
        <w:t xml:space="preserve"> ho</w:t>
      </w:r>
      <w:r w:rsidRPr="0052456B">
        <w:rPr>
          <w:rFonts w:ascii="Times New Roman" w:hAnsi="Times New Roman" w:cs="Times New Roman"/>
          <w:sz w:val="28"/>
          <w:szCs w:val="28"/>
        </w:rPr>
        <w:t>ạ</w:t>
      </w:r>
      <w:r w:rsidRPr="0052456B">
        <w:rPr>
          <w:rFonts w:ascii="Times New Roman" w:hAnsi="Times New Roman" w:cs="Times New Roman"/>
          <w:sz w:val="28"/>
          <w:szCs w:val="28"/>
        </w:rPr>
        <w:t>ch.</w:t>
      </w:r>
    </w:p>
    <w:p w:rsidR="00F2077D" w:rsidRPr="0052456B" w:rsidRDefault="0052456B">
      <w:pPr>
        <w:rPr>
          <w:rFonts w:ascii="Times New Roman" w:hAnsi="Times New Roman" w:cs="Times New Roman"/>
          <w:sz w:val="28"/>
          <w:szCs w:val="28"/>
        </w:rPr>
      </w:pPr>
      <w:r w:rsidRPr="0052456B">
        <w:rPr>
          <w:rFonts w:ascii="Times New Roman" w:hAnsi="Times New Roman" w:cs="Times New Roman"/>
          <w:sz w:val="28"/>
          <w:szCs w:val="28"/>
        </w:rPr>
        <w:lastRenderedPageBreak/>
        <w:t>Đi</w:t>
      </w:r>
      <w:r w:rsidRPr="0052456B">
        <w:rPr>
          <w:rFonts w:ascii="Times New Roman" w:hAnsi="Times New Roman" w:cs="Times New Roman"/>
          <w:sz w:val="28"/>
          <w:szCs w:val="28"/>
        </w:rPr>
        <w:t>ề</w:t>
      </w:r>
      <w:r w:rsidRPr="0052456B">
        <w:rPr>
          <w:rFonts w:ascii="Times New Roman" w:hAnsi="Times New Roman" w:cs="Times New Roman"/>
          <w:sz w:val="28"/>
          <w:szCs w:val="28"/>
        </w:rPr>
        <w:t>u 4. Các b</w:t>
      </w:r>
      <w:r w:rsidRPr="0052456B">
        <w:rPr>
          <w:rFonts w:ascii="Times New Roman" w:hAnsi="Times New Roman" w:cs="Times New Roman"/>
          <w:sz w:val="28"/>
          <w:szCs w:val="28"/>
        </w:rPr>
        <w:t>ộ</w:t>
      </w:r>
      <w:r w:rsidRPr="0052456B">
        <w:rPr>
          <w:rFonts w:ascii="Times New Roman" w:hAnsi="Times New Roman" w:cs="Times New Roman"/>
          <w:sz w:val="28"/>
          <w:szCs w:val="28"/>
        </w:rPr>
        <w:t xml:space="preserve"> ph</w:t>
      </w:r>
      <w:r w:rsidRPr="0052456B">
        <w:rPr>
          <w:rFonts w:ascii="Times New Roman" w:hAnsi="Times New Roman" w:cs="Times New Roman"/>
          <w:sz w:val="28"/>
          <w:szCs w:val="28"/>
        </w:rPr>
        <w:t>ậ</w:t>
      </w:r>
      <w:r w:rsidRPr="0052456B">
        <w:rPr>
          <w:rFonts w:ascii="Times New Roman" w:hAnsi="Times New Roman" w:cs="Times New Roman"/>
          <w:sz w:val="28"/>
          <w:szCs w:val="28"/>
        </w:rPr>
        <w:t>n có liên quan và toàn th</w:t>
      </w:r>
      <w:r w:rsidRPr="0052456B">
        <w:rPr>
          <w:rFonts w:ascii="Times New Roman" w:hAnsi="Times New Roman" w:cs="Times New Roman"/>
          <w:sz w:val="28"/>
          <w:szCs w:val="28"/>
        </w:rPr>
        <w:t>ể</w:t>
      </w:r>
      <w:r w:rsidRPr="0052456B">
        <w:rPr>
          <w:rFonts w:ascii="Times New Roman" w:hAnsi="Times New Roman" w:cs="Times New Roman"/>
          <w:sz w:val="28"/>
          <w:szCs w:val="28"/>
        </w:rPr>
        <w:t xml:space="preserve"> cán b</w:t>
      </w:r>
      <w:r w:rsidRPr="0052456B">
        <w:rPr>
          <w:rFonts w:ascii="Times New Roman" w:hAnsi="Times New Roman" w:cs="Times New Roman"/>
          <w:sz w:val="28"/>
          <w:szCs w:val="28"/>
        </w:rPr>
        <w:t>ộ</w:t>
      </w:r>
      <w:r w:rsidRPr="0052456B">
        <w:rPr>
          <w:rFonts w:ascii="Times New Roman" w:hAnsi="Times New Roman" w:cs="Times New Roman"/>
          <w:sz w:val="28"/>
          <w:szCs w:val="28"/>
        </w:rPr>
        <w:t>, giáo viên, nhân viên nhà trư</w:t>
      </w:r>
      <w:r w:rsidRPr="0052456B">
        <w:rPr>
          <w:rFonts w:ascii="Times New Roman" w:hAnsi="Times New Roman" w:cs="Times New Roman"/>
          <w:sz w:val="28"/>
          <w:szCs w:val="28"/>
        </w:rPr>
        <w:t>ờ</w:t>
      </w:r>
      <w:r w:rsidRPr="0052456B">
        <w:rPr>
          <w:rFonts w:ascii="Times New Roman" w:hAnsi="Times New Roman" w:cs="Times New Roman"/>
          <w:sz w:val="28"/>
          <w:szCs w:val="28"/>
        </w:rPr>
        <w:t>ng có trách nhi</w:t>
      </w:r>
      <w:r w:rsidRPr="0052456B">
        <w:rPr>
          <w:rFonts w:ascii="Times New Roman" w:hAnsi="Times New Roman" w:cs="Times New Roman"/>
          <w:sz w:val="28"/>
          <w:szCs w:val="28"/>
        </w:rPr>
        <w:t>ệ</w:t>
      </w:r>
      <w:r w:rsidRPr="0052456B">
        <w:rPr>
          <w:rFonts w:ascii="Times New Roman" w:hAnsi="Times New Roman" w:cs="Times New Roman"/>
          <w:sz w:val="28"/>
          <w:szCs w:val="28"/>
        </w:rPr>
        <w:t>m thi hành Quy</w:t>
      </w:r>
      <w:r w:rsidRPr="0052456B">
        <w:rPr>
          <w:rFonts w:ascii="Times New Roman" w:hAnsi="Times New Roman" w:cs="Times New Roman"/>
          <w:sz w:val="28"/>
          <w:szCs w:val="28"/>
        </w:rPr>
        <w:t>ế</w:t>
      </w:r>
      <w:r w:rsidRPr="0052456B">
        <w:rPr>
          <w:rFonts w:ascii="Times New Roman" w:hAnsi="Times New Roman" w:cs="Times New Roman"/>
          <w:sz w:val="28"/>
          <w:szCs w:val="28"/>
        </w:rPr>
        <w:t>t đ</w:t>
      </w:r>
      <w:r w:rsidRPr="0052456B">
        <w:rPr>
          <w:rFonts w:ascii="Times New Roman" w:hAnsi="Times New Roman" w:cs="Times New Roman"/>
          <w:sz w:val="28"/>
          <w:szCs w:val="28"/>
        </w:rPr>
        <w:t>ị</w:t>
      </w:r>
      <w:r w:rsidRPr="0052456B">
        <w:rPr>
          <w:rFonts w:ascii="Times New Roman" w:hAnsi="Times New Roman" w:cs="Times New Roman"/>
          <w:sz w:val="28"/>
          <w:szCs w:val="28"/>
        </w:rPr>
        <w:t>nh này.</w:t>
      </w:r>
      <w:r w:rsidRPr="0052456B">
        <w:rPr>
          <w:rFonts w:ascii="Times New Roman" w:hAnsi="Times New Roman" w:cs="Times New Roman"/>
          <w:sz w:val="28"/>
          <w:szCs w:val="28"/>
        </w:rPr>
        <w:br/>
      </w:r>
    </w:p>
    <w:p w:rsidR="00F2077D" w:rsidRPr="0052456B" w:rsidRDefault="0052456B">
      <w:pPr>
        <w:rPr>
          <w:rFonts w:ascii="Times New Roman" w:hAnsi="Times New Roman" w:cs="Times New Roman"/>
          <w:b/>
          <w:sz w:val="28"/>
          <w:szCs w:val="28"/>
        </w:rPr>
      </w:pPr>
      <w:r w:rsidRPr="0052456B">
        <w:rPr>
          <w:rFonts w:ascii="Times New Roman" w:hAnsi="Times New Roman" w:cs="Times New Roman"/>
          <w:sz w:val="28"/>
          <w:szCs w:val="28"/>
        </w:rPr>
        <w:t>Quy</w:t>
      </w:r>
      <w:r w:rsidRPr="0052456B">
        <w:rPr>
          <w:rFonts w:ascii="Times New Roman" w:hAnsi="Times New Roman" w:cs="Times New Roman"/>
          <w:sz w:val="28"/>
          <w:szCs w:val="28"/>
        </w:rPr>
        <w:t>ế</w:t>
      </w:r>
      <w:r w:rsidRPr="0052456B">
        <w:rPr>
          <w:rFonts w:ascii="Times New Roman" w:hAnsi="Times New Roman" w:cs="Times New Roman"/>
          <w:sz w:val="28"/>
          <w:szCs w:val="28"/>
        </w:rPr>
        <w:t>t đ</w:t>
      </w:r>
      <w:r w:rsidRPr="0052456B">
        <w:rPr>
          <w:rFonts w:ascii="Times New Roman" w:hAnsi="Times New Roman" w:cs="Times New Roman"/>
          <w:sz w:val="28"/>
          <w:szCs w:val="28"/>
        </w:rPr>
        <w:t>ị</w:t>
      </w:r>
      <w:r w:rsidRPr="0052456B">
        <w:rPr>
          <w:rFonts w:ascii="Times New Roman" w:hAnsi="Times New Roman" w:cs="Times New Roman"/>
          <w:sz w:val="28"/>
          <w:szCs w:val="28"/>
        </w:rPr>
        <w:t>nh có hi</w:t>
      </w:r>
      <w:r w:rsidRPr="0052456B">
        <w:rPr>
          <w:rFonts w:ascii="Times New Roman" w:hAnsi="Times New Roman" w:cs="Times New Roman"/>
          <w:sz w:val="28"/>
          <w:szCs w:val="28"/>
        </w:rPr>
        <w:t>ệ</w:t>
      </w:r>
      <w:r w:rsidRPr="0052456B">
        <w:rPr>
          <w:rFonts w:ascii="Times New Roman" w:hAnsi="Times New Roman" w:cs="Times New Roman"/>
          <w:sz w:val="28"/>
          <w:szCs w:val="28"/>
        </w:rPr>
        <w:t>u l</w:t>
      </w:r>
      <w:r w:rsidRPr="0052456B">
        <w:rPr>
          <w:rFonts w:ascii="Times New Roman" w:hAnsi="Times New Roman" w:cs="Times New Roman"/>
          <w:sz w:val="28"/>
          <w:szCs w:val="28"/>
        </w:rPr>
        <w:t>ự</w:t>
      </w:r>
      <w:r w:rsidRPr="0052456B">
        <w:rPr>
          <w:rFonts w:ascii="Times New Roman" w:hAnsi="Times New Roman" w:cs="Times New Roman"/>
          <w:sz w:val="28"/>
          <w:szCs w:val="28"/>
        </w:rPr>
        <w:t>c k</w:t>
      </w:r>
      <w:r w:rsidRPr="0052456B">
        <w:rPr>
          <w:rFonts w:ascii="Times New Roman" w:hAnsi="Times New Roman" w:cs="Times New Roman"/>
          <w:sz w:val="28"/>
          <w:szCs w:val="28"/>
        </w:rPr>
        <w:t>ể</w:t>
      </w:r>
      <w:r w:rsidRPr="0052456B">
        <w:rPr>
          <w:rFonts w:ascii="Times New Roman" w:hAnsi="Times New Roman" w:cs="Times New Roman"/>
          <w:sz w:val="28"/>
          <w:szCs w:val="28"/>
        </w:rPr>
        <w:t xml:space="preserve"> t</w:t>
      </w:r>
      <w:r w:rsidRPr="0052456B">
        <w:rPr>
          <w:rFonts w:ascii="Times New Roman" w:hAnsi="Times New Roman" w:cs="Times New Roman"/>
          <w:sz w:val="28"/>
          <w:szCs w:val="28"/>
        </w:rPr>
        <w:t>ừ</w:t>
      </w:r>
      <w:r w:rsidRPr="0052456B">
        <w:rPr>
          <w:rFonts w:ascii="Times New Roman" w:hAnsi="Times New Roman" w:cs="Times New Roman"/>
          <w:sz w:val="28"/>
          <w:szCs w:val="28"/>
        </w:rPr>
        <w:t xml:space="preserve"> ngày ký.</w:t>
      </w:r>
      <w:r w:rsidRPr="0052456B">
        <w:rPr>
          <w:rFonts w:ascii="Times New Roman" w:hAnsi="Times New Roman" w:cs="Times New Roman"/>
          <w:sz w:val="28"/>
          <w:szCs w:val="28"/>
        </w:rPr>
        <w:br/>
      </w:r>
    </w:p>
    <w:p w:rsidR="00F2077D" w:rsidRPr="0052456B" w:rsidRDefault="0052456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2456B">
        <w:rPr>
          <w:rFonts w:ascii="Times New Roman" w:hAnsi="Times New Roman" w:cs="Times New Roman"/>
          <w:b/>
          <w:sz w:val="28"/>
          <w:szCs w:val="28"/>
        </w:rPr>
        <w:t>HI</w:t>
      </w:r>
      <w:r w:rsidRPr="0052456B">
        <w:rPr>
          <w:rFonts w:ascii="Times New Roman" w:hAnsi="Times New Roman" w:cs="Times New Roman"/>
          <w:b/>
          <w:sz w:val="28"/>
          <w:szCs w:val="28"/>
        </w:rPr>
        <w:t>Ệ</w:t>
      </w:r>
      <w:r w:rsidRPr="0052456B">
        <w:rPr>
          <w:rFonts w:ascii="Times New Roman" w:hAnsi="Times New Roman" w:cs="Times New Roman"/>
          <w:b/>
          <w:sz w:val="28"/>
          <w:szCs w:val="28"/>
        </w:rPr>
        <w:t>U TRƯ</w:t>
      </w:r>
      <w:r w:rsidRPr="0052456B">
        <w:rPr>
          <w:rFonts w:ascii="Times New Roman" w:hAnsi="Times New Roman" w:cs="Times New Roman"/>
          <w:b/>
          <w:sz w:val="28"/>
          <w:szCs w:val="28"/>
        </w:rPr>
        <w:t>Ở</w:t>
      </w:r>
      <w:r w:rsidRPr="0052456B">
        <w:rPr>
          <w:rFonts w:ascii="Times New Roman" w:hAnsi="Times New Roman" w:cs="Times New Roman"/>
          <w:b/>
          <w:sz w:val="28"/>
          <w:szCs w:val="28"/>
        </w:rPr>
        <w:t>NG</w:t>
      </w:r>
    </w:p>
    <w:p w:rsidR="00F2077D" w:rsidRPr="0052456B" w:rsidRDefault="0052456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2456B">
        <w:rPr>
          <w:rFonts w:ascii="Times New Roman" w:hAnsi="Times New Roman" w:cs="Times New Roman"/>
          <w:b/>
          <w:sz w:val="28"/>
          <w:szCs w:val="28"/>
        </w:rPr>
        <w:t>(Ký tên, đóng d</w:t>
      </w:r>
      <w:r w:rsidRPr="0052456B">
        <w:rPr>
          <w:rFonts w:ascii="Times New Roman" w:hAnsi="Times New Roman" w:cs="Times New Roman"/>
          <w:b/>
          <w:sz w:val="28"/>
          <w:szCs w:val="28"/>
        </w:rPr>
        <w:t>ấ</w:t>
      </w:r>
      <w:r w:rsidRPr="0052456B">
        <w:rPr>
          <w:rFonts w:ascii="Times New Roman" w:hAnsi="Times New Roman" w:cs="Times New Roman"/>
          <w:b/>
          <w:sz w:val="28"/>
          <w:szCs w:val="28"/>
        </w:rPr>
        <w:t>u)</w:t>
      </w:r>
    </w:p>
    <w:p w:rsidR="0052456B" w:rsidRPr="0052456B" w:rsidRDefault="0052456B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52456B" w:rsidRPr="0052456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456B"/>
    <w:rsid w:val="00AA1D8D"/>
    <w:rsid w:val="00B47730"/>
    <w:rsid w:val="00CB0664"/>
    <w:rsid w:val="00F207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24415999-5D5A-4D7F-B65B-35EE9959C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648200-181C-4518-BA6C-EFDBB8F5C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2025-09-24T02:40:00Z</dcterms:created>
  <dcterms:modified xsi:type="dcterms:W3CDTF">2025-09-24T02:40:00Z</dcterms:modified>
  <cp:category/>
</cp:coreProperties>
</file>