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5A78" w:rsidRPr="0000279F" w:rsidRDefault="0000279F">
      <w:pPr>
        <w:rPr>
          <w:rFonts w:ascii="Times New Roman" w:hAnsi="Times New Roman" w:cs="Times New Roman"/>
          <w:b/>
          <w:sz w:val="28"/>
          <w:szCs w:val="28"/>
        </w:rPr>
      </w:pPr>
      <w:r w:rsidRPr="0000279F">
        <w:rPr>
          <w:rFonts w:ascii="Times New Roman" w:hAnsi="Times New Roman" w:cs="Times New Roman"/>
          <w:b/>
          <w:sz w:val="28"/>
          <w:szCs w:val="28"/>
        </w:rPr>
        <w:t>CÔNG TY ……………</w:t>
      </w:r>
    </w:p>
    <w:p w:rsidR="003F5A78" w:rsidRPr="0000279F" w:rsidRDefault="0000279F">
      <w:pPr>
        <w:rPr>
          <w:rFonts w:ascii="Times New Roman" w:hAnsi="Times New Roman" w:cs="Times New Roman"/>
          <w:b/>
          <w:sz w:val="28"/>
          <w:szCs w:val="28"/>
        </w:rPr>
      </w:pPr>
      <w:r w:rsidRPr="0000279F">
        <w:rPr>
          <w:rFonts w:ascii="Times New Roman" w:hAnsi="Times New Roman" w:cs="Times New Roman"/>
          <w:b/>
          <w:sz w:val="28"/>
          <w:szCs w:val="28"/>
        </w:rPr>
        <w:t>B</w:t>
      </w:r>
      <w:r w:rsidRPr="0000279F">
        <w:rPr>
          <w:rFonts w:ascii="Times New Roman" w:hAnsi="Times New Roman" w:cs="Times New Roman"/>
          <w:b/>
          <w:sz w:val="28"/>
          <w:szCs w:val="28"/>
        </w:rPr>
        <w:t>Ộ</w:t>
      </w:r>
      <w:r w:rsidRPr="0000279F">
        <w:rPr>
          <w:rFonts w:ascii="Times New Roman" w:hAnsi="Times New Roman" w:cs="Times New Roman"/>
          <w:b/>
          <w:sz w:val="28"/>
          <w:szCs w:val="28"/>
        </w:rPr>
        <w:t xml:space="preserve"> PH</w:t>
      </w:r>
      <w:r w:rsidRPr="0000279F">
        <w:rPr>
          <w:rFonts w:ascii="Times New Roman" w:hAnsi="Times New Roman" w:cs="Times New Roman"/>
          <w:b/>
          <w:sz w:val="28"/>
          <w:szCs w:val="28"/>
        </w:rPr>
        <w:t>Ậ</w:t>
      </w:r>
      <w:r w:rsidRPr="0000279F">
        <w:rPr>
          <w:rFonts w:ascii="Times New Roman" w:hAnsi="Times New Roman" w:cs="Times New Roman"/>
          <w:b/>
          <w:sz w:val="28"/>
          <w:szCs w:val="28"/>
        </w:rPr>
        <w:t>N TÀI CHÍNH – K</w:t>
      </w:r>
      <w:r w:rsidRPr="0000279F">
        <w:rPr>
          <w:rFonts w:ascii="Times New Roman" w:hAnsi="Times New Roman" w:cs="Times New Roman"/>
          <w:b/>
          <w:sz w:val="28"/>
          <w:szCs w:val="28"/>
        </w:rPr>
        <w:t>Ế</w:t>
      </w:r>
      <w:r w:rsidRPr="0000279F">
        <w:rPr>
          <w:rFonts w:ascii="Times New Roman" w:hAnsi="Times New Roman" w:cs="Times New Roman"/>
          <w:b/>
          <w:sz w:val="28"/>
          <w:szCs w:val="28"/>
        </w:rPr>
        <w:t xml:space="preserve"> TOÁN</w:t>
      </w:r>
      <w:bookmarkStart w:id="0" w:name="_GoBack"/>
      <w:bookmarkEnd w:id="0"/>
    </w:p>
    <w:p w:rsidR="003F5A78" w:rsidRPr="0000279F" w:rsidRDefault="0000279F">
      <w:pPr>
        <w:rPr>
          <w:rFonts w:ascii="Times New Roman" w:hAnsi="Times New Roman" w:cs="Times New Roman"/>
          <w:b/>
          <w:sz w:val="28"/>
          <w:szCs w:val="28"/>
        </w:rPr>
      </w:pPr>
      <w:r w:rsidRPr="0000279F">
        <w:rPr>
          <w:rFonts w:ascii="Times New Roman" w:hAnsi="Times New Roman" w:cs="Times New Roman"/>
          <w:b/>
          <w:sz w:val="28"/>
          <w:szCs w:val="28"/>
        </w:rPr>
        <w:t>S</w:t>
      </w:r>
      <w:r w:rsidRPr="0000279F">
        <w:rPr>
          <w:rFonts w:ascii="Times New Roman" w:hAnsi="Times New Roman" w:cs="Times New Roman"/>
          <w:b/>
          <w:sz w:val="28"/>
          <w:szCs w:val="28"/>
        </w:rPr>
        <w:t>ố</w:t>
      </w:r>
      <w:r w:rsidRPr="0000279F">
        <w:rPr>
          <w:rFonts w:ascii="Times New Roman" w:hAnsi="Times New Roman" w:cs="Times New Roman"/>
          <w:b/>
          <w:sz w:val="28"/>
          <w:szCs w:val="28"/>
        </w:rPr>
        <w:t>: ………/QTTT…</w:t>
      </w:r>
    </w:p>
    <w:p w:rsidR="003F5A78" w:rsidRPr="0000279F" w:rsidRDefault="0000279F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00279F">
        <w:rPr>
          <w:rFonts w:ascii="Times New Roman" w:hAnsi="Times New Roman" w:cs="Times New Roman"/>
          <w:i/>
          <w:sz w:val="28"/>
          <w:szCs w:val="28"/>
        </w:rPr>
        <w:t>…, ngày … tháng … năm …</w:t>
      </w:r>
    </w:p>
    <w:p w:rsidR="003F5A78" w:rsidRPr="0000279F" w:rsidRDefault="0000279F">
      <w:pPr>
        <w:rPr>
          <w:rFonts w:ascii="Times New Roman" w:hAnsi="Times New Roman" w:cs="Times New Roman"/>
          <w:b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br/>
      </w:r>
    </w:p>
    <w:p w:rsidR="003F5A78" w:rsidRPr="0000279F" w:rsidRDefault="0000279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0279F">
        <w:rPr>
          <w:rFonts w:ascii="Times New Roman" w:hAnsi="Times New Roman" w:cs="Times New Roman"/>
          <w:b/>
          <w:sz w:val="28"/>
          <w:szCs w:val="28"/>
        </w:rPr>
        <w:t>B</w:t>
      </w:r>
      <w:r w:rsidRPr="0000279F">
        <w:rPr>
          <w:rFonts w:ascii="Times New Roman" w:hAnsi="Times New Roman" w:cs="Times New Roman"/>
          <w:b/>
          <w:sz w:val="28"/>
          <w:szCs w:val="28"/>
        </w:rPr>
        <w:t>Ả</w:t>
      </w:r>
      <w:r w:rsidRPr="0000279F">
        <w:rPr>
          <w:rFonts w:ascii="Times New Roman" w:hAnsi="Times New Roman" w:cs="Times New Roman"/>
          <w:b/>
          <w:sz w:val="28"/>
          <w:szCs w:val="28"/>
        </w:rPr>
        <w:t>NG QUY</w:t>
      </w:r>
      <w:r w:rsidRPr="0000279F">
        <w:rPr>
          <w:rFonts w:ascii="Times New Roman" w:hAnsi="Times New Roman" w:cs="Times New Roman"/>
          <w:b/>
          <w:sz w:val="28"/>
          <w:szCs w:val="28"/>
        </w:rPr>
        <w:t>Ế</w:t>
      </w:r>
      <w:r w:rsidRPr="0000279F">
        <w:rPr>
          <w:rFonts w:ascii="Times New Roman" w:hAnsi="Times New Roman" w:cs="Times New Roman"/>
          <w:b/>
          <w:sz w:val="28"/>
          <w:szCs w:val="28"/>
        </w:rPr>
        <w:t>T TOÁN KINH PHÍ T</w:t>
      </w:r>
      <w:r w:rsidRPr="0000279F">
        <w:rPr>
          <w:rFonts w:ascii="Times New Roman" w:hAnsi="Times New Roman" w:cs="Times New Roman"/>
          <w:b/>
          <w:sz w:val="28"/>
          <w:szCs w:val="28"/>
        </w:rPr>
        <w:t>Ổ</w:t>
      </w:r>
      <w:r w:rsidRPr="0000279F">
        <w:rPr>
          <w:rFonts w:ascii="Times New Roman" w:hAnsi="Times New Roman" w:cs="Times New Roman"/>
          <w:b/>
          <w:sz w:val="28"/>
          <w:szCs w:val="28"/>
        </w:rPr>
        <w:t xml:space="preserve"> CH</w:t>
      </w:r>
      <w:r w:rsidRPr="0000279F">
        <w:rPr>
          <w:rFonts w:ascii="Times New Roman" w:hAnsi="Times New Roman" w:cs="Times New Roman"/>
          <w:b/>
          <w:sz w:val="28"/>
          <w:szCs w:val="28"/>
        </w:rPr>
        <w:t>Ứ</w:t>
      </w:r>
      <w:r w:rsidRPr="0000279F">
        <w:rPr>
          <w:rFonts w:ascii="Times New Roman" w:hAnsi="Times New Roman" w:cs="Times New Roman"/>
          <w:b/>
          <w:sz w:val="28"/>
          <w:szCs w:val="28"/>
        </w:rPr>
        <w:t>C T</w:t>
      </w:r>
      <w:r w:rsidRPr="0000279F">
        <w:rPr>
          <w:rFonts w:ascii="Times New Roman" w:hAnsi="Times New Roman" w:cs="Times New Roman"/>
          <w:b/>
          <w:sz w:val="28"/>
          <w:szCs w:val="28"/>
        </w:rPr>
        <w:t>Ế</w:t>
      </w:r>
      <w:r w:rsidRPr="0000279F">
        <w:rPr>
          <w:rFonts w:ascii="Times New Roman" w:hAnsi="Times New Roman" w:cs="Times New Roman"/>
          <w:b/>
          <w:sz w:val="28"/>
          <w:szCs w:val="28"/>
        </w:rPr>
        <w:t>T TRUNG THU NĂM …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br/>
        <w:t>I. N</w:t>
      </w:r>
      <w:r w:rsidRPr="0000279F">
        <w:rPr>
          <w:rFonts w:ascii="Times New Roman" w:hAnsi="Times New Roman" w:cs="Times New Roman"/>
          <w:sz w:val="28"/>
          <w:szCs w:val="28"/>
        </w:rPr>
        <w:t>Ộ</w:t>
      </w:r>
      <w:r w:rsidRPr="0000279F">
        <w:rPr>
          <w:rFonts w:ascii="Times New Roman" w:hAnsi="Times New Roman" w:cs="Times New Roman"/>
          <w:sz w:val="28"/>
          <w:szCs w:val="28"/>
        </w:rPr>
        <w:t>I DUNG CHI</w:t>
      </w:r>
      <w:r w:rsidRPr="0000279F">
        <w:rPr>
          <w:rFonts w:ascii="Times New Roman" w:hAnsi="Times New Roman" w:cs="Times New Roman"/>
          <w:sz w:val="28"/>
          <w:szCs w:val="28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33"/>
        <w:gridCol w:w="1234"/>
        <w:gridCol w:w="1232"/>
        <w:gridCol w:w="1233"/>
        <w:gridCol w:w="1233"/>
        <w:gridCol w:w="1233"/>
        <w:gridCol w:w="1232"/>
      </w:tblGrid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STT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Kho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ả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 m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ụ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c chi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Đơn v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ị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 xml:space="preserve"> tính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S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 xml:space="preserve"> lư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ợ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ng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Đơn giá (VNĐ)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Thành ti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ề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 (VNĐ)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 xml:space="preserve">Ghi 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chú</w:t>
            </w:r>
          </w:p>
        </w:tc>
      </w:tr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Mua bánh Trung Thu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Nư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ớ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c u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ố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ng, bánh k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ẹ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o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Trang trí sân kh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ấ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u, h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i trư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ờ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ng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Âm thanh, ánh sáng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Quà t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ặ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ng cho tr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ẻ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 xml:space="preserve"> em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A78" w:rsidRPr="0000279F"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Chi khác (n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ế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u có)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F5A78" w:rsidRPr="0000279F"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00279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ổ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ng c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ộ</w:t>
            </w:r>
            <w:r w:rsidRPr="0000279F">
              <w:rPr>
                <w:rFonts w:ascii="Times New Roman" w:hAnsi="Times New Roman" w:cs="Times New Roman"/>
                <w:sz w:val="28"/>
                <w:szCs w:val="28"/>
              </w:rPr>
              <w:t>ng</w:t>
            </w: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34" w:type="dxa"/>
          </w:tcPr>
          <w:p w:rsidR="003F5A78" w:rsidRPr="0000279F" w:rsidRDefault="003F5A7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br/>
        <w:t>II. NGU</w:t>
      </w:r>
      <w:r w:rsidRPr="0000279F">
        <w:rPr>
          <w:rFonts w:ascii="Times New Roman" w:hAnsi="Times New Roman" w:cs="Times New Roman"/>
          <w:sz w:val="28"/>
          <w:szCs w:val="28"/>
        </w:rPr>
        <w:t>Ồ</w:t>
      </w:r>
      <w:r w:rsidRPr="0000279F">
        <w:rPr>
          <w:rFonts w:ascii="Times New Roman" w:hAnsi="Times New Roman" w:cs="Times New Roman"/>
          <w:sz w:val="28"/>
          <w:szCs w:val="28"/>
        </w:rPr>
        <w:t>N KINH PHÍ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t>- Ngân sách công ty h</w:t>
      </w:r>
      <w:r w:rsidRPr="0000279F">
        <w:rPr>
          <w:rFonts w:ascii="Times New Roman" w:hAnsi="Times New Roman" w:cs="Times New Roman"/>
          <w:sz w:val="28"/>
          <w:szCs w:val="28"/>
        </w:rPr>
        <w:t>ỗ</w:t>
      </w:r>
      <w:r w:rsidRPr="0000279F">
        <w:rPr>
          <w:rFonts w:ascii="Times New Roman" w:hAnsi="Times New Roman" w:cs="Times New Roman"/>
          <w:sz w:val="28"/>
          <w:szCs w:val="28"/>
        </w:rPr>
        <w:t xml:space="preserve"> tr</w:t>
      </w:r>
      <w:r w:rsidRPr="0000279F">
        <w:rPr>
          <w:rFonts w:ascii="Times New Roman" w:hAnsi="Times New Roman" w:cs="Times New Roman"/>
          <w:sz w:val="28"/>
          <w:szCs w:val="28"/>
        </w:rPr>
        <w:t>ợ</w:t>
      </w:r>
      <w:r w:rsidRPr="0000279F">
        <w:rPr>
          <w:rFonts w:ascii="Times New Roman" w:hAnsi="Times New Roman" w:cs="Times New Roman"/>
          <w:sz w:val="28"/>
          <w:szCs w:val="28"/>
        </w:rPr>
        <w:t xml:space="preserve">: </w:t>
      </w:r>
      <w:r w:rsidRPr="0000279F">
        <w:rPr>
          <w:rFonts w:ascii="Times New Roman" w:hAnsi="Times New Roman" w:cs="Times New Roman"/>
          <w:sz w:val="28"/>
          <w:szCs w:val="28"/>
        </w:rPr>
        <w:t>……………………………………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t>- Công đoàn/đơn v</w:t>
      </w:r>
      <w:r w:rsidRPr="0000279F">
        <w:rPr>
          <w:rFonts w:ascii="Times New Roman" w:hAnsi="Times New Roman" w:cs="Times New Roman"/>
          <w:sz w:val="28"/>
          <w:szCs w:val="28"/>
        </w:rPr>
        <w:t>ị</w:t>
      </w:r>
      <w:r w:rsidRPr="0000279F">
        <w:rPr>
          <w:rFonts w:ascii="Times New Roman" w:hAnsi="Times New Roman" w:cs="Times New Roman"/>
          <w:sz w:val="28"/>
          <w:szCs w:val="28"/>
        </w:rPr>
        <w:t xml:space="preserve"> ph</w:t>
      </w:r>
      <w:r w:rsidRPr="0000279F">
        <w:rPr>
          <w:rFonts w:ascii="Times New Roman" w:hAnsi="Times New Roman" w:cs="Times New Roman"/>
          <w:sz w:val="28"/>
          <w:szCs w:val="28"/>
        </w:rPr>
        <w:t>ố</w:t>
      </w:r>
      <w:r w:rsidRPr="0000279F">
        <w:rPr>
          <w:rFonts w:ascii="Times New Roman" w:hAnsi="Times New Roman" w:cs="Times New Roman"/>
          <w:sz w:val="28"/>
          <w:szCs w:val="28"/>
        </w:rPr>
        <w:t>i h</w:t>
      </w:r>
      <w:r w:rsidRPr="0000279F">
        <w:rPr>
          <w:rFonts w:ascii="Times New Roman" w:hAnsi="Times New Roman" w:cs="Times New Roman"/>
          <w:sz w:val="28"/>
          <w:szCs w:val="28"/>
        </w:rPr>
        <w:t>ợ</w:t>
      </w:r>
      <w:r w:rsidRPr="0000279F">
        <w:rPr>
          <w:rFonts w:ascii="Times New Roman" w:hAnsi="Times New Roman" w:cs="Times New Roman"/>
          <w:sz w:val="28"/>
          <w:szCs w:val="28"/>
        </w:rPr>
        <w:t>p h</w:t>
      </w:r>
      <w:r w:rsidRPr="0000279F">
        <w:rPr>
          <w:rFonts w:ascii="Times New Roman" w:hAnsi="Times New Roman" w:cs="Times New Roman"/>
          <w:sz w:val="28"/>
          <w:szCs w:val="28"/>
        </w:rPr>
        <w:t>ỗ</w:t>
      </w:r>
      <w:r w:rsidRPr="0000279F">
        <w:rPr>
          <w:rFonts w:ascii="Times New Roman" w:hAnsi="Times New Roman" w:cs="Times New Roman"/>
          <w:sz w:val="28"/>
          <w:szCs w:val="28"/>
        </w:rPr>
        <w:t xml:space="preserve"> tr</w:t>
      </w:r>
      <w:r w:rsidRPr="0000279F">
        <w:rPr>
          <w:rFonts w:ascii="Times New Roman" w:hAnsi="Times New Roman" w:cs="Times New Roman"/>
          <w:sz w:val="28"/>
          <w:szCs w:val="28"/>
        </w:rPr>
        <w:t>ợ</w:t>
      </w:r>
      <w:r w:rsidRPr="0000279F">
        <w:rPr>
          <w:rFonts w:ascii="Times New Roman" w:hAnsi="Times New Roman" w:cs="Times New Roman"/>
          <w:sz w:val="28"/>
          <w:szCs w:val="28"/>
        </w:rPr>
        <w:t>: ……………………………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t>- Ngu</w:t>
      </w:r>
      <w:r w:rsidRPr="0000279F">
        <w:rPr>
          <w:rFonts w:ascii="Times New Roman" w:hAnsi="Times New Roman" w:cs="Times New Roman"/>
          <w:sz w:val="28"/>
          <w:szCs w:val="28"/>
        </w:rPr>
        <w:t>ồ</w:t>
      </w:r>
      <w:r w:rsidRPr="0000279F">
        <w:rPr>
          <w:rFonts w:ascii="Times New Roman" w:hAnsi="Times New Roman" w:cs="Times New Roman"/>
          <w:sz w:val="28"/>
          <w:szCs w:val="28"/>
        </w:rPr>
        <w:t>n khác (n</w:t>
      </w:r>
      <w:r w:rsidRPr="0000279F">
        <w:rPr>
          <w:rFonts w:ascii="Times New Roman" w:hAnsi="Times New Roman" w:cs="Times New Roman"/>
          <w:sz w:val="28"/>
          <w:szCs w:val="28"/>
        </w:rPr>
        <w:t>ế</w:t>
      </w:r>
      <w:r w:rsidRPr="0000279F">
        <w:rPr>
          <w:rFonts w:ascii="Times New Roman" w:hAnsi="Times New Roman" w:cs="Times New Roman"/>
          <w:sz w:val="28"/>
          <w:szCs w:val="28"/>
        </w:rPr>
        <w:t>u có): …………………………………………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br/>
        <w:t>III. XÁC NH</w:t>
      </w:r>
      <w:r w:rsidRPr="0000279F">
        <w:rPr>
          <w:rFonts w:ascii="Times New Roman" w:hAnsi="Times New Roman" w:cs="Times New Roman"/>
          <w:sz w:val="28"/>
          <w:szCs w:val="28"/>
        </w:rPr>
        <w:t>Ậ</w:t>
      </w:r>
      <w:r w:rsidRPr="0000279F">
        <w:rPr>
          <w:rFonts w:ascii="Times New Roman" w:hAnsi="Times New Roman" w:cs="Times New Roman"/>
          <w:sz w:val="28"/>
          <w:szCs w:val="28"/>
        </w:rPr>
        <w:t>N &amp; KÝ TÊN</w:t>
      </w:r>
      <w:r w:rsidRPr="0000279F">
        <w:rPr>
          <w:rFonts w:ascii="Times New Roman" w:hAnsi="Times New Roman" w:cs="Times New Roman"/>
          <w:sz w:val="28"/>
          <w:szCs w:val="28"/>
        </w:rPr>
        <w:br/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t>- Ngư</w:t>
      </w:r>
      <w:r w:rsidRPr="0000279F">
        <w:rPr>
          <w:rFonts w:ascii="Times New Roman" w:hAnsi="Times New Roman" w:cs="Times New Roman"/>
          <w:sz w:val="28"/>
          <w:szCs w:val="28"/>
        </w:rPr>
        <w:t>ờ</w:t>
      </w:r>
      <w:r w:rsidRPr="0000279F">
        <w:rPr>
          <w:rFonts w:ascii="Times New Roman" w:hAnsi="Times New Roman" w:cs="Times New Roman"/>
          <w:sz w:val="28"/>
          <w:szCs w:val="28"/>
        </w:rPr>
        <w:t>i l</w:t>
      </w:r>
      <w:r w:rsidRPr="0000279F">
        <w:rPr>
          <w:rFonts w:ascii="Times New Roman" w:hAnsi="Times New Roman" w:cs="Times New Roman"/>
          <w:sz w:val="28"/>
          <w:szCs w:val="28"/>
        </w:rPr>
        <w:t>ậ</w:t>
      </w:r>
      <w:r w:rsidRPr="0000279F">
        <w:rPr>
          <w:rFonts w:ascii="Times New Roman" w:hAnsi="Times New Roman" w:cs="Times New Roman"/>
          <w:sz w:val="28"/>
          <w:szCs w:val="28"/>
        </w:rPr>
        <w:t>p b</w:t>
      </w:r>
      <w:r w:rsidRPr="0000279F">
        <w:rPr>
          <w:rFonts w:ascii="Times New Roman" w:hAnsi="Times New Roman" w:cs="Times New Roman"/>
          <w:sz w:val="28"/>
          <w:szCs w:val="28"/>
        </w:rPr>
        <w:t>ả</w:t>
      </w:r>
      <w:r w:rsidRPr="0000279F">
        <w:rPr>
          <w:rFonts w:ascii="Times New Roman" w:hAnsi="Times New Roman" w:cs="Times New Roman"/>
          <w:sz w:val="28"/>
          <w:szCs w:val="28"/>
        </w:rPr>
        <w:t>ng quy</w:t>
      </w:r>
      <w:r w:rsidRPr="0000279F">
        <w:rPr>
          <w:rFonts w:ascii="Times New Roman" w:hAnsi="Times New Roman" w:cs="Times New Roman"/>
          <w:sz w:val="28"/>
          <w:szCs w:val="28"/>
        </w:rPr>
        <w:t>ế</w:t>
      </w:r>
      <w:r w:rsidRPr="0000279F">
        <w:rPr>
          <w:rFonts w:ascii="Times New Roman" w:hAnsi="Times New Roman" w:cs="Times New Roman"/>
          <w:sz w:val="28"/>
          <w:szCs w:val="28"/>
        </w:rPr>
        <w:t>t toán (ký, ghi rõ h</w:t>
      </w:r>
      <w:r w:rsidRPr="0000279F">
        <w:rPr>
          <w:rFonts w:ascii="Times New Roman" w:hAnsi="Times New Roman" w:cs="Times New Roman"/>
          <w:sz w:val="28"/>
          <w:szCs w:val="28"/>
        </w:rPr>
        <w:t>ọ</w:t>
      </w:r>
      <w:r w:rsidRPr="0000279F">
        <w:rPr>
          <w:rFonts w:ascii="Times New Roman" w:hAnsi="Times New Roman" w:cs="Times New Roman"/>
          <w:sz w:val="28"/>
          <w:szCs w:val="28"/>
        </w:rPr>
        <w:t xml:space="preserve"> tên)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t>- K</w:t>
      </w:r>
      <w:r w:rsidRPr="0000279F">
        <w:rPr>
          <w:rFonts w:ascii="Times New Roman" w:hAnsi="Times New Roman" w:cs="Times New Roman"/>
          <w:sz w:val="28"/>
          <w:szCs w:val="28"/>
        </w:rPr>
        <w:t>ế</w:t>
      </w:r>
      <w:r w:rsidRPr="0000279F">
        <w:rPr>
          <w:rFonts w:ascii="Times New Roman" w:hAnsi="Times New Roman" w:cs="Times New Roman"/>
          <w:sz w:val="28"/>
          <w:szCs w:val="28"/>
        </w:rPr>
        <w:t xml:space="preserve"> toán trư</w:t>
      </w:r>
      <w:r w:rsidRPr="0000279F">
        <w:rPr>
          <w:rFonts w:ascii="Times New Roman" w:hAnsi="Times New Roman" w:cs="Times New Roman"/>
          <w:sz w:val="28"/>
          <w:szCs w:val="28"/>
        </w:rPr>
        <w:t>ở</w:t>
      </w:r>
      <w:r w:rsidRPr="0000279F">
        <w:rPr>
          <w:rFonts w:ascii="Times New Roman" w:hAnsi="Times New Roman" w:cs="Times New Roman"/>
          <w:sz w:val="28"/>
          <w:szCs w:val="28"/>
        </w:rPr>
        <w:t>ng (ký, ghi rõ h</w:t>
      </w:r>
      <w:r w:rsidRPr="0000279F">
        <w:rPr>
          <w:rFonts w:ascii="Times New Roman" w:hAnsi="Times New Roman" w:cs="Times New Roman"/>
          <w:sz w:val="28"/>
          <w:szCs w:val="28"/>
        </w:rPr>
        <w:t>ọ</w:t>
      </w:r>
      <w:r w:rsidRPr="0000279F">
        <w:rPr>
          <w:rFonts w:ascii="Times New Roman" w:hAnsi="Times New Roman" w:cs="Times New Roman"/>
          <w:sz w:val="28"/>
          <w:szCs w:val="28"/>
        </w:rPr>
        <w:t xml:space="preserve"> tên)</w:t>
      </w:r>
    </w:p>
    <w:p w:rsidR="003F5A78" w:rsidRPr="0000279F" w:rsidRDefault="0000279F">
      <w:pPr>
        <w:rPr>
          <w:rFonts w:ascii="Times New Roman" w:hAnsi="Times New Roman" w:cs="Times New Roman"/>
          <w:sz w:val="28"/>
          <w:szCs w:val="28"/>
        </w:rPr>
      </w:pPr>
      <w:r w:rsidRPr="0000279F">
        <w:rPr>
          <w:rFonts w:ascii="Times New Roman" w:hAnsi="Times New Roman" w:cs="Times New Roman"/>
          <w:sz w:val="28"/>
          <w:szCs w:val="28"/>
        </w:rPr>
        <w:t>- Giám đ</w:t>
      </w:r>
      <w:r w:rsidRPr="0000279F">
        <w:rPr>
          <w:rFonts w:ascii="Times New Roman" w:hAnsi="Times New Roman" w:cs="Times New Roman"/>
          <w:sz w:val="28"/>
          <w:szCs w:val="28"/>
        </w:rPr>
        <w:t>ố</w:t>
      </w:r>
      <w:r w:rsidRPr="0000279F">
        <w:rPr>
          <w:rFonts w:ascii="Times New Roman" w:hAnsi="Times New Roman" w:cs="Times New Roman"/>
          <w:sz w:val="28"/>
          <w:szCs w:val="28"/>
        </w:rPr>
        <w:t>c (ký, ghi rõ h</w:t>
      </w:r>
      <w:r w:rsidRPr="0000279F">
        <w:rPr>
          <w:rFonts w:ascii="Times New Roman" w:hAnsi="Times New Roman" w:cs="Times New Roman"/>
          <w:sz w:val="28"/>
          <w:szCs w:val="28"/>
        </w:rPr>
        <w:t>ọ</w:t>
      </w:r>
      <w:r w:rsidRPr="0000279F">
        <w:rPr>
          <w:rFonts w:ascii="Times New Roman" w:hAnsi="Times New Roman" w:cs="Times New Roman"/>
          <w:sz w:val="28"/>
          <w:szCs w:val="28"/>
        </w:rPr>
        <w:t xml:space="preserve"> tên, đóng d</w:t>
      </w:r>
      <w:r w:rsidRPr="0000279F">
        <w:rPr>
          <w:rFonts w:ascii="Times New Roman" w:hAnsi="Times New Roman" w:cs="Times New Roman"/>
          <w:sz w:val="28"/>
          <w:szCs w:val="28"/>
        </w:rPr>
        <w:t>ấ</w:t>
      </w:r>
      <w:r w:rsidRPr="0000279F">
        <w:rPr>
          <w:rFonts w:ascii="Times New Roman" w:hAnsi="Times New Roman" w:cs="Times New Roman"/>
          <w:sz w:val="28"/>
          <w:szCs w:val="28"/>
        </w:rPr>
        <w:t>u)</w:t>
      </w:r>
    </w:p>
    <w:sectPr w:rsidR="003F5A78" w:rsidRPr="0000279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1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0279F"/>
    <w:rsid w:val="00034616"/>
    <w:rsid w:val="0006063C"/>
    <w:rsid w:val="0015074B"/>
    <w:rsid w:val="0029639D"/>
    <w:rsid w:val="00326F90"/>
    <w:rsid w:val="003F5A78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efaultImageDpi w14:val="300"/>
  <w15:docId w15:val="{CD316193-9119-4BD4-839F-BEEC92FD6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4A70B717-F29D-4D9C-B66E-A23A54794E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725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PC</cp:lastModifiedBy>
  <cp:revision>2</cp:revision>
  <dcterms:created xsi:type="dcterms:W3CDTF">2025-09-24T02:46:00Z</dcterms:created>
  <dcterms:modified xsi:type="dcterms:W3CDTF">2025-09-24T02:46:00Z</dcterms:modified>
  <cp:category/>
</cp:coreProperties>
</file>