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07D" w:rsidRPr="0013613A" w:rsidRDefault="0013613A" w:rsidP="0013613A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13613A">
        <w:rPr>
          <w:rFonts w:ascii="Times New Roman" w:hAnsi="Times New Roman" w:cs="Times New Roman"/>
          <w:color w:val="000000" w:themeColor="text1"/>
        </w:rPr>
        <w:t>C</w:t>
      </w:r>
      <w:r w:rsidRPr="0013613A">
        <w:rPr>
          <w:rFonts w:ascii="Times New Roman" w:hAnsi="Times New Roman" w:cs="Times New Roman"/>
          <w:color w:val="000000" w:themeColor="text1"/>
        </w:rPr>
        <w:t>Ộ</w:t>
      </w:r>
      <w:r w:rsidRPr="0013613A">
        <w:rPr>
          <w:rFonts w:ascii="Times New Roman" w:hAnsi="Times New Roman" w:cs="Times New Roman"/>
          <w:color w:val="000000" w:themeColor="text1"/>
        </w:rPr>
        <w:t>NG HÒA XÃ H</w:t>
      </w:r>
      <w:r w:rsidRPr="0013613A">
        <w:rPr>
          <w:rFonts w:ascii="Times New Roman" w:hAnsi="Times New Roman" w:cs="Times New Roman"/>
          <w:color w:val="000000" w:themeColor="text1"/>
        </w:rPr>
        <w:t>Ộ</w:t>
      </w:r>
      <w:r w:rsidRPr="0013613A">
        <w:rPr>
          <w:rFonts w:ascii="Times New Roman" w:hAnsi="Times New Roman" w:cs="Times New Roman"/>
          <w:color w:val="000000" w:themeColor="text1"/>
        </w:rPr>
        <w:t>I CH</w:t>
      </w:r>
      <w:r w:rsidRPr="0013613A">
        <w:rPr>
          <w:rFonts w:ascii="Times New Roman" w:hAnsi="Times New Roman" w:cs="Times New Roman"/>
          <w:color w:val="000000" w:themeColor="text1"/>
        </w:rPr>
        <w:t>Ủ</w:t>
      </w:r>
      <w:r w:rsidRPr="0013613A">
        <w:rPr>
          <w:rFonts w:ascii="Times New Roman" w:hAnsi="Times New Roman" w:cs="Times New Roman"/>
          <w:color w:val="000000" w:themeColor="text1"/>
        </w:rPr>
        <w:t xml:space="preserve"> NGHĨA VI</w:t>
      </w:r>
      <w:r w:rsidRPr="0013613A">
        <w:rPr>
          <w:rFonts w:ascii="Times New Roman" w:hAnsi="Times New Roman" w:cs="Times New Roman"/>
          <w:color w:val="000000" w:themeColor="text1"/>
        </w:rPr>
        <w:t>Ệ</w:t>
      </w:r>
      <w:r w:rsidRPr="0013613A">
        <w:rPr>
          <w:rFonts w:ascii="Times New Roman" w:hAnsi="Times New Roman" w:cs="Times New Roman"/>
          <w:color w:val="000000" w:themeColor="text1"/>
        </w:rPr>
        <w:t>T NAM</w:t>
      </w:r>
    </w:p>
    <w:p w:rsidR="00F2307D" w:rsidRPr="0013613A" w:rsidRDefault="0013613A" w:rsidP="0013613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 l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– T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ự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do – H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 phúc</w:t>
      </w:r>
    </w:p>
    <w:p w:rsidR="0013613A" w:rsidRPr="0013613A" w:rsidRDefault="0013613A" w:rsidP="0013613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2307D" w:rsidRPr="0013613A" w:rsidRDefault="0013613A" w:rsidP="0013613A">
      <w:pPr>
        <w:pStyle w:val="Heading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VĂN B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L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NGƯ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GIÁM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</w:p>
    <w:p w:rsidR="0013613A" w:rsidRPr="0013613A" w:rsidRDefault="0013613A" w:rsidP="0013613A"/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Hôm nay, ngày .... tháng .... năm ...., t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.................................., chúng tôi g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m: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1. NGƯ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C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ĐƯ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C GIÁM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.......................................................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Ngày, tháng, năm sinh: .......................................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Nơi cư trú: .......................................................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Lý do c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giám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: ............................................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2. NGƯ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GIÁM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.......................................................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Ngày, tháng, năm sinh: .......................................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CCCD/CMND/H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chi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u: ..................................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Nơi cư trú: ...............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........................................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Quan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ngư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đư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c giám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: ............................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3. N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DUNG CAM K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Tôi, ..................................., t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nguy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nh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làm ngư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giám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cho ................................... theo đúng quy đ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nh c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a pháp lu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- Tôi cam k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t th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y đ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quy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và nghĩa v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a ngư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giám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 quy đ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nh c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a B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lu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t Dân s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các văn b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pháp lu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t liên quan.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4. XÁC NH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C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A CƠ QUAN CÓ TH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M QUY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F2307D" w:rsidRPr="0013613A" w:rsidRDefault="001361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UBND xã/phư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ng/th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................................ xác nh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vi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 ngư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giám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nêu trên là phù h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p v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i quy đ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nh pháp lu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</w:p>
    <w:p w:rsidR="0013613A" w:rsidRPr="0013613A" w:rsidRDefault="0013613A" w:rsidP="0013613A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Ngư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l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văn b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ả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 </w:t>
      </w:r>
    </w:p>
    <w:p w:rsidR="00F2307D" w:rsidRPr="0013613A" w:rsidRDefault="0013613A" w:rsidP="0013613A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ý, ghi rõ h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</w:p>
    <w:p w:rsidR="0013613A" w:rsidRPr="0013613A" w:rsidRDefault="0013613A" w:rsidP="0013613A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Ngư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giám h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F2307D" w:rsidRPr="0013613A" w:rsidRDefault="0013613A" w:rsidP="0013613A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</w:t>
      </w:r>
      <w:bookmarkStart w:id="0" w:name="_GoBack"/>
      <w:bookmarkEnd w:id="0"/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ý, ghi rõ h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</w:p>
    <w:p w:rsidR="00F2307D" w:rsidRPr="0013613A" w:rsidRDefault="0013613A" w:rsidP="0013613A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XÁC NH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C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Ủ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 UBND XÃ/PHƯ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NG/TH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Ị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TR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</w:t>
      </w:r>
    </w:p>
    <w:p w:rsidR="00F2307D" w:rsidRPr="0013613A" w:rsidRDefault="0013613A" w:rsidP="0013613A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đóng d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u, ghi rõ h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 ngư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1361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ký)</w:t>
      </w:r>
    </w:p>
    <w:sectPr w:rsidR="00F2307D" w:rsidRPr="0013613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613A"/>
    <w:rsid w:val="0015074B"/>
    <w:rsid w:val="0029639D"/>
    <w:rsid w:val="00326F90"/>
    <w:rsid w:val="00AA1D8D"/>
    <w:rsid w:val="00B47730"/>
    <w:rsid w:val="00CB0664"/>
    <w:rsid w:val="00F230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D7BCC1E-9A39-4F11-B22A-F9A58D00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5F8D3E-7F85-4A88-ABD5-2DB0DB5CF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CỘNG HÒA XÃ HỘI CHỦ NGHĨA VIỆT NAM</vt:lpstr>
      <vt:lpstr>    VĂN BẢN LỰA CHỌN NGƯỜI GIÁM HỘ</vt:lpstr>
    </vt:vector>
  </TitlesOfParts>
  <Manager/>
  <Company/>
  <LinksUpToDate>false</LinksUpToDate>
  <CharactersWithSpaces>1479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2025-09-22T04:51:00Z</dcterms:created>
  <dcterms:modified xsi:type="dcterms:W3CDTF">2025-09-22T04:51:00Z</dcterms:modified>
  <cp:category/>
</cp:coreProperties>
</file>