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789" w:rsidRDefault="007A22DF">
      <w:pPr>
        <w:jc w:val="center"/>
      </w:pPr>
      <w:r>
        <w:rPr>
          <w:b/>
        </w:rPr>
        <w:t>C</w:t>
      </w:r>
      <w:r>
        <w:rPr>
          <w:b/>
        </w:rPr>
        <w:t>Ộ</w:t>
      </w:r>
      <w:r>
        <w:rPr>
          <w:b/>
        </w:rPr>
        <w:t>NG HÒA XÃ H</w:t>
      </w:r>
      <w:r>
        <w:rPr>
          <w:b/>
        </w:rPr>
        <w:t>Ộ</w:t>
      </w:r>
      <w:r>
        <w:rPr>
          <w:b/>
        </w:rPr>
        <w:t>I CH</w:t>
      </w:r>
      <w:r>
        <w:rPr>
          <w:b/>
        </w:rPr>
        <w:t>Ủ</w:t>
      </w:r>
      <w:r>
        <w:rPr>
          <w:b/>
        </w:rPr>
        <w:t xml:space="preserve"> NGHĨA VI</w:t>
      </w:r>
      <w:r>
        <w:rPr>
          <w:b/>
        </w:rPr>
        <w:t>Ệ</w:t>
      </w:r>
      <w:r>
        <w:rPr>
          <w:b/>
        </w:rPr>
        <w:t>T NAM</w:t>
      </w:r>
    </w:p>
    <w:p w:rsidR="001A2789" w:rsidRDefault="007A22DF" w:rsidP="007A22DF">
      <w:pPr>
        <w:jc w:val="center"/>
      </w:pPr>
      <w:r>
        <w:rPr>
          <w:b/>
        </w:rPr>
        <w:t>Đ</w:t>
      </w:r>
      <w:r>
        <w:rPr>
          <w:b/>
        </w:rPr>
        <w:t>ộ</w:t>
      </w:r>
      <w:r>
        <w:rPr>
          <w:b/>
        </w:rPr>
        <w:t>c l</w:t>
      </w:r>
      <w:r>
        <w:rPr>
          <w:b/>
        </w:rPr>
        <w:t>ậ</w:t>
      </w:r>
      <w:r>
        <w:rPr>
          <w:b/>
        </w:rPr>
        <w:t>p - T</w:t>
      </w:r>
      <w:r>
        <w:rPr>
          <w:b/>
        </w:rPr>
        <w:t>ự</w:t>
      </w:r>
      <w:r>
        <w:rPr>
          <w:b/>
        </w:rPr>
        <w:t xml:space="preserve"> do - </w:t>
      </w:r>
      <w:proofErr w:type="spellStart"/>
      <w:r>
        <w:rPr>
          <w:b/>
        </w:rPr>
        <w:t>H</w:t>
      </w:r>
      <w:r>
        <w:rPr>
          <w:b/>
        </w:rPr>
        <w:t>ạ</w:t>
      </w:r>
      <w:r>
        <w:rPr>
          <w:b/>
        </w:rPr>
        <w:t>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phúc</w:t>
      </w:r>
      <w:proofErr w:type="spellEnd"/>
    </w:p>
    <w:p w:rsidR="001A2789" w:rsidRDefault="007A22DF">
      <w:pPr>
        <w:jc w:val="right"/>
      </w:pPr>
      <w:r>
        <w:t>…</w:t>
      </w:r>
      <w:r>
        <w:t xml:space="preserve">, </w:t>
      </w:r>
      <w:proofErr w:type="spellStart"/>
      <w:r>
        <w:t>ngày</w:t>
      </w:r>
      <w:proofErr w:type="spellEnd"/>
      <w:r>
        <w:t xml:space="preserve"> ... tháng 01 năm 2026</w:t>
      </w:r>
    </w:p>
    <w:p w:rsidR="001A2789" w:rsidRDefault="001A2789"/>
    <w:p w:rsidR="001A2789" w:rsidRDefault="007A22DF">
      <w:pPr>
        <w:jc w:val="center"/>
      </w:pPr>
      <w:r>
        <w:rPr>
          <w:b/>
        </w:rPr>
        <w:t>THÔNG BÁO</w:t>
      </w:r>
    </w:p>
    <w:p w:rsidR="001A2789" w:rsidRDefault="007A22DF" w:rsidP="007A22DF">
      <w:pPr>
        <w:jc w:val="center"/>
      </w:pPr>
      <w:r>
        <w:rPr>
          <w:b/>
        </w:rPr>
        <w:t>V</w:t>
      </w:r>
      <w:r>
        <w:rPr>
          <w:b/>
        </w:rPr>
        <w:t>ề</w:t>
      </w:r>
      <w:r>
        <w:rPr>
          <w:b/>
        </w:rPr>
        <w:t xml:space="preserve"> vi</w:t>
      </w:r>
      <w:r>
        <w:rPr>
          <w:b/>
        </w:rPr>
        <w:t>ệ</w:t>
      </w:r>
      <w:r>
        <w:rPr>
          <w:b/>
        </w:rPr>
        <w:t>c xác đ</w:t>
      </w:r>
      <w:r>
        <w:rPr>
          <w:b/>
        </w:rPr>
        <w:t>ị</w:t>
      </w:r>
      <w:r>
        <w:rPr>
          <w:b/>
        </w:rPr>
        <w:t>nh ngư</w:t>
      </w:r>
      <w:r>
        <w:rPr>
          <w:b/>
        </w:rPr>
        <w:t>ỡ</w:t>
      </w:r>
      <w:r>
        <w:rPr>
          <w:b/>
        </w:rPr>
        <w:t xml:space="preserve">ng doanh thu </w:t>
      </w:r>
      <w:proofErr w:type="spellStart"/>
      <w:r>
        <w:rPr>
          <w:b/>
        </w:rPr>
        <w:t>d</w:t>
      </w:r>
      <w:r>
        <w:rPr>
          <w:b/>
        </w:rPr>
        <w:t>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</w:t>
      </w:r>
      <w:r>
        <w:rPr>
          <w:b/>
        </w:rPr>
        <w:t>ế</w:t>
      </w:r>
      <w:r>
        <w:rPr>
          <w:b/>
        </w:rPr>
        <w:t>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năm</w:t>
      </w:r>
      <w:proofErr w:type="spellEnd"/>
      <w:r>
        <w:rPr>
          <w:b/>
        </w:rPr>
        <w:t xml:space="preserve"> 2026</w:t>
      </w:r>
    </w:p>
    <w:p w:rsidR="001A2789" w:rsidRDefault="007A22DF" w:rsidP="007A22DF">
      <w:pPr>
        <w:jc w:val="center"/>
      </w:pPr>
      <w:r>
        <w:t>Kính g</w:t>
      </w:r>
      <w:r>
        <w:t>ử</w:t>
      </w:r>
      <w:r>
        <w:t>i: Thu</w:t>
      </w:r>
      <w:r>
        <w:t>ế</w:t>
      </w:r>
      <w:r>
        <w:t xml:space="preserve"> cơ s</w:t>
      </w:r>
      <w:r>
        <w:t>ở</w:t>
      </w:r>
      <w:r>
        <w:t xml:space="preserve"> ..........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ố</w:t>
      </w:r>
      <w:proofErr w:type="spellEnd"/>
      <w:r>
        <w:t xml:space="preserve"> …</w:t>
      </w:r>
    </w:p>
    <w:p w:rsidR="001A2789" w:rsidRDefault="001A2789"/>
    <w:p w:rsidR="001A2789" w:rsidRDefault="007A22DF" w:rsidP="007A22DF">
      <w:pPr>
        <w:spacing w:after="120"/>
      </w:pPr>
      <w:r>
        <w:t>Tên h</w:t>
      </w:r>
      <w:r>
        <w:t>ộ</w:t>
      </w:r>
      <w:r>
        <w:t xml:space="preserve"> kinh doanh: </w:t>
      </w:r>
      <w:r>
        <w:t>...............................................................</w:t>
      </w:r>
    </w:p>
    <w:p w:rsidR="001A2789" w:rsidRDefault="007A22DF" w:rsidP="007A22DF">
      <w:pPr>
        <w:spacing w:after="120"/>
      </w:pPr>
      <w:r>
        <w:t>Mã s</w:t>
      </w:r>
      <w:r>
        <w:t>ố</w:t>
      </w:r>
      <w:r>
        <w:t xml:space="preserve"> thu</w:t>
      </w:r>
      <w:r>
        <w:t>ế</w:t>
      </w:r>
      <w:r>
        <w:t>: .............................................................................</w:t>
      </w:r>
    </w:p>
    <w:p w:rsidR="001A2789" w:rsidRDefault="007A22DF" w:rsidP="007A22DF">
      <w:pPr>
        <w:spacing w:after="120"/>
      </w:pPr>
      <w:r>
        <w:t>S</w:t>
      </w:r>
      <w:r>
        <w:t>ố</w:t>
      </w:r>
      <w:r>
        <w:t xml:space="preserve"> đ</w:t>
      </w:r>
      <w:r>
        <w:t>ị</w:t>
      </w:r>
      <w:r>
        <w:t>nh danh cá nhân: .............................................................</w:t>
      </w:r>
    </w:p>
    <w:p w:rsidR="001A2789" w:rsidRDefault="007A22DF" w:rsidP="007A22DF">
      <w:pPr>
        <w:spacing w:after="120"/>
      </w:pPr>
      <w:r>
        <w:t>Đ</w:t>
      </w:r>
      <w:r>
        <w:t>ị</w:t>
      </w:r>
      <w:r>
        <w:t>a ch</w:t>
      </w:r>
      <w:r>
        <w:t>ỉ</w:t>
      </w:r>
      <w:r>
        <w:t>: .........</w:t>
      </w:r>
      <w:r>
        <w:t>..............................................................................</w:t>
      </w:r>
    </w:p>
    <w:p w:rsidR="001A2789" w:rsidRDefault="007A22DF" w:rsidP="007A22DF">
      <w:pPr>
        <w:spacing w:after="120"/>
      </w:pPr>
      <w:r>
        <w:t>Ngành ngh</w:t>
      </w:r>
      <w:r>
        <w:t>ề</w:t>
      </w:r>
      <w:r>
        <w:t xml:space="preserve"> kinh doanh: ...........................................................</w:t>
      </w:r>
    </w:p>
    <w:p w:rsidR="001A2789" w:rsidRDefault="007A22DF" w:rsidP="007A22DF">
      <w:pPr>
        <w:spacing w:after="120"/>
      </w:pPr>
      <w:r>
        <w:t>Tôi là đ</w:t>
      </w:r>
      <w:r>
        <w:t>ạ</w:t>
      </w:r>
      <w:r>
        <w:t>i di</w:t>
      </w:r>
      <w:r>
        <w:t>ệ</w:t>
      </w:r>
      <w:r>
        <w:t>n h</w:t>
      </w:r>
      <w:r>
        <w:t>ộ</w:t>
      </w:r>
      <w:r>
        <w:t xml:space="preserve"> kinh doanh nêu trên, xin trân tr</w:t>
      </w:r>
      <w:r>
        <w:t>ọ</w:t>
      </w:r>
      <w:r>
        <w:t>ng thông báo:</w:t>
      </w:r>
    </w:p>
    <w:p w:rsidR="001A2789" w:rsidRDefault="007A22DF" w:rsidP="007A22DF">
      <w:pPr>
        <w:spacing w:after="120"/>
      </w:pPr>
      <w:r>
        <w:t>Căn c</w:t>
      </w:r>
      <w:r>
        <w:t>ứ</w:t>
      </w:r>
      <w:r>
        <w:t xml:space="preserve"> quy đ</w:t>
      </w:r>
      <w:r>
        <w:t>ị</w:t>
      </w:r>
      <w:r>
        <w:t>nh hi</w:t>
      </w:r>
      <w:r>
        <w:t>ệ</w:t>
      </w:r>
      <w:r>
        <w:t>n hành v</w:t>
      </w:r>
      <w:r>
        <w:t>ề</w:t>
      </w:r>
      <w:r>
        <w:t xml:space="preserve"> qu</w:t>
      </w:r>
      <w:r>
        <w:t>ả</w:t>
      </w:r>
      <w:r>
        <w:t>n lý thu</w:t>
      </w:r>
      <w:r>
        <w:t>ế</w:t>
      </w:r>
      <w:r>
        <w:t xml:space="preserve"> đ</w:t>
      </w:r>
      <w:r>
        <w:t>ố</w:t>
      </w:r>
      <w:r>
        <w:t>i v</w:t>
      </w:r>
      <w:r>
        <w:t>ớ</w:t>
      </w:r>
      <w:r>
        <w:t>i h</w:t>
      </w:r>
      <w:r>
        <w:t>ộ</w:t>
      </w:r>
      <w:r>
        <w:t xml:space="preserve"> kinh doanh, tôi đã t</w:t>
      </w:r>
      <w:r>
        <w:t>ự</w:t>
      </w:r>
      <w:r>
        <w:t xml:space="preserve"> rà soát ho</w:t>
      </w:r>
      <w:r>
        <w:t>ạ</w:t>
      </w:r>
      <w:r>
        <w:t>t đ</w:t>
      </w:r>
      <w:r>
        <w:t>ộ</w:t>
      </w:r>
      <w:r>
        <w:t>ng s</w:t>
      </w:r>
      <w:r>
        <w:t>ả</w:t>
      </w:r>
      <w:r>
        <w:t>n xu</w:t>
      </w:r>
      <w:r>
        <w:t>ấ</w:t>
      </w:r>
      <w:r>
        <w:t>t, kinh doanh trong năm 2025, t</w:t>
      </w:r>
      <w:r>
        <w:t>ừ</w:t>
      </w:r>
      <w:r>
        <w:t xml:space="preserve"> đó xác đ</w:t>
      </w:r>
      <w:r>
        <w:t>ị</w:t>
      </w:r>
      <w:r>
        <w:t>nh ngư</w:t>
      </w:r>
      <w:r>
        <w:t>ỡ</w:t>
      </w:r>
      <w:r>
        <w:t>ng doanh thu d</w:t>
      </w:r>
      <w:r>
        <w:t>ự</w:t>
      </w:r>
      <w:r>
        <w:t xml:space="preserve"> ki</w:t>
      </w:r>
      <w:r>
        <w:t>ế</w:t>
      </w:r>
      <w:r>
        <w:t>n và l</w:t>
      </w:r>
      <w:r>
        <w:t>ự</w:t>
      </w:r>
      <w:r>
        <w:t>a ch</w:t>
      </w:r>
      <w:r>
        <w:t>ọ</w:t>
      </w:r>
      <w:r>
        <w:t>n phương pháp tính thu</w:t>
      </w:r>
      <w:r>
        <w:t>ế</w:t>
      </w:r>
      <w:r>
        <w:t xml:space="preserve"> TNCN trong năm 2026 như sau:</w:t>
      </w:r>
    </w:p>
    <w:p w:rsidR="001A2789" w:rsidRDefault="007A22DF" w:rsidP="007A22DF">
      <w:pPr>
        <w:spacing w:after="120"/>
      </w:pPr>
      <w:r>
        <w:t>☐</w:t>
      </w:r>
      <w:r>
        <w:t xml:space="preserve"> Doanh thu đ</w:t>
      </w:r>
      <w:r>
        <w:t>ế</w:t>
      </w:r>
      <w:r>
        <w:t>n 500 tri</w:t>
      </w:r>
      <w:r>
        <w:t>ệ</w:t>
      </w:r>
      <w:r>
        <w:t>u đ</w:t>
      </w:r>
      <w:r>
        <w:t>ồ</w:t>
      </w:r>
      <w:r>
        <w:t>ng/năm (dư</w:t>
      </w:r>
      <w:r>
        <w:t>ớ</w:t>
      </w:r>
      <w:r>
        <w:t>i ngư</w:t>
      </w:r>
      <w:r>
        <w:t>ỡ</w:t>
      </w:r>
      <w:r>
        <w:t>ng ch</w:t>
      </w:r>
      <w:r>
        <w:t>ị</w:t>
      </w:r>
      <w:r>
        <w:t>u thu</w:t>
      </w:r>
      <w:r>
        <w:t>ế</w:t>
      </w:r>
      <w:r>
        <w:t>)</w:t>
      </w:r>
    </w:p>
    <w:p w:rsidR="001A2789" w:rsidRDefault="007A22DF" w:rsidP="007A22DF">
      <w:pPr>
        <w:spacing w:after="120"/>
      </w:pPr>
      <w:r>
        <w:t>☐</w:t>
      </w:r>
      <w:r>
        <w:t xml:space="preserve"> Doanh thu trên 500 tri</w:t>
      </w:r>
      <w:r>
        <w:t>ệ</w:t>
      </w:r>
      <w:r>
        <w:t>u đ</w:t>
      </w:r>
      <w:r>
        <w:t>ồ</w:t>
      </w:r>
      <w:r>
        <w:t>ng/năm đ</w:t>
      </w:r>
      <w:r>
        <w:t>ế</w:t>
      </w:r>
      <w:r>
        <w:t>n 3 t</w:t>
      </w:r>
      <w:r>
        <w:t>ỷ</w:t>
      </w:r>
      <w:r>
        <w:t xml:space="preserve"> đ</w:t>
      </w:r>
      <w:r>
        <w:t>ồ</w:t>
      </w:r>
      <w:r>
        <w:t>ng/năm (ch</w:t>
      </w:r>
      <w:r>
        <w:t>ọ</w:t>
      </w:r>
      <w:r>
        <w:t>n 1 trong 2 l</w:t>
      </w:r>
      <w:r>
        <w:t>ự</w:t>
      </w:r>
      <w:r>
        <w:t>a ch</w:t>
      </w:r>
      <w:r>
        <w:t>ọ</w:t>
      </w:r>
      <w:r>
        <w:t>n dư</w:t>
      </w:r>
      <w:r>
        <w:t>ớ</w:t>
      </w:r>
      <w:r>
        <w:t>i đây):</w:t>
      </w:r>
    </w:p>
    <w:p w:rsidR="001A2789" w:rsidRPr="007A22DF" w:rsidRDefault="007A22DF" w:rsidP="007A22DF">
      <w:pPr>
        <w:spacing w:after="120"/>
        <w:ind w:left="284"/>
        <w:rPr>
          <w:i/>
        </w:rPr>
      </w:pPr>
      <w:r w:rsidRPr="007A22DF">
        <w:rPr>
          <w:i/>
        </w:rPr>
        <w:t xml:space="preserve">    ☐ Phương pháp tính thu</w:t>
      </w:r>
      <w:r w:rsidRPr="007A22DF">
        <w:rPr>
          <w:i/>
        </w:rPr>
        <w:t>ế</w:t>
      </w:r>
      <w:r w:rsidRPr="007A22DF">
        <w:rPr>
          <w:i/>
        </w:rPr>
        <w:t xml:space="preserve"> TNCN </w:t>
      </w:r>
      <w:proofErr w:type="spellStart"/>
      <w:r w:rsidRPr="007A22DF">
        <w:rPr>
          <w:i/>
        </w:rPr>
        <w:t>trên</w:t>
      </w:r>
      <w:proofErr w:type="spellEnd"/>
      <w:r w:rsidRPr="007A22DF">
        <w:rPr>
          <w:i/>
        </w:rPr>
        <w:t xml:space="preserve"> </w:t>
      </w:r>
      <w:proofErr w:type="spellStart"/>
      <w:r w:rsidRPr="007A22DF">
        <w:rPr>
          <w:i/>
        </w:rPr>
        <w:t>Doanh</w:t>
      </w:r>
      <w:proofErr w:type="spellEnd"/>
      <w:r w:rsidRPr="007A22DF">
        <w:rPr>
          <w:i/>
        </w:rPr>
        <w:t xml:space="preserve"> </w:t>
      </w:r>
      <w:proofErr w:type="spellStart"/>
      <w:r w:rsidRPr="007A22DF">
        <w:rPr>
          <w:i/>
        </w:rPr>
        <w:t>thu</w:t>
      </w:r>
      <w:proofErr w:type="spellEnd"/>
    </w:p>
    <w:p w:rsidR="001A2789" w:rsidRPr="007A22DF" w:rsidRDefault="007A22DF" w:rsidP="007A22DF">
      <w:pPr>
        <w:spacing w:after="120"/>
        <w:ind w:left="284"/>
        <w:rPr>
          <w:i/>
        </w:rPr>
      </w:pPr>
      <w:r w:rsidRPr="007A22DF">
        <w:rPr>
          <w:i/>
        </w:rPr>
        <w:t xml:space="preserve">    ☐ Phương pháp tính thu</w:t>
      </w:r>
      <w:r w:rsidRPr="007A22DF">
        <w:rPr>
          <w:i/>
        </w:rPr>
        <w:t>ế</w:t>
      </w:r>
      <w:r w:rsidRPr="007A22DF">
        <w:rPr>
          <w:i/>
        </w:rPr>
        <w:t xml:space="preserve"> TNCN trên L</w:t>
      </w:r>
      <w:r w:rsidRPr="007A22DF">
        <w:rPr>
          <w:i/>
        </w:rPr>
        <w:t>ợ</w:t>
      </w:r>
      <w:r w:rsidRPr="007A22DF">
        <w:rPr>
          <w:i/>
        </w:rPr>
        <w:t>i nhu</w:t>
      </w:r>
      <w:r w:rsidRPr="007A22DF">
        <w:rPr>
          <w:i/>
        </w:rPr>
        <w:t>ậ</w:t>
      </w:r>
      <w:r w:rsidRPr="007A22DF">
        <w:rPr>
          <w:i/>
        </w:rPr>
        <w:t>n</w:t>
      </w:r>
    </w:p>
    <w:p w:rsidR="001A2789" w:rsidRDefault="007A22DF" w:rsidP="007A22DF">
      <w:pPr>
        <w:spacing w:after="120"/>
      </w:pPr>
      <w:r>
        <w:t>☐</w:t>
      </w:r>
      <w:r>
        <w:t xml:space="preserve"> Doanh thu trên 3 t</w:t>
      </w:r>
      <w:r>
        <w:t>ỷ</w:t>
      </w:r>
      <w:r>
        <w:t xml:space="preserve"> đ</w:t>
      </w:r>
      <w:r>
        <w:t>ồ</w:t>
      </w:r>
      <w:r>
        <w:t>ng/năm (ch</w:t>
      </w:r>
      <w:r>
        <w:t>ọ</w:t>
      </w:r>
      <w:r>
        <w:t>n 1 trong 2 l</w:t>
      </w:r>
      <w:r>
        <w:t>ự</w:t>
      </w:r>
      <w:r>
        <w:t>a ch</w:t>
      </w:r>
      <w:r>
        <w:t>ọ</w:t>
      </w:r>
      <w:r>
        <w:t>n dư</w:t>
      </w:r>
      <w:r>
        <w:t>ớ</w:t>
      </w:r>
      <w:r>
        <w:t xml:space="preserve">i </w:t>
      </w:r>
      <w:r>
        <w:t>đây):</w:t>
      </w:r>
    </w:p>
    <w:p w:rsidR="001A2789" w:rsidRPr="007A22DF" w:rsidRDefault="007A22DF" w:rsidP="007A22DF">
      <w:pPr>
        <w:spacing w:after="120"/>
        <w:ind w:left="284"/>
        <w:rPr>
          <w:i/>
        </w:rPr>
      </w:pPr>
      <w:r w:rsidRPr="007A22DF">
        <w:rPr>
          <w:i/>
        </w:rPr>
        <w:t xml:space="preserve">    ☐ Doanh thu trên 3 t</w:t>
      </w:r>
      <w:r w:rsidRPr="007A22DF">
        <w:rPr>
          <w:i/>
        </w:rPr>
        <w:t>ỷ</w:t>
      </w:r>
      <w:r w:rsidRPr="007A22DF">
        <w:rPr>
          <w:i/>
        </w:rPr>
        <w:t xml:space="preserve"> đ</w:t>
      </w:r>
      <w:r w:rsidRPr="007A22DF">
        <w:rPr>
          <w:i/>
        </w:rPr>
        <w:t>ồ</w:t>
      </w:r>
      <w:r w:rsidRPr="007A22DF">
        <w:rPr>
          <w:i/>
        </w:rPr>
        <w:t>ng đ</w:t>
      </w:r>
      <w:r w:rsidRPr="007A22DF">
        <w:rPr>
          <w:i/>
        </w:rPr>
        <w:t>ế</w:t>
      </w:r>
      <w:r w:rsidRPr="007A22DF">
        <w:rPr>
          <w:i/>
        </w:rPr>
        <w:t>n 50 t</w:t>
      </w:r>
      <w:r w:rsidRPr="007A22DF">
        <w:rPr>
          <w:i/>
        </w:rPr>
        <w:t>ỷ</w:t>
      </w:r>
      <w:r w:rsidRPr="007A22DF">
        <w:rPr>
          <w:i/>
        </w:rPr>
        <w:t xml:space="preserve"> đ</w:t>
      </w:r>
      <w:r w:rsidRPr="007A22DF">
        <w:rPr>
          <w:i/>
        </w:rPr>
        <w:t>ồ</w:t>
      </w:r>
      <w:r w:rsidRPr="007A22DF">
        <w:rPr>
          <w:i/>
        </w:rPr>
        <w:t>ng/năm</w:t>
      </w:r>
    </w:p>
    <w:p w:rsidR="001A2789" w:rsidRPr="007A22DF" w:rsidRDefault="007A22DF" w:rsidP="007A22DF">
      <w:pPr>
        <w:spacing w:after="120"/>
        <w:ind w:left="284"/>
        <w:rPr>
          <w:i/>
        </w:rPr>
      </w:pPr>
      <w:r w:rsidRPr="007A22DF">
        <w:rPr>
          <w:i/>
        </w:rPr>
        <w:t xml:space="preserve">    ☐ Doanh thu trên 50 t</w:t>
      </w:r>
      <w:r w:rsidRPr="007A22DF">
        <w:rPr>
          <w:i/>
        </w:rPr>
        <w:t>ỷ</w:t>
      </w:r>
      <w:r w:rsidRPr="007A22DF">
        <w:rPr>
          <w:i/>
        </w:rPr>
        <w:t xml:space="preserve"> đ</w:t>
      </w:r>
      <w:r w:rsidRPr="007A22DF">
        <w:rPr>
          <w:i/>
        </w:rPr>
        <w:t>ồ</w:t>
      </w:r>
      <w:r w:rsidRPr="007A22DF">
        <w:rPr>
          <w:i/>
        </w:rPr>
        <w:t>ng/năm</w:t>
      </w:r>
    </w:p>
    <w:p w:rsidR="001A2789" w:rsidRDefault="001A2789" w:rsidP="007A22DF">
      <w:pPr>
        <w:spacing w:after="120"/>
      </w:pPr>
    </w:p>
    <w:p w:rsidR="001A2789" w:rsidRDefault="007A22DF" w:rsidP="007A22DF">
      <w:pPr>
        <w:spacing w:after="120"/>
        <w:ind w:firstLine="567"/>
      </w:pPr>
      <w:r>
        <w:lastRenderedPageBreak/>
        <w:t>Tôi xác nh</w:t>
      </w:r>
      <w:r>
        <w:t>ậ</w:t>
      </w:r>
      <w:r>
        <w:t>n ngư</w:t>
      </w:r>
      <w:r>
        <w:t>ỡ</w:t>
      </w:r>
      <w:r>
        <w:t>ng doanh thu đã xác đ</w:t>
      </w:r>
      <w:r>
        <w:t>ị</w:t>
      </w:r>
      <w:r>
        <w:t>nh nêu trên là phù h</w:t>
      </w:r>
      <w:r>
        <w:t>ợ</w:t>
      </w:r>
      <w:r>
        <w:t>p v</w:t>
      </w:r>
      <w:r>
        <w:t>ớ</w:t>
      </w:r>
      <w:r>
        <w:t>i tình hình ho</w:t>
      </w:r>
      <w:r>
        <w:t>ạ</w:t>
      </w:r>
      <w:r>
        <w:t>t đ</w:t>
      </w:r>
      <w:r>
        <w:t>ộ</w:t>
      </w:r>
      <w:r>
        <w:t>ng kinh doanh th</w:t>
      </w:r>
      <w:r>
        <w:t>ự</w:t>
      </w:r>
      <w:r>
        <w:t>c t</w:t>
      </w:r>
      <w:r>
        <w:t>ế</w:t>
      </w:r>
      <w:r>
        <w:t xml:space="preserve"> và ch</w:t>
      </w:r>
      <w:r>
        <w:t>ị</w:t>
      </w:r>
      <w:r>
        <w:t>u trách nhi</w:t>
      </w:r>
      <w:r>
        <w:t>ệ</w:t>
      </w:r>
      <w:r>
        <w:t>m theo quy đ</w:t>
      </w:r>
      <w:r>
        <w:t>ị</w:t>
      </w:r>
      <w:r>
        <w:t>nh c</w:t>
      </w:r>
      <w:r>
        <w:t>ủ</w:t>
      </w:r>
      <w:r>
        <w:t>a pháp lu</w:t>
      </w:r>
      <w:r>
        <w:t>ậ</w:t>
      </w:r>
      <w:r>
        <w:t>t v</w:t>
      </w:r>
      <w:r>
        <w:t>ề</w:t>
      </w:r>
      <w:r>
        <w:t xml:space="preserve"> n</w:t>
      </w:r>
      <w:r>
        <w:t>ộ</w:t>
      </w:r>
      <w:r>
        <w:t>i dun</w:t>
      </w:r>
      <w:r>
        <w:t xml:space="preserve">g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này</w:t>
      </w:r>
      <w:proofErr w:type="spellEnd"/>
      <w:r>
        <w:t>.</w:t>
      </w:r>
      <w:bookmarkStart w:id="0" w:name="_GoBack"/>
      <w:bookmarkEnd w:id="0"/>
    </w:p>
    <w:p w:rsidR="001A2789" w:rsidRDefault="001A2789" w:rsidP="007A22DF">
      <w:pPr>
        <w:spacing w:after="120"/>
      </w:pPr>
    </w:p>
    <w:p w:rsidR="001A2789" w:rsidRDefault="007A22DF" w:rsidP="007A22DF">
      <w:pPr>
        <w:spacing w:after="120"/>
        <w:ind w:firstLine="284"/>
      </w:pPr>
      <w:proofErr w:type="spellStart"/>
      <w:r>
        <w:t>Trân</w:t>
      </w:r>
      <w:proofErr w:type="spellEnd"/>
      <w:r>
        <w:t xml:space="preserve"> </w:t>
      </w:r>
      <w:proofErr w:type="spellStart"/>
      <w:r>
        <w:t>tr</w:t>
      </w:r>
      <w:r>
        <w:t>ọ</w:t>
      </w:r>
      <w:r>
        <w:t>ng</w:t>
      </w:r>
      <w:proofErr w:type="spellEnd"/>
      <w:r>
        <w:t xml:space="preserve"> </w:t>
      </w:r>
      <w:proofErr w:type="spellStart"/>
      <w:r>
        <w:t>c</w:t>
      </w:r>
      <w:r>
        <w:t>ả</w:t>
      </w:r>
      <w:r>
        <w:t>m</w:t>
      </w:r>
      <w:proofErr w:type="spellEnd"/>
      <w:r>
        <w:t xml:space="preserve"> </w:t>
      </w:r>
      <w:proofErr w:type="spellStart"/>
      <w:r>
        <w:t>ơn</w:t>
      </w:r>
      <w:proofErr w:type="spellEnd"/>
      <w:r>
        <w:t>!</w:t>
      </w:r>
    </w:p>
    <w:p w:rsidR="001A2789" w:rsidRDefault="001A2789" w:rsidP="007A22DF">
      <w:pPr>
        <w:spacing w:after="120"/>
      </w:pPr>
    </w:p>
    <w:p w:rsidR="001A2789" w:rsidRDefault="007A22DF">
      <w:pPr>
        <w:jc w:val="right"/>
      </w:pPr>
      <w:r>
        <w:rPr>
          <w:b/>
        </w:rPr>
        <w:t>Đ</w:t>
      </w:r>
      <w:r>
        <w:rPr>
          <w:b/>
        </w:rPr>
        <w:t>Ạ</w:t>
      </w:r>
      <w:r>
        <w:rPr>
          <w:b/>
        </w:rPr>
        <w:t>I DI</w:t>
      </w:r>
      <w:r>
        <w:rPr>
          <w:b/>
        </w:rPr>
        <w:t>Ệ</w:t>
      </w:r>
      <w:r>
        <w:rPr>
          <w:b/>
        </w:rPr>
        <w:t>N CÁ NHÂN/H</w:t>
      </w:r>
      <w:r>
        <w:rPr>
          <w:b/>
        </w:rPr>
        <w:t>Ộ</w:t>
      </w:r>
      <w:r>
        <w:rPr>
          <w:b/>
        </w:rPr>
        <w:t xml:space="preserve"> KINH DOANH</w:t>
      </w:r>
    </w:p>
    <w:sectPr w:rsidR="001A278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2789"/>
    <w:rsid w:val="0029639D"/>
    <w:rsid w:val="00326F90"/>
    <w:rsid w:val="007A22D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2531C9"/>
  <w14:defaultImageDpi w14:val="300"/>
  <w15:docId w15:val="{B442D8D6-F444-4DE9-AA5D-DE4702815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B55BBE-EEE5-4C0F-B967-CDC92F1B8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My_PC</cp:lastModifiedBy>
  <cp:revision>2</cp:revision>
  <dcterms:created xsi:type="dcterms:W3CDTF">2013-12-23T23:15:00Z</dcterms:created>
  <dcterms:modified xsi:type="dcterms:W3CDTF">2026-01-22T07:49:00Z</dcterms:modified>
  <cp:category/>
</cp:coreProperties>
</file>