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703873" w:rsidRPr="00605EFA" w:rsidRDefault="00703873" w:rsidP="00605EFA">
      <w:pPr>
        <w:spacing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605EFA">
        <w:rPr>
          <w:rFonts w:ascii="Times New Roman" w:hAnsi="Times New Roman" w:cs="Times New Roman"/>
          <w:b/>
          <w:bCs/>
          <w:sz w:val="20"/>
          <w:szCs w:val="20"/>
        </w:rPr>
        <w:t>CỘNG HÒA XÃ HỘI CHỦ NGHĨA VIỆT NAM</w:t>
      </w:r>
    </w:p>
    <w:p w:rsidR="00703873" w:rsidRPr="00605EFA" w:rsidRDefault="00605EFA" w:rsidP="00605EFA">
      <w:pPr>
        <w:spacing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1961866</wp:posOffset>
                </wp:positionH>
                <wp:positionV relativeFrom="paragraph">
                  <wp:posOffset>170502</wp:posOffset>
                </wp:positionV>
                <wp:extent cx="1589964" cy="0"/>
                <wp:effectExtent l="0" t="0" r="0" b="0"/>
                <wp:wrapNone/>
                <wp:docPr id="206867604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589964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809A60D" id="Straight Connector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54.5pt,13.45pt" to="279.7pt,13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" strokecolor="black [3040]"/>
            </w:pict>
          </mc:Fallback>
        </mc:AlternateContent>
      </w:r>
      <w:r w:rsidR="00703873" w:rsidRPr="00605EFA">
        <w:rPr>
          <w:rFonts w:ascii="Times New Roman" w:hAnsi="Times New Roman" w:cs="Times New Roman"/>
          <w:b/>
          <w:bCs/>
          <w:sz w:val="20"/>
          <w:szCs w:val="20"/>
        </w:rPr>
        <w:t>Độc lập – Tự do – Hạnh phúc</w:t>
      </w:r>
    </w:p>
    <w:p w:rsidR="00703873" w:rsidRDefault="00703873" w:rsidP="00703873">
      <w:pPr>
        <w:jc w:val="right"/>
        <w:rPr>
          <w:rFonts w:ascii="Times New Roman" w:hAnsi="Times New Roman" w:cs="Times New Roman"/>
          <w:b/>
          <w:bCs/>
          <w:sz w:val="20"/>
          <w:szCs w:val="20"/>
        </w:rPr>
      </w:pPr>
      <w:r w:rsidRPr="00605EFA">
        <w:rPr>
          <w:rFonts w:ascii="Times New Roman" w:hAnsi="Times New Roman" w:cs="Times New Roman"/>
          <w:b/>
          <w:bCs/>
          <w:sz w:val="20"/>
          <w:szCs w:val="20"/>
        </w:rPr>
        <w:t>……, ngày……tháng……năm</w:t>
      </w:r>
    </w:p>
    <w:p w:rsidR="00605EFA" w:rsidRPr="00605EFA" w:rsidRDefault="00605EFA" w:rsidP="00605EFA">
      <w:pPr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605EFA">
        <w:rPr>
          <w:rFonts w:ascii="Times New Roman" w:hAnsi="Times New Roman" w:cs="Times New Roman"/>
          <w:b/>
          <w:bCs/>
          <w:sz w:val="20"/>
          <w:szCs w:val="20"/>
        </w:rPr>
        <w:t>QUYẾT ĐỊNH</w:t>
      </w:r>
    </w:p>
    <w:p w:rsidR="00605EFA" w:rsidRPr="00605EFA" w:rsidRDefault="00605EFA" w:rsidP="00605EFA">
      <w:pPr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605EFA">
        <w:rPr>
          <w:rFonts w:ascii="Times New Roman" w:hAnsi="Times New Roman" w:cs="Times New Roman"/>
          <w:b/>
          <w:bCs/>
          <w:sz w:val="20"/>
          <w:szCs w:val="20"/>
        </w:rPr>
        <w:t>Về</w:t>
      </w:r>
      <w:r>
        <w:rPr>
          <w:rFonts w:ascii="Times New Roman" w:hAnsi="Times New Roman" w:cs="Times New Roman"/>
          <w:b/>
          <w:bCs/>
          <w:sz w:val="20"/>
          <w:szCs w:val="20"/>
        </w:rPr>
        <w:t xml:space="preserve"> việc biệt phái nhân sự hỗ trợ chi nhánh</w:t>
      </w:r>
    </w:p>
    <w:p w:rsidR="008B4FED" w:rsidRPr="00605EFA" w:rsidRDefault="00000000">
      <w:pPr>
        <w:rPr>
          <w:rFonts w:ascii="Times New Roman" w:hAnsi="Times New Roman" w:cs="Times New Roman"/>
          <w:i/>
          <w:iCs/>
          <w:sz w:val="20"/>
          <w:szCs w:val="20"/>
        </w:rPr>
      </w:pPr>
      <w:r w:rsidRPr="00605EFA">
        <w:rPr>
          <w:rFonts w:ascii="Times New Roman" w:hAnsi="Times New Roman" w:cs="Times New Roman"/>
          <w:i/>
          <w:iCs/>
          <w:sz w:val="20"/>
          <w:szCs w:val="20"/>
        </w:rPr>
        <w:t>Bộ luật Lao động năm ...</w:t>
      </w:r>
      <w:r w:rsidR="00703873" w:rsidRPr="00605EFA">
        <w:rPr>
          <w:rFonts w:ascii="Times New Roman" w:hAnsi="Times New Roman" w:cs="Times New Roman"/>
          <w:i/>
          <w:iCs/>
          <w:sz w:val="20"/>
          <w:szCs w:val="20"/>
        </w:rPr>
        <w:t>.....</w:t>
      </w:r>
      <w:r w:rsidRPr="00605EFA">
        <w:rPr>
          <w:rFonts w:ascii="Times New Roman" w:hAnsi="Times New Roman" w:cs="Times New Roman"/>
          <w:i/>
          <w:iCs/>
          <w:sz w:val="20"/>
          <w:szCs w:val="20"/>
        </w:rPr>
        <w:t>;</w:t>
      </w:r>
    </w:p>
    <w:p w:rsidR="00703873" w:rsidRPr="00605EFA" w:rsidRDefault="00703873">
      <w:pPr>
        <w:rPr>
          <w:rFonts w:ascii="Times New Roman" w:hAnsi="Times New Roman" w:cs="Times New Roman"/>
          <w:i/>
          <w:iCs/>
          <w:sz w:val="20"/>
          <w:szCs w:val="20"/>
        </w:rPr>
      </w:pPr>
      <w:r w:rsidRPr="00605EFA">
        <w:rPr>
          <w:rFonts w:ascii="Times New Roman" w:hAnsi="Times New Roman" w:cs="Times New Roman"/>
          <w:i/>
          <w:iCs/>
          <w:sz w:val="20"/>
          <w:szCs w:val="20"/>
        </w:rPr>
        <w:t>Cơ chế</w:t>
      </w:r>
      <w:r w:rsidR="00000000" w:rsidRPr="00605EFA">
        <w:rPr>
          <w:rFonts w:ascii="Times New Roman" w:hAnsi="Times New Roman" w:cs="Times New Roman"/>
          <w:i/>
          <w:iCs/>
          <w:sz w:val="20"/>
          <w:szCs w:val="20"/>
        </w:rPr>
        <w:t xml:space="preserve"> tổ chức và hoạt động của ...</w:t>
      </w:r>
      <w:r w:rsidRPr="00605EFA">
        <w:rPr>
          <w:rFonts w:ascii="Times New Roman" w:hAnsi="Times New Roman" w:cs="Times New Roman"/>
          <w:i/>
          <w:iCs/>
          <w:sz w:val="20"/>
          <w:szCs w:val="20"/>
        </w:rPr>
        <w:t>.....</w:t>
      </w:r>
      <w:r w:rsidR="00000000" w:rsidRPr="00605EFA">
        <w:rPr>
          <w:rFonts w:ascii="Times New Roman" w:hAnsi="Times New Roman" w:cs="Times New Roman"/>
          <w:i/>
          <w:iCs/>
          <w:sz w:val="20"/>
          <w:szCs w:val="20"/>
        </w:rPr>
        <w:t xml:space="preserve"> (trường, đơn vị);</w:t>
      </w:r>
    </w:p>
    <w:p w:rsidR="00703873" w:rsidRPr="00605EFA" w:rsidRDefault="00000000">
      <w:pPr>
        <w:rPr>
          <w:rFonts w:ascii="Times New Roman" w:hAnsi="Times New Roman" w:cs="Times New Roman"/>
          <w:i/>
          <w:iCs/>
          <w:sz w:val="20"/>
          <w:szCs w:val="20"/>
        </w:rPr>
      </w:pPr>
      <w:r w:rsidRPr="00605EFA">
        <w:rPr>
          <w:rFonts w:ascii="Times New Roman" w:hAnsi="Times New Roman" w:cs="Times New Roman"/>
          <w:i/>
          <w:iCs/>
          <w:sz w:val="20"/>
          <w:szCs w:val="20"/>
        </w:rPr>
        <w:t xml:space="preserve">Xét nhu cầu hỗ trợ hoạt động của chi nhánh </w:t>
      </w:r>
      <w:r w:rsidR="00703873" w:rsidRPr="00605EFA">
        <w:rPr>
          <w:rFonts w:ascii="Times New Roman" w:hAnsi="Times New Roman" w:cs="Times New Roman"/>
          <w:i/>
          <w:iCs/>
          <w:sz w:val="20"/>
          <w:szCs w:val="20"/>
        </w:rPr>
        <w:t>…….</w:t>
      </w:r>
      <w:r w:rsidRPr="00605EFA">
        <w:rPr>
          <w:rFonts w:ascii="Times New Roman" w:hAnsi="Times New Roman" w:cs="Times New Roman"/>
          <w:i/>
          <w:iCs/>
          <w:sz w:val="20"/>
          <w:szCs w:val="20"/>
        </w:rPr>
        <w:t>. và năng lực của nhân sự;</w:t>
      </w:r>
    </w:p>
    <w:p w:rsidR="008B4FED" w:rsidRPr="00605EFA" w:rsidRDefault="00000000">
      <w:pPr>
        <w:rPr>
          <w:rFonts w:ascii="Times New Roman" w:hAnsi="Times New Roman" w:cs="Times New Roman"/>
          <w:i/>
          <w:iCs/>
          <w:sz w:val="20"/>
          <w:szCs w:val="20"/>
        </w:rPr>
      </w:pPr>
      <w:r w:rsidRPr="00605EFA">
        <w:rPr>
          <w:rFonts w:ascii="Times New Roman" w:hAnsi="Times New Roman" w:cs="Times New Roman"/>
          <w:i/>
          <w:iCs/>
          <w:sz w:val="20"/>
          <w:szCs w:val="20"/>
        </w:rPr>
        <w:t>Theo đề nghị của ...</w:t>
      </w:r>
      <w:r w:rsidR="00703873" w:rsidRPr="00605EFA">
        <w:rPr>
          <w:rFonts w:ascii="Times New Roman" w:hAnsi="Times New Roman" w:cs="Times New Roman"/>
          <w:i/>
          <w:iCs/>
          <w:sz w:val="20"/>
          <w:szCs w:val="20"/>
        </w:rPr>
        <w:t>.....</w:t>
      </w:r>
      <w:r w:rsidRPr="00605EFA">
        <w:rPr>
          <w:rFonts w:ascii="Times New Roman" w:hAnsi="Times New Roman" w:cs="Times New Roman"/>
          <w:i/>
          <w:iCs/>
          <w:sz w:val="20"/>
          <w:szCs w:val="20"/>
        </w:rPr>
        <w:t xml:space="preserve"> (bộ phận có liên quan).</w:t>
      </w:r>
    </w:p>
    <w:p w:rsidR="008B4FED" w:rsidRPr="00605EFA" w:rsidRDefault="00000000">
      <w:pPr>
        <w:rPr>
          <w:rFonts w:ascii="Times New Roman" w:hAnsi="Times New Roman" w:cs="Times New Roman"/>
          <w:b/>
          <w:bCs/>
          <w:sz w:val="20"/>
          <w:szCs w:val="20"/>
        </w:rPr>
      </w:pPr>
      <w:r w:rsidRPr="00605EFA">
        <w:rPr>
          <w:rFonts w:ascii="Times New Roman" w:hAnsi="Times New Roman" w:cs="Times New Roman"/>
          <w:b/>
          <w:bCs/>
          <w:sz w:val="20"/>
          <w:szCs w:val="20"/>
        </w:rPr>
        <w:t>Điều 1. Biệt phái nhân sự hỗ trợ chi nhánh</w:t>
      </w:r>
    </w:p>
    <w:p w:rsidR="00703873" w:rsidRPr="00605EFA" w:rsidRDefault="00000000">
      <w:pPr>
        <w:rPr>
          <w:rFonts w:ascii="Times New Roman" w:hAnsi="Times New Roman" w:cs="Times New Roman"/>
          <w:sz w:val="20"/>
          <w:szCs w:val="20"/>
        </w:rPr>
      </w:pPr>
      <w:r w:rsidRPr="00605EFA">
        <w:rPr>
          <w:rFonts w:ascii="Times New Roman" w:hAnsi="Times New Roman" w:cs="Times New Roman"/>
          <w:sz w:val="20"/>
          <w:szCs w:val="20"/>
        </w:rPr>
        <w:t>- Biệt phái Ông/Bà ...., sinh ngày ..., chức vụ ..., đơn vị công tác ..., đến hỗ trợ công tác tại chi nhánh ... theo chế độ biệt phái</w:t>
      </w:r>
      <w:r w:rsidR="00703873" w:rsidRPr="00605EFA">
        <w:rPr>
          <w:rFonts w:ascii="Times New Roman" w:hAnsi="Times New Roman" w:cs="Times New Roman"/>
          <w:sz w:val="20"/>
          <w:szCs w:val="20"/>
        </w:rPr>
        <w:t>.</w:t>
      </w:r>
    </w:p>
    <w:p w:rsidR="008B4FED" w:rsidRPr="00605EFA" w:rsidRDefault="00000000">
      <w:pPr>
        <w:rPr>
          <w:rFonts w:ascii="Times New Roman" w:hAnsi="Times New Roman" w:cs="Times New Roman"/>
          <w:sz w:val="20"/>
          <w:szCs w:val="20"/>
        </w:rPr>
      </w:pPr>
      <w:r w:rsidRPr="00605EFA">
        <w:rPr>
          <w:rFonts w:ascii="Times New Roman" w:hAnsi="Times New Roman" w:cs="Times New Roman"/>
          <w:sz w:val="20"/>
          <w:szCs w:val="20"/>
        </w:rPr>
        <w:t xml:space="preserve">- Thời gian biệt phái: Từ ngày ... tháng ... năm ... </w:t>
      </w:r>
      <w:r w:rsidR="00703873" w:rsidRPr="00605EFA">
        <w:rPr>
          <w:rFonts w:ascii="Times New Roman" w:hAnsi="Times New Roman" w:cs="Times New Roman"/>
          <w:sz w:val="20"/>
          <w:szCs w:val="20"/>
        </w:rPr>
        <w:t xml:space="preserve"> </w:t>
      </w:r>
      <w:r w:rsidRPr="00605EFA">
        <w:rPr>
          <w:rFonts w:ascii="Times New Roman" w:hAnsi="Times New Roman" w:cs="Times New Roman"/>
          <w:sz w:val="20"/>
          <w:szCs w:val="20"/>
        </w:rPr>
        <w:t>đến ngày ... tháng ... năm ...</w:t>
      </w:r>
    </w:p>
    <w:p w:rsidR="008B4FED" w:rsidRPr="00605EFA" w:rsidRDefault="00000000">
      <w:pPr>
        <w:rPr>
          <w:rFonts w:ascii="Times New Roman" w:hAnsi="Times New Roman" w:cs="Times New Roman"/>
          <w:sz w:val="20"/>
          <w:szCs w:val="20"/>
        </w:rPr>
      </w:pPr>
      <w:r w:rsidRPr="00605EFA">
        <w:rPr>
          <w:rFonts w:ascii="Times New Roman" w:hAnsi="Times New Roman" w:cs="Times New Roman"/>
          <w:sz w:val="20"/>
          <w:szCs w:val="20"/>
        </w:rPr>
        <w:t>- Nội dung công tác: ...</w:t>
      </w:r>
      <w:r w:rsidR="00703873" w:rsidRPr="00605EFA">
        <w:rPr>
          <w:rFonts w:ascii="Times New Roman" w:hAnsi="Times New Roman" w:cs="Times New Roman"/>
          <w:sz w:val="20"/>
          <w:szCs w:val="20"/>
        </w:rPr>
        <w:t>.....</w:t>
      </w:r>
      <w:r w:rsidRPr="00605EFA">
        <w:rPr>
          <w:rFonts w:ascii="Times New Roman" w:hAnsi="Times New Roman" w:cs="Times New Roman"/>
          <w:sz w:val="20"/>
          <w:szCs w:val="20"/>
        </w:rPr>
        <w:t xml:space="preserve"> (mô tả nhiệm vụ cụ thể).</w:t>
      </w:r>
    </w:p>
    <w:p w:rsidR="008B4FED" w:rsidRPr="00605EFA" w:rsidRDefault="00000000">
      <w:pPr>
        <w:rPr>
          <w:rFonts w:ascii="Times New Roman" w:hAnsi="Times New Roman" w:cs="Times New Roman"/>
          <w:sz w:val="20"/>
          <w:szCs w:val="20"/>
        </w:rPr>
      </w:pPr>
      <w:r w:rsidRPr="00605EFA">
        <w:rPr>
          <w:rFonts w:ascii="Times New Roman" w:hAnsi="Times New Roman" w:cs="Times New Roman"/>
          <w:sz w:val="20"/>
          <w:szCs w:val="20"/>
        </w:rPr>
        <w:t>- Trong thời gian biệt phái, Ông/Bà ...</w:t>
      </w:r>
      <w:r w:rsidR="00703873" w:rsidRPr="00605EFA">
        <w:rPr>
          <w:rFonts w:ascii="Times New Roman" w:hAnsi="Times New Roman" w:cs="Times New Roman"/>
          <w:sz w:val="20"/>
          <w:szCs w:val="20"/>
        </w:rPr>
        <w:t>....</w:t>
      </w:r>
      <w:r w:rsidRPr="00605EFA">
        <w:rPr>
          <w:rFonts w:ascii="Times New Roman" w:hAnsi="Times New Roman" w:cs="Times New Roman"/>
          <w:sz w:val="20"/>
          <w:szCs w:val="20"/>
        </w:rPr>
        <w:t xml:space="preserve"> chịu sự quản lý trực tiếp của chi nhánh ... nhưng vẫn thuộc biên chế của </w:t>
      </w:r>
      <w:r w:rsidR="00703873" w:rsidRPr="00605EFA">
        <w:rPr>
          <w:rFonts w:ascii="Times New Roman" w:hAnsi="Times New Roman" w:cs="Times New Roman"/>
          <w:sz w:val="20"/>
          <w:szCs w:val="20"/>
        </w:rPr>
        <w:t>…….</w:t>
      </w:r>
      <w:r w:rsidRPr="00605EFA">
        <w:rPr>
          <w:rFonts w:ascii="Times New Roman" w:hAnsi="Times New Roman" w:cs="Times New Roman"/>
          <w:sz w:val="20"/>
          <w:szCs w:val="20"/>
        </w:rPr>
        <w:t>. (đơn vị có biệt phái) và hưởng chế độ theo quy định nội bộ.</w:t>
      </w:r>
    </w:p>
    <w:p w:rsidR="008B4FED" w:rsidRPr="00605EFA" w:rsidRDefault="00000000">
      <w:pPr>
        <w:rPr>
          <w:rFonts w:ascii="Times New Roman" w:hAnsi="Times New Roman" w:cs="Times New Roman"/>
          <w:b/>
          <w:bCs/>
          <w:sz w:val="20"/>
          <w:szCs w:val="20"/>
        </w:rPr>
      </w:pPr>
      <w:r w:rsidRPr="00605EFA">
        <w:rPr>
          <w:rFonts w:ascii="Times New Roman" w:hAnsi="Times New Roman" w:cs="Times New Roman"/>
          <w:b/>
          <w:bCs/>
          <w:sz w:val="20"/>
          <w:szCs w:val="20"/>
        </w:rPr>
        <w:t>Điều 2. Trách nhiệm thực hiện</w:t>
      </w:r>
    </w:p>
    <w:p w:rsidR="008B4FED" w:rsidRPr="00605EFA" w:rsidRDefault="00000000">
      <w:pPr>
        <w:rPr>
          <w:rFonts w:ascii="Times New Roman" w:hAnsi="Times New Roman" w:cs="Times New Roman"/>
          <w:sz w:val="20"/>
          <w:szCs w:val="20"/>
        </w:rPr>
      </w:pPr>
      <w:r w:rsidRPr="00605EFA">
        <w:rPr>
          <w:rFonts w:ascii="Times New Roman" w:hAnsi="Times New Roman" w:cs="Times New Roman"/>
          <w:sz w:val="20"/>
          <w:szCs w:val="20"/>
        </w:rPr>
        <w:t>- Ông/Bà ...</w:t>
      </w:r>
      <w:r w:rsidR="00703873" w:rsidRPr="00605EFA">
        <w:rPr>
          <w:rFonts w:ascii="Times New Roman" w:hAnsi="Times New Roman" w:cs="Times New Roman"/>
          <w:sz w:val="20"/>
          <w:szCs w:val="20"/>
        </w:rPr>
        <w:t>...........</w:t>
      </w:r>
      <w:r w:rsidRPr="00605EFA">
        <w:rPr>
          <w:rFonts w:ascii="Times New Roman" w:hAnsi="Times New Roman" w:cs="Times New Roman"/>
          <w:sz w:val="20"/>
          <w:szCs w:val="20"/>
        </w:rPr>
        <w:t xml:space="preserve"> có trách nhiệm thực hiện nhiệm vụ được giao tại đơn vị biệt phái và tuân thủ các quy định có liên quan.</w:t>
      </w:r>
    </w:p>
    <w:p w:rsidR="008B4FED" w:rsidRPr="00605EFA" w:rsidRDefault="00000000">
      <w:pPr>
        <w:rPr>
          <w:rFonts w:ascii="Times New Roman" w:hAnsi="Times New Roman" w:cs="Times New Roman"/>
          <w:sz w:val="20"/>
          <w:szCs w:val="20"/>
        </w:rPr>
      </w:pPr>
      <w:r w:rsidRPr="00605EFA">
        <w:rPr>
          <w:rFonts w:ascii="Times New Roman" w:hAnsi="Times New Roman" w:cs="Times New Roman"/>
          <w:sz w:val="20"/>
          <w:szCs w:val="20"/>
        </w:rPr>
        <w:t>- Phòng/Bộ phận ...</w:t>
      </w:r>
      <w:r w:rsidR="00703873" w:rsidRPr="00605EFA">
        <w:rPr>
          <w:rFonts w:ascii="Times New Roman" w:hAnsi="Times New Roman" w:cs="Times New Roman"/>
          <w:sz w:val="20"/>
          <w:szCs w:val="20"/>
        </w:rPr>
        <w:t>......</w:t>
      </w:r>
      <w:r w:rsidRPr="00605EFA">
        <w:rPr>
          <w:rFonts w:ascii="Times New Roman" w:hAnsi="Times New Roman" w:cs="Times New Roman"/>
          <w:sz w:val="20"/>
          <w:szCs w:val="20"/>
        </w:rPr>
        <w:t xml:space="preserve"> và các đơn vị liên quan có trách nhiệm phối hợp triển khai quyết định này</w:t>
      </w:r>
      <w:r w:rsidR="00703873" w:rsidRPr="00605EFA">
        <w:rPr>
          <w:rFonts w:ascii="Times New Roman" w:hAnsi="Times New Roman" w:cs="Times New Roman"/>
          <w:sz w:val="20"/>
          <w:szCs w:val="20"/>
        </w:rPr>
        <w:t>.</w:t>
      </w:r>
    </w:p>
    <w:p w:rsidR="008B4FED" w:rsidRPr="00605EFA" w:rsidRDefault="00000000">
      <w:pPr>
        <w:rPr>
          <w:rFonts w:ascii="Times New Roman" w:hAnsi="Times New Roman" w:cs="Times New Roman"/>
          <w:b/>
          <w:bCs/>
          <w:sz w:val="20"/>
          <w:szCs w:val="20"/>
        </w:rPr>
      </w:pPr>
      <w:r w:rsidRPr="00605EFA">
        <w:rPr>
          <w:rFonts w:ascii="Times New Roman" w:hAnsi="Times New Roman" w:cs="Times New Roman"/>
          <w:b/>
          <w:bCs/>
          <w:sz w:val="20"/>
          <w:szCs w:val="20"/>
        </w:rPr>
        <w:t>Điều 3. Hiệu lực thi hành</w:t>
      </w:r>
    </w:p>
    <w:p w:rsidR="008B4FED" w:rsidRPr="00605EFA" w:rsidRDefault="00000000">
      <w:pPr>
        <w:rPr>
          <w:rFonts w:ascii="Times New Roman" w:hAnsi="Times New Roman" w:cs="Times New Roman"/>
          <w:sz w:val="20"/>
          <w:szCs w:val="20"/>
        </w:rPr>
      </w:pPr>
      <w:r w:rsidRPr="00605EFA">
        <w:rPr>
          <w:rFonts w:ascii="Times New Roman" w:hAnsi="Times New Roman" w:cs="Times New Roman"/>
          <w:sz w:val="20"/>
          <w:szCs w:val="20"/>
        </w:rPr>
        <w:t>- Quyết định này có hiệu lực kể từ ngày ký.</w:t>
      </w:r>
    </w:p>
    <w:p w:rsidR="008B4FED" w:rsidRPr="00605EFA" w:rsidRDefault="00000000">
      <w:pPr>
        <w:rPr>
          <w:rFonts w:ascii="Times New Roman" w:hAnsi="Times New Roman" w:cs="Times New Roman"/>
          <w:sz w:val="20"/>
          <w:szCs w:val="20"/>
        </w:rPr>
      </w:pPr>
      <w:r w:rsidRPr="00605EFA">
        <w:rPr>
          <w:rFonts w:ascii="Times New Roman" w:hAnsi="Times New Roman" w:cs="Times New Roman"/>
          <w:sz w:val="20"/>
          <w:szCs w:val="20"/>
        </w:rPr>
        <w:t>- Ông/Bà ...</w:t>
      </w:r>
      <w:r w:rsidR="00605EFA" w:rsidRPr="00605EFA">
        <w:rPr>
          <w:rFonts w:ascii="Times New Roman" w:hAnsi="Times New Roman" w:cs="Times New Roman"/>
          <w:sz w:val="20"/>
          <w:szCs w:val="20"/>
        </w:rPr>
        <w:t>.........</w:t>
      </w:r>
      <w:r w:rsidRPr="00605EFA">
        <w:rPr>
          <w:rFonts w:ascii="Times New Roman" w:hAnsi="Times New Roman" w:cs="Times New Roman"/>
          <w:sz w:val="20"/>
          <w:szCs w:val="20"/>
        </w:rPr>
        <w:t xml:space="preserve"> và các đơn vị liên quan chịu trách nhiệm thi hành quyết định này</w:t>
      </w:r>
      <w:r w:rsidR="00703873" w:rsidRPr="00605EFA">
        <w:rPr>
          <w:rFonts w:ascii="Times New Roman" w:hAnsi="Times New Roman" w:cs="Times New Roman"/>
          <w:sz w:val="20"/>
          <w:szCs w:val="20"/>
        </w:rPr>
        <w:t>.</w:t>
      </w:r>
    </w:p>
    <w:p w:rsidR="00605EFA" w:rsidRPr="00605EFA" w:rsidRDefault="00605EFA">
      <w:pPr>
        <w:rPr>
          <w:rFonts w:ascii="Times New Roman" w:hAnsi="Times New Roman" w:cs="Times New Roman"/>
          <w:sz w:val="20"/>
          <w:szCs w:val="20"/>
        </w:rPr>
      </w:pPr>
    </w:p>
    <w:p w:rsidR="008B4FED" w:rsidRPr="00605EFA" w:rsidRDefault="00000000" w:rsidP="00605EFA">
      <w:pPr>
        <w:tabs>
          <w:tab w:val="center" w:pos="6930"/>
        </w:tabs>
        <w:spacing w:before="20" w:after="20"/>
        <w:rPr>
          <w:rFonts w:ascii="Times New Roman" w:hAnsi="Times New Roman" w:cs="Times New Roman"/>
          <w:b/>
          <w:bCs/>
          <w:sz w:val="20"/>
          <w:szCs w:val="20"/>
        </w:rPr>
      </w:pPr>
      <w:r w:rsidRPr="00605EFA">
        <w:rPr>
          <w:rFonts w:ascii="Times New Roman" w:hAnsi="Times New Roman" w:cs="Times New Roman"/>
          <w:b/>
          <w:bCs/>
          <w:sz w:val="20"/>
          <w:szCs w:val="20"/>
        </w:rPr>
        <w:t>Nơi nhận:</w:t>
      </w:r>
      <w:r w:rsidR="00605EFA" w:rsidRPr="00605EFA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="00605EFA" w:rsidRPr="00605EFA">
        <w:rPr>
          <w:rFonts w:ascii="Times New Roman" w:hAnsi="Times New Roman" w:cs="Times New Roman"/>
          <w:b/>
          <w:bCs/>
          <w:sz w:val="20"/>
          <w:szCs w:val="20"/>
        </w:rPr>
        <w:tab/>
      </w:r>
      <w:r w:rsidR="00605EFA" w:rsidRPr="00605EFA">
        <w:rPr>
          <w:rFonts w:ascii="Times New Roman" w:hAnsi="Times New Roman" w:cs="Times New Roman"/>
          <w:b/>
          <w:bCs/>
          <w:sz w:val="20"/>
          <w:szCs w:val="20"/>
        </w:rPr>
        <w:t>Quyền hạn, chức vụ của người ký</w:t>
      </w:r>
    </w:p>
    <w:p w:rsidR="008B4FED" w:rsidRPr="00605EFA" w:rsidRDefault="00000000" w:rsidP="00605EFA">
      <w:pPr>
        <w:tabs>
          <w:tab w:val="center" w:pos="6930"/>
          <w:tab w:val="center" w:pos="7290"/>
        </w:tabs>
        <w:spacing w:before="20" w:after="20"/>
        <w:rPr>
          <w:rFonts w:ascii="Times New Roman" w:hAnsi="Times New Roman" w:cs="Times New Roman"/>
          <w:i/>
          <w:iCs/>
          <w:sz w:val="20"/>
          <w:szCs w:val="20"/>
        </w:rPr>
      </w:pPr>
      <w:r w:rsidRPr="00605EFA">
        <w:rPr>
          <w:rFonts w:ascii="Times New Roman" w:hAnsi="Times New Roman" w:cs="Times New Roman"/>
          <w:i/>
          <w:iCs/>
          <w:sz w:val="20"/>
          <w:szCs w:val="20"/>
        </w:rPr>
        <w:t>- Như Điều 3;</w:t>
      </w:r>
      <w:r w:rsidR="00605EFA" w:rsidRPr="00605EFA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r w:rsidR="00605EFA" w:rsidRPr="00605EFA">
        <w:rPr>
          <w:rFonts w:ascii="Times New Roman" w:hAnsi="Times New Roman" w:cs="Times New Roman"/>
          <w:i/>
          <w:iCs/>
          <w:sz w:val="20"/>
          <w:szCs w:val="20"/>
        </w:rPr>
        <w:tab/>
      </w:r>
      <w:r w:rsidR="00605EFA" w:rsidRPr="00605EFA">
        <w:rPr>
          <w:rFonts w:ascii="Times New Roman" w:hAnsi="Times New Roman" w:cs="Times New Roman"/>
          <w:i/>
          <w:iCs/>
          <w:sz w:val="20"/>
          <w:szCs w:val="20"/>
        </w:rPr>
        <w:t>(Ký tên, đóng dấu, ghi rõ họ và tên)</w:t>
      </w:r>
    </w:p>
    <w:p w:rsidR="00605EFA" w:rsidRPr="00605EFA" w:rsidRDefault="00605EFA" w:rsidP="00605EFA">
      <w:pPr>
        <w:tabs>
          <w:tab w:val="center" w:pos="6930"/>
          <w:tab w:val="center" w:pos="7290"/>
        </w:tabs>
        <w:spacing w:before="20" w:after="20"/>
        <w:rPr>
          <w:rFonts w:ascii="Times New Roman" w:hAnsi="Times New Roman" w:cs="Times New Roman"/>
          <w:i/>
          <w:iCs/>
          <w:sz w:val="20"/>
          <w:szCs w:val="20"/>
        </w:rPr>
      </w:pPr>
      <w:r w:rsidRPr="00605EFA">
        <w:rPr>
          <w:rFonts w:ascii="Times New Roman" w:hAnsi="Times New Roman" w:cs="Times New Roman"/>
          <w:i/>
          <w:iCs/>
          <w:sz w:val="20"/>
          <w:szCs w:val="20"/>
        </w:rPr>
        <w:t>-</w:t>
      </w:r>
    </w:p>
    <w:p w:rsidR="008B4FED" w:rsidRPr="00605EFA" w:rsidRDefault="00000000" w:rsidP="00605EFA">
      <w:pPr>
        <w:tabs>
          <w:tab w:val="center" w:pos="7380"/>
        </w:tabs>
        <w:spacing w:before="20" w:after="20"/>
        <w:rPr>
          <w:rFonts w:ascii="Times New Roman" w:hAnsi="Times New Roman" w:cs="Times New Roman"/>
          <w:i/>
          <w:iCs/>
          <w:sz w:val="20"/>
          <w:szCs w:val="20"/>
        </w:rPr>
      </w:pPr>
      <w:r w:rsidRPr="00605EFA">
        <w:rPr>
          <w:rFonts w:ascii="Times New Roman" w:hAnsi="Times New Roman" w:cs="Times New Roman"/>
          <w:i/>
          <w:iCs/>
          <w:sz w:val="20"/>
          <w:szCs w:val="20"/>
        </w:rPr>
        <w:t>- Lưu: ...</w:t>
      </w:r>
    </w:p>
    <w:p w:rsidR="008B4FED" w:rsidRPr="00605EFA" w:rsidRDefault="008B4FED">
      <w:pPr>
        <w:rPr>
          <w:rFonts w:ascii="Times New Roman" w:hAnsi="Times New Roman" w:cs="Times New Roman"/>
          <w:sz w:val="20"/>
          <w:szCs w:val="20"/>
        </w:rPr>
      </w:pPr>
    </w:p>
    <w:sectPr w:rsidR="008B4FED" w:rsidRPr="00605EFA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906F76" w:rsidRDefault="00906F76" w:rsidP="00703873">
      <w:pPr>
        <w:spacing w:after="0" w:line="240" w:lineRule="auto"/>
      </w:pPr>
      <w:r>
        <w:separator/>
      </w:r>
    </w:p>
  </w:endnote>
  <w:endnote w:type="continuationSeparator" w:id="0">
    <w:p w:rsidR="00906F76" w:rsidRDefault="00906F76" w:rsidP="007038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906F76" w:rsidRDefault="00906F76" w:rsidP="00703873">
      <w:pPr>
        <w:spacing w:after="0" w:line="240" w:lineRule="auto"/>
      </w:pPr>
      <w:r>
        <w:separator/>
      </w:r>
    </w:p>
  </w:footnote>
  <w:footnote w:type="continuationSeparator" w:id="0">
    <w:p w:rsidR="00906F76" w:rsidRDefault="00906F76" w:rsidP="0070387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474564332">
    <w:abstractNumId w:val="8"/>
  </w:num>
  <w:num w:numId="2" w16cid:durableId="444736763">
    <w:abstractNumId w:val="6"/>
  </w:num>
  <w:num w:numId="3" w16cid:durableId="2094929857">
    <w:abstractNumId w:val="5"/>
  </w:num>
  <w:num w:numId="4" w16cid:durableId="2093115626">
    <w:abstractNumId w:val="4"/>
  </w:num>
  <w:num w:numId="5" w16cid:durableId="769739591">
    <w:abstractNumId w:val="7"/>
  </w:num>
  <w:num w:numId="6" w16cid:durableId="772894069">
    <w:abstractNumId w:val="3"/>
  </w:num>
  <w:num w:numId="7" w16cid:durableId="582223256">
    <w:abstractNumId w:val="2"/>
  </w:num>
  <w:num w:numId="8" w16cid:durableId="793182935">
    <w:abstractNumId w:val="1"/>
  </w:num>
  <w:num w:numId="9" w16cid:durableId="16916452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605EFA"/>
    <w:rsid w:val="00703873"/>
    <w:rsid w:val="008B4FED"/>
    <w:rsid w:val="00906F76"/>
    <w:rsid w:val="009A0D6B"/>
    <w:rsid w:val="00AA1D8D"/>
    <w:rsid w:val="00B47730"/>
    <w:rsid w:val="00CB0664"/>
    <w:rsid w:val="00E43C8C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41B02F3"/>
  <w14:defaultImageDpi w14:val="300"/>
  <w15:docId w15:val="{58F46DFE-EED1-483F-A303-43FE16BF47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205</Words>
  <Characters>1174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1377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My_PC</cp:lastModifiedBy>
  <cp:revision>2</cp:revision>
  <dcterms:created xsi:type="dcterms:W3CDTF">2025-09-29T01:17:00Z</dcterms:created>
  <dcterms:modified xsi:type="dcterms:W3CDTF">2025-09-29T01:17:00Z</dcterms:modified>
  <cp:category/>
</cp:coreProperties>
</file>