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FC0" w:rsidRPr="00813FFB" w:rsidRDefault="00D1450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3FFB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D14508" w:rsidRPr="00813FFB" w:rsidRDefault="00D14508" w:rsidP="00D1450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3FFB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:rsidR="00D14508" w:rsidRPr="00813FFB" w:rsidRDefault="00D1450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14508" w:rsidRPr="00813FFB" w:rsidRDefault="00D14508" w:rsidP="00D1450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3FFB">
        <w:rPr>
          <w:rFonts w:ascii="Times New Roman" w:hAnsi="Times New Roman" w:cs="Times New Roman"/>
          <w:b/>
          <w:sz w:val="26"/>
          <w:szCs w:val="26"/>
        </w:rPr>
        <w:t>PHỤ LỤC HỢP ĐỒNG LAO ĐỘNG</w:t>
      </w:r>
    </w:p>
    <w:p w:rsidR="00B47FC0" w:rsidRPr="00813FFB" w:rsidRDefault="00D14508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13FFB">
        <w:rPr>
          <w:rFonts w:ascii="Times New Roman" w:hAnsi="Times New Roman" w:cs="Times New Roman"/>
          <w:i/>
          <w:sz w:val="26"/>
          <w:szCs w:val="26"/>
        </w:rPr>
        <w:t>(</w:t>
      </w:r>
      <w:r w:rsidR="00813FFB" w:rsidRPr="00813FFB">
        <w:rPr>
          <w:rFonts w:ascii="Times New Roman" w:hAnsi="Times New Roman" w:cs="Times New Roman"/>
          <w:i/>
          <w:sz w:val="26"/>
          <w:szCs w:val="26"/>
        </w:rPr>
        <w:t>V</w:t>
      </w:r>
      <w:r w:rsidR="00813FFB" w:rsidRPr="00813FFB">
        <w:rPr>
          <w:rFonts w:ascii="Times New Roman" w:hAnsi="Times New Roman" w:cs="Times New Roman"/>
          <w:i/>
          <w:sz w:val="26"/>
          <w:szCs w:val="26"/>
          <w:lang w:val="vi-VN"/>
        </w:rPr>
        <w:t>/v</w:t>
      </w:r>
      <w:r w:rsidR="00813FFB" w:rsidRPr="00813FFB">
        <w:rPr>
          <w:rFonts w:ascii="Times New Roman" w:hAnsi="Times New Roman" w:cs="Times New Roman"/>
          <w:b/>
          <w:i/>
          <w:sz w:val="26"/>
          <w:szCs w:val="26"/>
          <w:lang w:val="vi-VN"/>
        </w:rPr>
        <w:t xml:space="preserve"> </w:t>
      </w:r>
      <w:r w:rsidR="00813FFB" w:rsidRPr="00813FFB">
        <w:rPr>
          <w:rStyle w:val="Strong"/>
          <w:rFonts w:ascii="Times New Roman" w:hAnsi="Times New Roman" w:cs="Times New Roman"/>
          <w:b w:val="0"/>
          <w:i/>
          <w:sz w:val="26"/>
          <w:szCs w:val="26"/>
        </w:rPr>
        <w:t>tăng lương và hỗ trợ phụ cấp đi lại</w:t>
      </w:r>
      <w:r w:rsidRPr="00813FFB">
        <w:rPr>
          <w:rFonts w:ascii="Times New Roman" w:hAnsi="Times New Roman" w:cs="Times New Roman"/>
          <w:i/>
          <w:sz w:val="26"/>
          <w:szCs w:val="26"/>
        </w:rPr>
        <w:t>)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Số: …/PLHĐLĐ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Kèm theo Hợp đồng lao động số: …/HĐLĐ ngày … tháng … năm 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  <w:t>Căn cứ: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Bộ luật Lao động năm 2019;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Nghị định …/…/NĐ-CP và các văn bản hướng dẫn thi hành;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Nhu cầu công việc và thỏa thuận giữa Người sử dụng lao động và Người lao động.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  <w:t>Hôm nay, ngày … tháng … năm …, tại ……, chúng tôi gồm có: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  <w:t>1. Bên sử dụng lao động (Bên A):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Tên doanh nghiệp: ………………………………………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Địa chỉ: …………………………………………………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Đại diện: ………………………………  Chức vụ: 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  <w:t>2. Bên người lao động (Bên B):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Họ và tên: ………………………………………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Ngày sinh: ………………………………………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Số CMND/CCCD: ………………… Ngày cấp: ………… Nơi cấp: 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Địa chỉ thường trú: ………………………………………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lastRenderedPageBreak/>
        <w:t>- Chức danh/chức vụ hiện tại: ………………………………………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  <w:t>Hai bên thống nhất thỏa thuận bổ sung phụ cấp trách nhiệm vào Hợp đồng lao động đã ký như sau:</w:t>
      </w:r>
    </w:p>
    <w:p w:rsidR="00813FFB" w:rsidRPr="00813FFB" w:rsidRDefault="00813FFB" w:rsidP="00813FFB">
      <w:pPr>
        <w:pStyle w:val="NormalWeb"/>
        <w:spacing w:before="180" w:beforeAutospacing="0" w:after="120" w:afterAutospacing="0"/>
        <w:jc w:val="both"/>
        <w:rPr>
          <w:color w:val="222222"/>
          <w:sz w:val="26"/>
          <w:szCs w:val="26"/>
        </w:rPr>
      </w:pPr>
      <w:r>
        <w:rPr>
          <w:sz w:val="26"/>
          <w:szCs w:val="26"/>
        </w:rPr>
        <w:br/>
      </w:r>
      <w:bookmarkStart w:id="0" w:name="_GoBack"/>
      <w:r w:rsidRPr="00813FFB">
        <w:rPr>
          <w:b/>
          <w:sz w:val="26"/>
          <w:szCs w:val="26"/>
        </w:rPr>
        <w:t>Điều 1.</w:t>
      </w:r>
      <w:r w:rsidRPr="00813FFB">
        <w:rPr>
          <w:color w:val="222222"/>
          <w:sz w:val="26"/>
          <w:szCs w:val="26"/>
        </w:rPr>
        <w:t xml:space="preserve"> </w:t>
      </w:r>
      <w:bookmarkEnd w:id="0"/>
      <w:r w:rsidRPr="00813FFB">
        <w:rPr>
          <w:color w:val="222222"/>
          <w:sz w:val="26"/>
          <w:szCs w:val="26"/>
        </w:rPr>
        <w:t>Nội dung thay đổi:</w:t>
      </w:r>
    </w:p>
    <w:p w:rsidR="00813FFB" w:rsidRPr="00813FFB" w:rsidRDefault="00813FFB" w:rsidP="00813FFB">
      <w:pPr>
        <w:pStyle w:val="NormalWeb"/>
        <w:spacing w:before="180" w:beforeAutospacing="0" w:after="120" w:afterAutospacing="0"/>
        <w:jc w:val="both"/>
        <w:rPr>
          <w:color w:val="000000" w:themeColor="text1"/>
          <w:sz w:val="26"/>
          <w:szCs w:val="26"/>
        </w:rPr>
      </w:pPr>
      <w:r w:rsidRPr="00813FFB">
        <w:rPr>
          <w:color w:val="000000" w:themeColor="text1"/>
          <w:sz w:val="26"/>
          <w:szCs w:val="26"/>
        </w:rPr>
        <w:t xml:space="preserve">Điều chỉnh, bổ sung </w:t>
      </w:r>
      <w:r w:rsidRPr="00813FFB">
        <w:rPr>
          <w:color w:val="000000" w:themeColor="text1"/>
          <w:sz w:val="26"/>
          <w:szCs w:val="26"/>
          <w:lang w:val="vi-VN"/>
        </w:rPr>
        <w:t>....</w:t>
      </w:r>
      <w:r w:rsidRPr="00813FFB">
        <w:rPr>
          <w:color w:val="000000" w:themeColor="text1"/>
          <w:sz w:val="26"/>
          <w:szCs w:val="26"/>
        </w:rPr>
        <w:t xml:space="preserve">của hợp đồng lao động số </w:t>
      </w:r>
      <w:r w:rsidRPr="00813FFB">
        <w:rPr>
          <w:color w:val="000000" w:themeColor="text1"/>
          <w:sz w:val="26"/>
          <w:szCs w:val="26"/>
          <w:lang w:val="vi-VN"/>
        </w:rPr>
        <w:t>....</w:t>
      </w:r>
      <w:r w:rsidRPr="00813FFB">
        <w:rPr>
          <w:color w:val="000000" w:themeColor="text1"/>
          <w:sz w:val="26"/>
          <w:szCs w:val="26"/>
        </w:rPr>
        <w:t>như sau:</w:t>
      </w:r>
    </w:p>
    <w:p w:rsidR="00813FFB" w:rsidRPr="00813FFB" w:rsidRDefault="00813FFB" w:rsidP="00813FFB">
      <w:pPr>
        <w:pStyle w:val="NormalWeb"/>
        <w:spacing w:before="180" w:beforeAutospacing="0" w:after="120" w:afterAutospacing="0"/>
        <w:jc w:val="both"/>
        <w:rPr>
          <w:color w:val="000000" w:themeColor="text1"/>
          <w:sz w:val="26"/>
          <w:szCs w:val="26"/>
        </w:rPr>
      </w:pPr>
      <w:r w:rsidRPr="00813FFB">
        <w:rPr>
          <w:color w:val="000000" w:themeColor="text1"/>
          <w:sz w:val="26"/>
          <w:szCs w:val="26"/>
        </w:rPr>
        <w:t xml:space="preserve">- Tăng mức lương chính thức: Mức lương mới: </w:t>
      </w:r>
      <w:r w:rsidRPr="00813FFB">
        <w:rPr>
          <w:color w:val="000000" w:themeColor="text1"/>
          <w:sz w:val="26"/>
          <w:szCs w:val="26"/>
          <w:lang w:val="vi-VN"/>
        </w:rPr>
        <w:t>...</w:t>
      </w:r>
      <w:r w:rsidRPr="00813FFB">
        <w:rPr>
          <w:color w:val="000000" w:themeColor="text1"/>
          <w:sz w:val="26"/>
          <w:szCs w:val="26"/>
        </w:rPr>
        <w:t>đồng/tháng.</w:t>
      </w:r>
    </w:p>
    <w:p w:rsidR="00813FFB" w:rsidRPr="00813FFB" w:rsidRDefault="00813FFB" w:rsidP="00813FFB">
      <w:pPr>
        <w:pStyle w:val="NormalWeb"/>
        <w:spacing w:before="180" w:beforeAutospacing="0" w:after="120" w:afterAutospacing="0"/>
        <w:jc w:val="both"/>
        <w:rPr>
          <w:color w:val="000000" w:themeColor="text1"/>
          <w:sz w:val="26"/>
          <w:szCs w:val="26"/>
        </w:rPr>
      </w:pPr>
      <w:r w:rsidRPr="00813FFB">
        <w:rPr>
          <w:color w:val="000000" w:themeColor="text1"/>
          <w:sz w:val="26"/>
          <w:szCs w:val="26"/>
        </w:rPr>
        <w:t xml:space="preserve">- Bổ sung thêm phụ cấp đi lại và điện thoại: </w:t>
      </w:r>
      <w:r w:rsidRPr="00813FFB">
        <w:rPr>
          <w:color w:val="000000" w:themeColor="text1"/>
          <w:sz w:val="26"/>
          <w:szCs w:val="26"/>
          <w:lang w:val="vi-VN"/>
        </w:rPr>
        <w:t>.....</w:t>
      </w:r>
      <w:r w:rsidRPr="00813FFB">
        <w:rPr>
          <w:color w:val="000000" w:themeColor="text1"/>
          <w:sz w:val="26"/>
          <w:szCs w:val="26"/>
        </w:rPr>
        <w:t>đồng/tháng.</w:t>
      </w:r>
    </w:p>
    <w:p w:rsidR="00B47FC0" w:rsidRPr="00813FFB" w:rsidRDefault="00D14508" w:rsidP="00813FFB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</w:r>
      <w:r w:rsidRPr="00813FFB">
        <w:rPr>
          <w:rFonts w:ascii="Times New Roman" w:hAnsi="Times New Roman" w:cs="Times New Roman"/>
          <w:b/>
          <w:sz w:val="26"/>
          <w:szCs w:val="26"/>
        </w:rPr>
        <w:t>Điều 2.</w:t>
      </w:r>
      <w:r w:rsidRPr="00813FFB">
        <w:rPr>
          <w:rFonts w:ascii="Times New Roman" w:hAnsi="Times New Roman" w:cs="Times New Roman"/>
          <w:sz w:val="26"/>
          <w:szCs w:val="26"/>
        </w:rPr>
        <w:t xml:space="preserve"> Hiệu lực thực hiện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Phụ lục này là một phần không tách rời của Hợp đồng lao động số …/HĐLĐ ngày …/…/…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Các nội dung khác của Hợp đồng lao động không sửa đổi, bổ sung vẫn giữ nguyên hiệu lực.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- Phụ lục này có hiệu lực từ ngày … tháng … năm …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  <w:t>Điều 3. Cam kết chung</w:t>
      </w:r>
    </w:p>
    <w:p w:rsidR="00B47FC0" w:rsidRPr="00813FFB" w:rsidRDefault="00D14508">
      <w:pPr>
        <w:rPr>
          <w:rFonts w:ascii="Times New Roman" w:hAnsi="Times New Roman" w:cs="Times New Roman"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t>Hai bên cam kết thực hiện nghiêm túc các nội dung đã thỏa thuận.</w:t>
      </w:r>
    </w:p>
    <w:p w:rsidR="00B47FC0" w:rsidRPr="00813FFB" w:rsidRDefault="00D14508">
      <w:pPr>
        <w:rPr>
          <w:rFonts w:ascii="Times New Roman" w:hAnsi="Times New Roman" w:cs="Times New Roman"/>
          <w:b/>
          <w:sz w:val="26"/>
          <w:szCs w:val="26"/>
        </w:rPr>
      </w:pPr>
      <w:r w:rsidRPr="00813FFB">
        <w:rPr>
          <w:rFonts w:ascii="Times New Roman" w:hAnsi="Times New Roman" w:cs="Times New Roman"/>
          <w:sz w:val="26"/>
          <w:szCs w:val="26"/>
        </w:rPr>
        <w:br/>
      </w:r>
      <w:r w:rsidRPr="00813FFB">
        <w:rPr>
          <w:rFonts w:ascii="Times New Roman" w:hAnsi="Times New Roman" w:cs="Times New Roman"/>
          <w:b/>
          <w:sz w:val="26"/>
          <w:szCs w:val="26"/>
        </w:rPr>
        <w:br/>
        <w:t>ĐẠI DIỆN BÊN A (NSDLĐ)                        NGƯỜI LAO ĐỘNG (BÊN B)</w:t>
      </w:r>
    </w:p>
    <w:p w:rsidR="00B47FC0" w:rsidRPr="00813FFB" w:rsidRDefault="00D14508">
      <w:pPr>
        <w:rPr>
          <w:rFonts w:ascii="Times New Roman" w:hAnsi="Times New Roman" w:cs="Times New Roman"/>
          <w:b/>
          <w:sz w:val="26"/>
          <w:szCs w:val="26"/>
        </w:rPr>
      </w:pPr>
      <w:r w:rsidRPr="00813FFB">
        <w:rPr>
          <w:rFonts w:ascii="Times New Roman" w:hAnsi="Times New Roman" w:cs="Times New Roman"/>
          <w:b/>
          <w:sz w:val="26"/>
          <w:szCs w:val="26"/>
        </w:rPr>
        <w:t>(Ký, ghi rõ họ tên, đóng dấu)                                (Ký, ghi rõ họ tên)</w:t>
      </w:r>
    </w:p>
    <w:sectPr w:rsidR="00B47FC0" w:rsidRPr="00813FF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5F30"/>
    <w:rsid w:val="00813FFB"/>
    <w:rsid w:val="00AA1D8D"/>
    <w:rsid w:val="00B47730"/>
    <w:rsid w:val="00B47FC0"/>
    <w:rsid w:val="00CB0664"/>
    <w:rsid w:val="00D145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A8E6035-5B65-4F17-999B-91448E85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81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4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8794">
          <w:marLeft w:val="-105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89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8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7524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868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66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2655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1" w:color="C6CFD0"/>
                        <w:left w:val="single" w:sz="6" w:space="18" w:color="C6CFD0"/>
                        <w:bottom w:val="single" w:sz="6" w:space="12" w:color="C6CFD0"/>
                        <w:right w:val="single" w:sz="6" w:space="18" w:color="C6CFD0"/>
                      </w:divBdr>
                      <w:divsChild>
                        <w:div w:id="33635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88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96006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9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7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5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99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44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28CCBD-587D-42C2-9B50-20182DC24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Tuyet Mai</cp:lastModifiedBy>
  <cp:revision>2</cp:revision>
  <dcterms:created xsi:type="dcterms:W3CDTF">2025-10-25T01:05:00Z</dcterms:created>
  <dcterms:modified xsi:type="dcterms:W3CDTF">2025-10-25T01:05:00Z</dcterms:modified>
  <cp:category/>
</cp:coreProperties>
</file>