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B6C84">
        <w:tc>
          <w:tcPr>
            <w:tcW w:w="4320" w:type="dxa"/>
          </w:tcPr>
          <w:p w:rsidR="007B6C84" w:rsidRDefault="00000000">
            <w:r>
              <w:t>Đơn vị:.......................</w:t>
            </w:r>
            <w:r>
              <w:br/>
              <w:t>Địa chỉ:.......................</w:t>
            </w:r>
          </w:p>
        </w:tc>
        <w:tc>
          <w:tcPr>
            <w:tcW w:w="4320" w:type="dxa"/>
          </w:tcPr>
          <w:p w:rsidR="007B6C84" w:rsidRDefault="00000000">
            <w:pPr>
              <w:jc w:val="right"/>
            </w:pPr>
            <w:r>
              <w:rPr>
                <w:b/>
              </w:rPr>
              <w:t>Mẫu số 05 – TT</w:t>
            </w:r>
          </w:p>
        </w:tc>
      </w:tr>
    </w:tbl>
    <w:p w:rsidR="007B6C84" w:rsidRDefault="007B6C84"/>
    <w:p w:rsidR="007B6C84" w:rsidRDefault="00000000">
      <w:pPr>
        <w:jc w:val="center"/>
      </w:pPr>
      <w:r>
        <w:rPr>
          <w:b/>
        </w:rPr>
        <w:t>GIẤY ĐỀ NGHỊ THANH TOÁN</w:t>
      </w:r>
    </w:p>
    <w:p w:rsidR="007B6C84" w:rsidRDefault="00000000">
      <w:pPr>
        <w:jc w:val="center"/>
      </w:pPr>
      <w:r>
        <w:t>Ngày.......tháng.......năm.....</w:t>
      </w:r>
    </w:p>
    <w:p w:rsidR="007B6C84" w:rsidRDefault="007B6C84"/>
    <w:p w:rsidR="007B6C84" w:rsidRDefault="00000000">
      <w:r>
        <w:rPr>
          <w:i/>
        </w:rPr>
        <w:t>Kính gửi: ..................................................................................................................</w:t>
      </w:r>
    </w:p>
    <w:p w:rsidR="007B6C84" w:rsidRDefault="00000000">
      <w:r>
        <w:t>Họ và tên người đề nghị thanh toán: .................................................................</w:t>
      </w:r>
    </w:p>
    <w:p w:rsidR="007B6C84" w:rsidRDefault="00000000">
      <w:r>
        <w:t>Bộ phận (Hoặc địa chỉ): ........................................................................................</w:t>
      </w:r>
    </w:p>
    <w:p w:rsidR="007B6C84" w:rsidRDefault="00000000">
      <w:r>
        <w:t>Nội dung thanh toán: ............................................................................................</w:t>
      </w:r>
    </w:p>
    <w:p w:rsidR="007B6C84" w:rsidRDefault="00000000">
      <w:r>
        <w:t>Số tiền:...................(Viết bằng chữ): .................................................................</w:t>
      </w:r>
    </w:p>
    <w:p w:rsidR="007B6C84" w:rsidRDefault="00000000">
      <w:r>
        <w:rPr>
          <w:i/>
        </w:rPr>
        <w:t>(Kèm theo............chứng từ gốc).</w:t>
      </w:r>
    </w:p>
    <w:tbl>
      <w:tblPr>
        <w:tblpPr w:leftFromText="180" w:rightFromText="180" w:vertAnchor="text" w:horzAnchor="margin" w:tblpY="96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820DC0" w:rsidTr="00820DC0">
        <w:tc>
          <w:tcPr>
            <w:tcW w:w="2160" w:type="dxa"/>
          </w:tcPr>
          <w:p w:rsidR="00820DC0" w:rsidRDefault="00820DC0" w:rsidP="00820DC0">
            <w:pPr>
              <w:jc w:val="center"/>
            </w:pPr>
            <w:r>
              <w:rPr>
                <w:b/>
              </w:rPr>
              <w:t>Người đề nghị thanh toán</w:t>
            </w:r>
            <w:r>
              <w:rPr>
                <w:b/>
              </w:rPr>
              <w:br/>
              <w:t>(Ký, họ tên)</w:t>
            </w:r>
          </w:p>
        </w:tc>
        <w:tc>
          <w:tcPr>
            <w:tcW w:w="2160" w:type="dxa"/>
          </w:tcPr>
          <w:p w:rsidR="00820DC0" w:rsidRDefault="00820DC0" w:rsidP="00820DC0">
            <w:pPr>
              <w:jc w:val="center"/>
            </w:pPr>
            <w:r>
              <w:rPr>
                <w:b/>
              </w:rPr>
              <w:t>Phụ trách bộ phận</w:t>
            </w:r>
            <w:r>
              <w:rPr>
                <w:b/>
              </w:rPr>
              <w:br/>
              <w:t>(Ký, họ tên)</w:t>
            </w:r>
          </w:p>
        </w:tc>
        <w:tc>
          <w:tcPr>
            <w:tcW w:w="2160" w:type="dxa"/>
          </w:tcPr>
          <w:p w:rsidR="00820DC0" w:rsidRDefault="00820DC0" w:rsidP="00820DC0">
            <w:pPr>
              <w:jc w:val="center"/>
            </w:pPr>
            <w:r>
              <w:rPr>
                <w:b/>
              </w:rPr>
              <w:t>Kế toán trưởng</w:t>
            </w:r>
            <w:r>
              <w:rPr>
                <w:b/>
              </w:rPr>
              <w:br/>
              <w:t>(Ký, họ tên)</w:t>
            </w:r>
          </w:p>
        </w:tc>
        <w:tc>
          <w:tcPr>
            <w:tcW w:w="2160" w:type="dxa"/>
          </w:tcPr>
          <w:p w:rsidR="00820DC0" w:rsidRDefault="00820DC0" w:rsidP="00820DC0">
            <w:pPr>
              <w:jc w:val="center"/>
            </w:pPr>
            <w:r>
              <w:rPr>
                <w:b/>
              </w:rPr>
              <w:t>Người duyệt</w:t>
            </w:r>
            <w:r>
              <w:rPr>
                <w:b/>
              </w:rPr>
              <w:br/>
              <w:t>(Ký, họ tên)</w:t>
            </w:r>
          </w:p>
        </w:tc>
      </w:tr>
    </w:tbl>
    <w:p w:rsidR="007B6C84" w:rsidRDefault="00000000">
      <w:r>
        <w:br/>
      </w:r>
    </w:p>
    <w:p w:rsidR="009D084C" w:rsidRDefault="009D084C"/>
    <w:sectPr w:rsidR="009D084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4872972">
    <w:abstractNumId w:val="8"/>
  </w:num>
  <w:num w:numId="2" w16cid:durableId="957025625">
    <w:abstractNumId w:val="6"/>
  </w:num>
  <w:num w:numId="3" w16cid:durableId="115099202">
    <w:abstractNumId w:val="5"/>
  </w:num>
  <w:num w:numId="4" w16cid:durableId="1885483464">
    <w:abstractNumId w:val="4"/>
  </w:num>
  <w:num w:numId="5" w16cid:durableId="1796177197">
    <w:abstractNumId w:val="7"/>
  </w:num>
  <w:num w:numId="6" w16cid:durableId="1224677290">
    <w:abstractNumId w:val="3"/>
  </w:num>
  <w:num w:numId="7" w16cid:durableId="845512356">
    <w:abstractNumId w:val="2"/>
  </w:num>
  <w:num w:numId="8" w16cid:durableId="672877154">
    <w:abstractNumId w:val="1"/>
  </w:num>
  <w:num w:numId="9" w16cid:durableId="192591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B6C84"/>
    <w:rsid w:val="00820DC0"/>
    <w:rsid w:val="009D084C"/>
    <w:rsid w:val="00AA1D8D"/>
    <w:rsid w:val="00B47730"/>
    <w:rsid w:val="00CB0664"/>
    <w:rsid w:val="00CC20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7B91B50"/>
  <w14:defaultImageDpi w14:val="300"/>
  <w15:docId w15:val="{1D264E9F-F808-4936-812A-7860125F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Thành Trường MST</cp:lastModifiedBy>
  <cp:revision>2</cp:revision>
  <dcterms:created xsi:type="dcterms:W3CDTF">2013-12-23T23:15:00Z</dcterms:created>
  <dcterms:modified xsi:type="dcterms:W3CDTF">2025-11-01T04:01:00Z</dcterms:modified>
  <cp:category/>
</cp:coreProperties>
</file>