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C55" w:rsidRPr="00E67D10" w:rsidRDefault="00E67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D10">
        <w:rPr>
          <w:rFonts w:ascii="Times New Roman" w:hAnsi="Times New Roman" w:cs="Times New Roman"/>
          <w:b/>
          <w:sz w:val="28"/>
          <w:szCs w:val="28"/>
        </w:rPr>
        <w:t>C</w:t>
      </w:r>
      <w:r w:rsidRPr="00E67D10">
        <w:rPr>
          <w:rFonts w:ascii="Times New Roman" w:hAnsi="Times New Roman" w:cs="Times New Roman"/>
          <w:b/>
          <w:sz w:val="28"/>
          <w:szCs w:val="28"/>
        </w:rPr>
        <w:t>Ộ</w:t>
      </w:r>
      <w:r w:rsidRPr="00E67D10">
        <w:rPr>
          <w:rFonts w:ascii="Times New Roman" w:hAnsi="Times New Roman" w:cs="Times New Roman"/>
          <w:b/>
          <w:sz w:val="28"/>
          <w:szCs w:val="28"/>
        </w:rPr>
        <w:t>NG HÒA XÃ H</w:t>
      </w:r>
      <w:r w:rsidRPr="00E67D10">
        <w:rPr>
          <w:rFonts w:ascii="Times New Roman" w:hAnsi="Times New Roman" w:cs="Times New Roman"/>
          <w:b/>
          <w:sz w:val="28"/>
          <w:szCs w:val="28"/>
        </w:rPr>
        <w:t>Ộ</w:t>
      </w:r>
      <w:r w:rsidRPr="00E67D10">
        <w:rPr>
          <w:rFonts w:ascii="Times New Roman" w:hAnsi="Times New Roman" w:cs="Times New Roman"/>
          <w:b/>
          <w:sz w:val="28"/>
          <w:szCs w:val="28"/>
        </w:rPr>
        <w:t>I CH</w:t>
      </w:r>
      <w:r w:rsidRPr="00E67D10">
        <w:rPr>
          <w:rFonts w:ascii="Times New Roman" w:hAnsi="Times New Roman" w:cs="Times New Roman"/>
          <w:b/>
          <w:sz w:val="28"/>
          <w:szCs w:val="28"/>
        </w:rPr>
        <w:t>Ủ</w:t>
      </w:r>
      <w:r w:rsidRPr="00E67D10">
        <w:rPr>
          <w:rFonts w:ascii="Times New Roman" w:hAnsi="Times New Roman" w:cs="Times New Roman"/>
          <w:b/>
          <w:sz w:val="28"/>
          <w:szCs w:val="28"/>
        </w:rPr>
        <w:t xml:space="preserve"> NGHĨA VI</w:t>
      </w:r>
      <w:r w:rsidRPr="00E67D10">
        <w:rPr>
          <w:rFonts w:ascii="Times New Roman" w:hAnsi="Times New Roman" w:cs="Times New Roman"/>
          <w:b/>
          <w:sz w:val="28"/>
          <w:szCs w:val="28"/>
        </w:rPr>
        <w:t>Ệ</w:t>
      </w:r>
      <w:r w:rsidRPr="00E67D10">
        <w:rPr>
          <w:rFonts w:ascii="Times New Roman" w:hAnsi="Times New Roman" w:cs="Times New Roman"/>
          <w:b/>
          <w:sz w:val="28"/>
          <w:szCs w:val="28"/>
        </w:rPr>
        <w:t>T NAM</w:t>
      </w:r>
    </w:p>
    <w:p w:rsidR="00081C55" w:rsidRPr="00E67D10" w:rsidRDefault="00E67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D10">
        <w:rPr>
          <w:rFonts w:ascii="Times New Roman" w:hAnsi="Times New Roman" w:cs="Times New Roman"/>
          <w:b/>
          <w:sz w:val="28"/>
          <w:szCs w:val="28"/>
        </w:rPr>
        <w:t>Đ</w:t>
      </w:r>
      <w:r w:rsidRPr="00E67D10">
        <w:rPr>
          <w:rFonts w:ascii="Times New Roman" w:hAnsi="Times New Roman" w:cs="Times New Roman"/>
          <w:b/>
          <w:sz w:val="28"/>
          <w:szCs w:val="28"/>
        </w:rPr>
        <w:t>ộ</w:t>
      </w:r>
      <w:r w:rsidRPr="00E67D10">
        <w:rPr>
          <w:rFonts w:ascii="Times New Roman" w:hAnsi="Times New Roman" w:cs="Times New Roman"/>
          <w:b/>
          <w:sz w:val="28"/>
          <w:szCs w:val="28"/>
        </w:rPr>
        <w:t>c l</w:t>
      </w:r>
      <w:r w:rsidRPr="00E67D10">
        <w:rPr>
          <w:rFonts w:ascii="Times New Roman" w:hAnsi="Times New Roman" w:cs="Times New Roman"/>
          <w:b/>
          <w:sz w:val="28"/>
          <w:szCs w:val="28"/>
        </w:rPr>
        <w:t>ậ</w:t>
      </w:r>
      <w:r w:rsidRPr="00E67D10">
        <w:rPr>
          <w:rFonts w:ascii="Times New Roman" w:hAnsi="Times New Roman" w:cs="Times New Roman"/>
          <w:b/>
          <w:sz w:val="28"/>
          <w:szCs w:val="28"/>
        </w:rPr>
        <w:t>p - T</w:t>
      </w:r>
      <w:r w:rsidRPr="00E67D10">
        <w:rPr>
          <w:rFonts w:ascii="Times New Roman" w:hAnsi="Times New Roman" w:cs="Times New Roman"/>
          <w:b/>
          <w:sz w:val="28"/>
          <w:szCs w:val="28"/>
        </w:rPr>
        <w:t>ự</w:t>
      </w:r>
      <w:r w:rsidRPr="00E67D10">
        <w:rPr>
          <w:rFonts w:ascii="Times New Roman" w:hAnsi="Times New Roman" w:cs="Times New Roman"/>
          <w:b/>
          <w:sz w:val="28"/>
          <w:szCs w:val="28"/>
        </w:rPr>
        <w:t xml:space="preserve"> do - H</w:t>
      </w:r>
      <w:r w:rsidRPr="00E67D10">
        <w:rPr>
          <w:rFonts w:ascii="Times New Roman" w:hAnsi="Times New Roman" w:cs="Times New Roman"/>
          <w:b/>
          <w:sz w:val="28"/>
          <w:szCs w:val="28"/>
        </w:rPr>
        <w:t>ạ</w:t>
      </w:r>
      <w:r w:rsidRPr="00E67D10">
        <w:rPr>
          <w:rFonts w:ascii="Times New Roman" w:hAnsi="Times New Roman" w:cs="Times New Roman"/>
          <w:b/>
          <w:sz w:val="28"/>
          <w:szCs w:val="28"/>
        </w:rPr>
        <w:t>nh phúc</w:t>
      </w:r>
    </w:p>
    <w:p w:rsidR="00081C55" w:rsidRPr="00E67D10" w:rsidRDefault="00081C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7D10" w:rsidRPr="00E67D10" w:rsidRDefault="00E67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D10">
        <w:rPr>
          <w:rFonts w:ascii="Times New Roman" w:hAnsi="Times New Roman" w:cs="Times New Roman"/>
          <w:b/>
          <w:sz w:val="28"/>
          <w:szCs w:val="28"/>
        </w:rPr>
        <w:t>BIÊN B</w:t>
      </w:r>
      <w:r w:rsidRPr="00E67D10">
        <w:rPr>
          <w:rFonts w:ascii="Times New Roman" w:hAnsi="Times New Roman" w:cs="Times New Roman"/>
          <w:b/>
          <w:sz w:val="28"/>
          <w:szCs w:val="28"/>
        </w:rPr>
        <w:t>Ả</w:t>
      </w:r>
      <w:r w:rsidRPr="00E67D10">
        <w:rPr>
          <w:rFonts w:ascii="Times New Roman" w:hAnsi="Times New Roman" w:cs="Times New Roman"/>
          <w:b/>
          <w:sz w:val="28"/>
          <w:szCs w:val="28"/>
        </w:rPr>
        <w:t>N THANH TOÁN TI</w:t>
      </w:r>
      <w:r w:rsidRPr="00E67D10">
        <w:rPr>
          <w:rFonts w:ascii="Times New Roman" w:hAnsi="Times New Roman" w:cs="Times New Roman"/>
          <w:b/>
          <w:sz w:val="28"/>
          <w:szCs w:val="28"/>
        </w:rPr>
        <w:t>Ề</w:t>
      </w:r>
      <w:r w:rsidRPr="00E67D10">
        <w:rPr>
          <w:rFonts w:ascii="Times New Roman" w:hAnsi="Times New Roman" w:cs="Times New Roman"/>
          <w:b/>
          <w:sz w:val="28"/>
          <w:szCs w:val="28"/>
        </w:rPr>
        <w:t xml:space="preserve">N </w:t>
      </w:r>
    </w:p>
    <w:p w:rsidR="00081C55" w:rsidRPr="00E67D10" w:rsidRDefault="00E67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D10">
        <w:rPr>
          <w:rFonts w:ascii="Times New Roman" w:hAnsi="Times New Roman" w:cs="Times New Roman"/>
          <w:b/>
          <w:sz w:val="28"/>
          <w:szCs w:val="28"/>
        </w:rPr>
        <w:t>NGH</w:t>
      </w:r>
      <w:r w:rsidRPr="00E67D10">
        <w:rPr>
          <w:rFonts w:ascii="Times New Roman" w:hAnsi="Times New Roman" w:cs="Times New Roman"/>
          <w:b/>
          <w:sz w:val="28"/>
          <w:szCs w:val="28"/>
        </w:rPr>
        <w:t>Ỉ</w:t>
      </w:r>
      <w:r w:rsidRPr="00E67D10">
        <w:rPr>
          <w:rFonts w:ascii="Times New Roman" w:hAnsi="Times New Roman" w:cs="Times New Roman"/>
          <w:b/>
          <w:sz w:val="28"/>
          <w:szCs w:val="28"/>
        </w:rPr>
        <w:t xml:space="preserve"> PHÉP NĂM CHƯA S</w:t>
      </w:r>
      <w:r w:rsidRPr="00E67D10">
        <w:rPr>
          <w:rFonts w:ascii="Times New Roman" w:hAnsi="Times New Roman" w:cs="Times New Roman"/>
          <w:b/>
          <w:sz w:val="28"/>
          <w:szCs w:val="28"/>
        </w:rPr>
        <w:t>Ử</w:t>
      </w:r>
      <w:r w:rsidRPr="00E67D10">
        <w:rPr>
          <w:rFonts w:ascii="Times New Roman" w:hAnsi="Times New Roman" w:cs="Times New Roman"/>
          <w:b/>
          <w:sz w:val="28"/>
          <w:szCs w:val="28"/>
        </w:rPr>
        <w:t xml:space="preserve"> D</w:t>
      </w:r>
      <w:r w:rsidRPr="00E67D10">
        <w:rPr>
          <w:rFonts w:ascii="Times New Roman" w:hAnsi="Times New Roman" w:cs="Times New Roman"/>
          <w:b/>
          <w:sz w:val="28"/>
          <w:szCs w:val="28"/>
        </w:rPr>
        <w:t>Ụ</w:t>
      </w:r>
      <w:r w:rsidRPr="00E67D10">
        <w:rPr>
          <w:rFonts w:ascii="Times New Roman" w:hAnsi="Times New Roman" w:cs="Times New Roman"/>
          <w:b/>
          <w:sz w:val="28"/>
          <w:szCs w:val="28"/>
        </w:rPr>
        <w:t>NG</w:t>
      </w:r>
    </w:p>
    <w:p w:rsidR="00081C55" w:rsidRPr="00E67D10" w:rsidRDefault="00E67D10">
      <w:pPr>
        <w:rPr>
          <w:rFonts w:ascii="Times New Roman" w:hAnsi="Times New Roman" w:cs="Times New Roman"/>
          <w:sz w:val="28"/>
          <w:szCs w:val="28"/>
        </w:rPr>
      </w:pPr>
      <w:r w:rsidRPr="00E67D10">
        <w:rPr>
          <w:rFonts w:ascii="Times New Roman" w:hAnsi="Times New Roman" w:cs="Times New Roman"/>
          <w:sz w:val="28"/>
          <w:szCs w:val="28"/>
        </w:rPr>
        <w:br/>
        <w:t>Hôm nay, ngày ... tháng ... năm ..., t</w:t>
      </w:r>
      <w:r w:rsidRPr="00E67D10">
        <w:rPr>
          <w:rFonts w:ascii="Times New Roman" w:hAnsi="Times New Roman" w:cs="Times New Roman"/>
          <w:sz w:val="28"/>
          <w:szCs w:val="28"/>
        </w:rPr>
        <w:t>ạ</w:t>
      </w:r>
      <w:r w:rsidRPr="00E67D10">
        <w:rPr>
          <w:rFonts w:ascii="Times New Roman" w:hAnsi="Times New Roman" w:cs="Times New Roman"/>
          <w:sz w:val="28"/>
          <w:szCs w:val="28"/>
        </w:rPr>
        <w:t>i [Tên công ty/doanh nghi</w:t>
      </w:r>
      <w:r w:rsidRPr="00E67D10">
        <w:rPr>
          <w:rFonts w:ascii="Times New Roman" w:hAnsi="Times New Roman" w:cs="Times New Roman"/>
          <w:sz w:val="28"/>
          <w:szCs w:val="28"/>
        </w:rPr>
        <w:t>ệ</w:t>
      </w:r>
      <w:r w:rsidRPr="00E67D10">
        <w:rPr>
          <w:rFonts w:ascii="Times New Roman" w:hAnsi="Times New Roman" w:cs="Times New Roman"/>
          <w:sz w:val="28"/>
          <w:szCs w:val="28"/>
        </w:rPr>
        <w:t>p], chúng tôi g</w:t>
      </w:r>
      <w:r w:rsidRPr="00E67D10">
        <w:rPr>
          <w:rFonts w:ascii="Times New Roman" w:hAnsi="Times New Roman" w:cs="Times New Roman"/>
          <w:sz w:val="28"/>
          <w:szCs w:val="28"/>
        </w:rPr>
        <w:t>ồ</w:t>
      </w:r>
      <w:r w:rsidRPr="00E67D10">
        <w:rPr>
          <w:rFonts w:ascii="Times New Roman" w:hAnsi="Times New Roman" w:cs="Times New Roman"/>
          <w:sz w:val="28"/>
          <w:szCs w:val="28"/>
        </w:rPr>
        <w:t>m:</w:t>
      </w:r>
    </w:p>
    <w:p w:rsidR="00081C55" w:rsidRPr="00E67D10" w:rsidRDefault="00E67D10">
      <w:pPr>
        <w:rPr>
          <w:rFonts w:ascii="Times New Roman" w:hAnsi="Times New Roman" w:cs="Times New Roman"/>
          <w:sz w:val="28"/>
          <w:szCs w:val="28"/>
        </w:rPr>
      </w:pPr>
      <w:r w:rsidRPr="00E67D10">
        <w:rPr>
          <w:rFonts w:ascii="Times New Roman" w:hAnsi="Times New Roman" w:cs="Times New Roman"/>
          <w:sz w:val="28"/>
          <w:szCs w:val="28"/>
        </w:rPr>
        <w:t>- Đ</w:t>
      </w:r>
      <w:r w:rsidRPr="00E67D10">
        <w:rPr>
          <w:rFonts w:ascii="Times New Roman" w:hAnsi="Times New Roman" w:cs="Times New Roman"/>
          <w:sz w:val="28"/>
          <w:szCs w:val="28"/>
        </w:rPr>
        <w:t>ạ</w:t>
      </w:r>
      <w:r w:rsidRPr="00E67D10">
        <w:rPr>
          <w:rFonts w:ascii="Times New Roman" w:hAnsi="Times New Roman" w:cs="Times New Roman"/>
          <w:sz w:val="28"/>
          <w:szCs w:val="28"/>
        </w:rPr>
        <w:t>i di</w:t>
      </w:r>
      <w:r w:rsidRPr="00E67D10">
        <w:rPr>
          <w:rFonts w:ascii="Times New Roman" w:hAnsi="Times New Roman" w:cs="Times New Roman"/>
          <w:sz w:val="28"/>
          <w:szCs w:val="28"/>
        </w:rPr>
        <w:t>ệ</w:t>
      </w:r>
      <w:r w:rsidRPr="00E67D10">
        <w:rPr>
          <w:rFonts w:ascii="Times New Roman" w:hAnsi="Times New Roman" w:cs="Times New Roman"/>
          <w:sz w:val="28"/>
          <w:szCs w:val="28"/>
        </w:rPr>
        <w:t xml:space="preserve">n Công ty: Ông/Bà </w:t>
      </w:r>
      <w:r w:rsidRPr="00E67D10">
        <w:rPr>
          <w:rFonts w:ascii="Times New Roman" w:hAnsi="Times New Roman" w:cs="Times New Roman"/>
          <w:sz w:val="28"/>
          <w:szCs w:val="28"/>
        </w:rPr>
        <w:t>...............................................................</w:t>
      </w:r>
    </w:p>
    <w:p w:rsidR="00081C55" w:rsidRPr="00E67D10" w:rsidRDefault="00E67D10">
      <w:pPr>
        <w:rPr>
          <w:rFonts w:ascii="Times New Roman" w:hAnsi="Times New Roman" w:cs="Times New Roman"/>
          <w:sz w:val="28"/>
          <w:szCs w:val="28"/>
        </w:rPr>
      </w:pPr>
      <w:r w:rsidRPr="00E67D10">
        <w:rPr>
          <w:rFonts w:ascii="Times New Roman" w:hAnsi="Times New Roman" w:cs="Times New Roman"/>
          <w:sz w:val="28"/>
          <w:szCs w:val="28"/>
        </w:rPr>
        <w:t xml:space="preserve">  Ch</w:t>
      </w:r>
      <w:r w:rsidRPr="00E67D10">
        <w:rPr>
          <w:rFonts w:ascii="Times New Roman" w:hAnsi="Times New Roman" w:cs="Times New Roman"/>
          <w:sz w:val="28"/>
          <w:szCs w:val="28"/>
        </w:rPr>
        <w:t>ứ</w:t>
      </w:r>
      <w:r w:rsidRPr="00E67D10">
        <w:rPr>
          <w:rFonts w:ascii="Times New Roman" w:hAnsi="Times New Roman" w:cs="Times New Roman"/>
          <w:sz w:val="28"/>
          <w:szCs w:val="28"/>
        </w:rPr>
        <w:t>c v</w:t>
      </w:r>
      <w:r w:rsidRPr="00E67D10">
        <w:rPr>
          <w:rFonts w:ascii="Times New Roman" w:hAnsi="Times New Roman" w:cs="Times New Roman"/>
          <w:sz w:val="28"/>
          <w:szCs w:val="28"/>
        </w:rPr>
        <w:t>ụ</w:t>
      </w:r>
      <w:r w:rsidRPr="00E67D10">
        <w:rPr>
          <w:rFonts w:ascii="Times New Roman" w:hAnsi="Times New Roman" w:cs="Times New Roman"/>
          <w:sz w:val="28"/>
          <w:szCs w:val="28"/>
        </w:rPr>
        <w:t>: .............................................................................</w:t>
      </w:r>
    </w:p>
    <w:p w:rsidR="00081C55" w:rsidRPr="00E67D10" w:rsidRDefault="00E67D10">
      <w:pPr>
        <w:rPr>
          <w:rFonts w:ascii="Times New Roman" w:hAnsi="Times New Roman" w:cs="Times New Roman"/>
          <w:sz w:val="28"/>
          <w:szCs w:val="28"/>
        </w:rPr>
      </w:pPr>
      <w:r w:rsidRPr="00E67D10">
        <w:rPr>
          <w:rFonts w:ascii="Times New Roman" w:hAnsi="Times New Roman" w:cs="Times New Roman"/>
          <w:sz w:val="28"/>
          <w:szCs w:val="28"/>
        </w:rPr>
        <w:t>- Ngư</w:t>
      </w:r>
      <w:r w:rsidRPr="00E67D10">
        <w:rPr>
          <w:rFonts w:ascii="Times New Roman" w:hAnsi="Times New Roman" w:cs="Times New Roman"/>
          <w:sz w:val="28"/>
          <w:szCs w:val="28"/>
        </w:rPr>
        <w:t>ờ</w:t>
      </w:r>
      <w:r w:rsidRPr="00E67D10">
        <w:rPr>
          <w:rFonts w:ascii="Times New Roman" w:hAnsi="Times New Roman" w:cs="Times New Roman"/>
          <w:sz w:val="28"/>
          <w:szCs w:val="28"/>
        </w:rPr>
        <w:t>i lao đ</w:t>
      </w:r>
      <w:r w:rsidRPr="00E67D10">
        <w:rPr>
          <w:rFonts w:ascii="Times New Roman" w:hAnsi="Times New Roman" w:cs="Times New Roman"/>
          <w:sz w:val="28"/>
          <w:szCs w:val="28"/>
        </w:rPr>
        <w:t>ộ</w:t>
      </w:r>
      <w:r w:rsidRPr="00E67D10">
        <w:rPr>
          <w:rFonts w:ascii="Times New Roman" w:hAnsi="Times New Roman" w:cs="Times New Roman"/>
          <w:sz w:val="28"/>
          <w:szCs w:val="28"/>
        </w:rPr>
        <w:t>ng: Ông/Bà ........................................................</w:t>
      </w:r>
    </w:p>
    <w:p w:rsidR="00081C55" w:rsidRPr="00E67D10" w:rsidRDefault="00E67D10">
      <w:pPr>
        <w:rPr>
          <w:rFonts w:ascii="Times New Roman" w:hAnsi="Times New Roman" w:cs="Times New Roman"/>
          <w:sz w:val="28"/>
          <w:szCs w:val="28"/>
        </w:rPr>
      </w:pPr>
      <w:r w:rsidRPr="00E67D10">
        <w:rPr>
          <w:rFonts w:ascii="Times New Roman" w:hAnsi="Times New Roman" w:cs="Times New Roman"/>
          <w:sz w:val="28"/>
          <w:szCs w:val="28"/>
        </w:rPr>
        <w:t xml:space="preserve">  Ch</w:t>
      </w:r>
      <w:r w:rsidRPr="00E67D10">
        <w:rPr>
          <w:rFonts w:ascii="Times New Roman" w:hAnsi="Times New Roman" w:cs="Times New Roman"/>
          <w:sz w:val="28"/>
          <w:szCs w:val="28"/>
        </w:rPr>
        <w:t>ứ</w:t>
      </w:r>
      <w:r w:rsidRPr="00E67D10">
        <w:rPr>
          <w:rFonts w:ascii="Times New Roman" w:hAnsi="Times New Roman" w:cs="Times New Roman"/>
          <w:sz w:val="28"/>
          <w:szCs w:val="28"/>
        </w:rPr>
        <w:t>c v</w:t>
      </w:r>
      <w:r w:rsidRPr="00E67D10">
        <w:rPr>
          <w:rFonts w:ascii="Times New Roman" w:hAnsi="Times New Roman" w:cs="Times New Roman"/>
          <w:sz w:val="28"/>
          <w:szCs w:val="28"/>
        </w:rPr>
        <w:t>ụ</w:t>
      </w:r>
      <w:r w:rsidRPr="00E67D10">
        <w:rPr>
          <w:rFonts w:ascii="Times New Roman" w:hAnsi="Times New Roman" w:cs="Times New Roman"/>
          <w:sz w:val="28"/>
          <w:szCs w:val="28"/>
        </w:rPr>
        <w:t>/B</w:t>
      </w:r>
      <w:r w:rsidRPr="00E67D10">
        <w:rPr>
          <w:rFonts w:ascii="Times New Roman" w:hAnsi="Times New Roman" w:cs="Times New Roman"/>
          <w:sz w:val="28"/>
          <w:szCs w:val="28"/>
        </w:rPr>
        <w:t>ộ</w:t>
      </w:r>
      <w:r w:rsidRPr="00E67D10">
        <w:rPr>
          <w:rFonts w:ascii="Times New Roman" w:hAnsi="Times New Roman" w:cs="Times New Roman"/>
          <w:sz w:val="28"/>
          <w:szCs w:val="28"/>
        </w:rPr>
        <w:t xml:space="preserve"> ph</w:t>
      </w:r>
      <w:r w:rsidRPr="00E67D10">
        <w:rPr>
          <w:rFonts w:ascii="Times New Roman" w:hAnsi="Times New Roman" w:cs="Times New Roman"/>
          <w:sz w:val="28"/>
          <w:szCs w:val="28"/>
        </w:rPr>
        <w:t>ậ</w:t>
      </w:r>
      <w:r w:rsidRPr="00E67D10">
        <w:rPr>
          <w:rFonts w:ascii="Times New Roman" w:hAnsi="Times New Roman" w:cs="Times New Roman"/>
          <w:sz w:val="28"/>
          <w:szCs w:val="28"/>
        </w:rPr>
        <w:t>n: ..</w:t>
      </w:r>
      <w:r w:rsidRPr="00E67D10">
        <w:rPr>
          <w:rFonts w:ascii="Times New Roman" w:hAnsi="Times New Roman" w:cs="Times New Roman"/>
          <w:sz w:val="28"/>
          <w:szCs w:val="28"/>
        </w:rPr>
        <w:t>.............................................................</w:t>
      </w:r>
    </w:p>
    <w:p w:rsidR="00081C55" w:rsidRPr="00E67D10" w:rsidRDefault="00E67D10">
      <w:pPr>
        <w:rPr>
          <w:rFonts w:ascii="Times New Roman" w:hAnsi="Times New Roman" w:cs="Times New Roman"/>
          <w:sz w:val="28"/>
          <w:szCs w:val="28"/>
        </w:rPr>
      </w:pPr>
      <w:r w:rsidRPr="00E67D10">
        <w:rPr>
          <w:rFonts w:ascii="Times New Roman" w:hAnsi="Times New Roman" w:cs="Times New Roman"/>
          <w:sz w:val="28"/>
          <w:szCs w:val="28"/>
        </w:rPr>
        <w:t xml:space="preserve">  S</w:t>
      </w:r>
      <w:r w:rsidRPr="00E67D10">
        <w:rPr>
          <w:rFonts w:ascii="Times New Roman" w:hAnsi="Times New Roman" w:cs="Times New Roman"/>
          <w:sz w:val="28"/>
          <w:szCs w:val="28"/>
        </w:rPr>
        <w:t>ố</w:t>
      </w:r>
      <w:r w:rsidRPr="00E67D10">
        <w:rPr>
          <w:rFonts w:ascii="Times New Roman" w:hAnsi="Times New Roman" w:cs="Times New Roman"/>
          <w:sz w:val="28"/>
          <w:szCs w:val="28"/>
        </w:rPr>
        <w:t xml:space="preserve"> CMND/CCCD: ....................................................... Ngày c</w:t>
      </w:r>
      <w:r w:rsidRPr="00E67D10">
        <w:rPr>
          <w:rFonts w:ascii="Times New Roman" w:hAnsi="Times New Roman" w:cs="Times New Roman"/>
          <w:sz w:val="28"/>
          <w:szCs w:val="28"/>
        </w:rPr>
        <w:t>ấ</w:t>
      </w:r>
      <w:r w:rsidRPr="00E67D10">
        <w:rPr>
          <w:rFonts w:ascii="Times New Roman" w:hAnsi="Times New Roman" w:cs="Times New Roman"/>
          <w:sz w:val="28"/>
          <w:szCs w:val="28"/>
        </w:rPr>
        <w:t>p: ............ Nơi c</w:t>
      </w:r>
      <w:r w:rsidRPr="00E67D10">
        <w:rPr>
          <w:rFonts w:ascii="Times New Roman" w:hAnsi="Times New Roman" w:cs="Times New Roman"/>
          <w:sz w:val="28"/>
          <w:szCs w:val="28"/>
        </w:rPr>
        <w:t>ấ</w:t>
      </w:r>
      <w:r w:rsidRPr="00E67D10">
        <w:rPr>
          <w:rFonts w:ascii="Times New Roman" w:hAnsi="Times New Roman" w:cs="Times New Roman"/>
          <w:sz w:val="28"/>
          <w:szCs w:val="28"/>
        </w:rPr>
        <w:t>p: ...............</w:t>
      </w:r>
    </w:p>
    <w:p w:rsidR="00081C55" w:rsidRPr="00E67D10" w:rsidRDefault="00E67D10">
      <w:pPr>
        <w:rPr>
          <w:rFonts w:ascii="Times New Roman" w:hAnsi="Times New Roman" w:cs="Times New Roman"/>
          <w:sz w:val="28"/>
          <w:szCs w:val="28"/>
        </w:rPr>
      </w:pPr>
      <w:r w:rsidRPr="00E67D10">
        <w:rPr>
          <w:rFonts w:ascii="Times New Roman" w:hAnsi="Times New Roman" w:cs="Times New Roman"/>
          <w:sz w:val="28"/>
          <w:szCs w:val="28"/>
        </w:rPr>
        <w:br/>
        <w:t>Hai bên cùng th</w:t>
      </w:r>
      <w:r w:rsidRPr="00E67D10">
        <w:rPr>
          <w:rFonts w:ascii="Times New Roman" w:hAnsi="Times New Roman" w:cs="Times New Roman"/>
          <w:sz w:val="28"/>
          <w:szCs w:val="28"/>
        </w:rPr>
        <w:t>ố</w:t>
      </w:r>
      <w:r w:rsidRPr="00E67D10">
        <w:rPr>
          <w:rFonts w:ascii="Times New Roman" w:hAnsi="Times New Roman" w:cs="Times New Roman"/>
          <w:sz w:val="28"/>
          <w:szCs w:val="28"/>
        </w:rPr>
        <w:t>ng nh</w:t>
      </w:r>
      <w:r w:rsidRPr="00E67D10">
        <w:rPr>
          <w:rFonts w:ascii="Times New Roman" w:hAnsi="Times New Roman" w:cs="Times New Roman"/>
          <w:sz w:val="28"/>
          <w:szCs w:val="28"/>
        </w:rPr>
        <w:t>ấ</w:t>
      </w:r>
      <w:r w:rsidRPr="00E67D10">
        <w:rPr>
          <w:rFonts w:ascii="Times New Roman" w:hAnsi="Times New Roman" w:cs="Times New Roman"/>
          <w:sz w:val="28"/>
          <w:szCs w:val="28"/>
        </w:rPr>
        <w:t>t và l</w:t>
      </w:r>
      <w:r w:rsidRPr="00E67D10">
        <w:rPr>
          <w:rFonts w:ascii="Times New Roman" w:hAnsi="Times New Roman" w:cs="Times New Roman"/>
          <w:sz w:val="28"/>
          <w:szCs w:val="28"/>
        </w:rPr>
        <w:t>ậ</w:t>
      </w:r>
      <w:r w:rsidRPr="00E67D10">
        <w:rPr>
          <w:rFonts w:ascii="Times New Roman" w:hAnsi="Times New Roman" w:cs="Times New Roman"/>
          <w:sz w:val="28"/>
          <w:szCs w:val="28"/>
        </w:rPr>
        <w:t>p biên b</w:t>
      </w:r>
      <w:r w:rsidRPr="00E67D10">
        <w:rPr>
          <w:rFonts w:ascii="Times New Roman" w:hAnsi="Times New Roman" w:cs="Times New Roman"/>
          <w:sz w:val="28"/>
          <w:szCs w:val="28"/>
        </w:rPr>
        <w:t>ả</w:t>
      </w:r>
      <w:r w:rsidRPr="00E67D10">
        <w:rPr>
          <w:rFonts w:ascii="Times New Roman" w:hAnsi="Times New Roman" w:cs="Times New Roman"/>
          <w:sz w:val="28"/>
          <w:szCs w:val="28"/>
        </w:rPr>
        <w:t>n thanh toán ti</w:t>
      </w:r>
      <w:r w:rsidRPr="00E67D10">
        <w:rPr>
          <w:rFonts w:ascii="Times New Roman" w:hAnsi="Times New Roman" w:cs="Times New Roman"/>
          <w:sz w:val="28"/>
          <w:szCs w:val="28"/>
        </w:rPr>
        <w:t>ề</w:t>
      </w:r>
      <w:r w:rsidRPr="00E67D10">
        <w:rPr>
          <w:rFonts w:ascii="Times New Roman" w:hAnsi="Times New Roman" w:cs="Times New Roman"/>
          <w:sz w:val="28"/>
          <w:szCs w:val="28"/>
        </w:rPr>
        <w:t>n ngày ngh</w:t>
      </w:r>
      <w:r w:rsidRPr="00E67D10">
        <w:rPr>
          <w:rFonts w:ascii="Times New Roman" w:hAnsi="Times New Roman" w:cs="Times New Roman"/>
          <w:sz w:val="28"/>
          <w:szCs w:val="28"/>
        </w:rPr>
        <w:t>ỉ</w:t>
      </w:r>
      <w:r w:rsidRPr="00E67D10">
        <w:rPr>
          <w:rFonts w:ascii="Times New Roman" w:hAnsi="Times New Roman" w:cs="Times New Roman"/>
          <w:sz w:val="28"/>
          <w:szCs w:val="28"/>
        </w:rPr>
        <w:t xml:space="preserve"> phép nă</w:t>
      </w:r>
      <w:r w:rsidRPr="00E67D10">
        <w:rPr>
          <w:rFonts w:ascii="Times New Roman" w:hAnsi="Times New Roman" w:cs="Times New Roman"/>
          <w:sz w:val="28"/>
          <w:szCs w:val="28"/>
        </w:rPr>
        <w:t>m chưa s</w:t>
      </w:r>
      <w:r w:rsidRPr="00E67D10">
        <w:rPr>
          <w:rFonts w:ascii="Times New Roman" w:hAnsi="Times New Roman" w:cs="Times New Roman"/>
          <w:sz w:val="28"/>
          <w:szCs w:val="28"/>
        </w:rPr>
        <w:t>ử</w:t>
      </w:r>
      <w:r w:rsidRPr="00E67D10">
        <w:rPr>
          <w:rFonts w:ascii="Times New Roman" w:hAnsi="Times New Roman" w:cs="Times New Roman"/>
          <w:sz w:val="28"/>
          <w:szCs w:val="28"/>
        </w:rPr>
        <w:t xml:space="preserve"> d</w:t>
      </w:r>
      <w:r w:rsidRPr="00E67D10">
        <w:rPr>
          <w:rFonts w:ascii="Times New Roman" w:hAnsi="Times New Roman" w:cs="Times New Roman"/>
          <w:sz w:val="28"/>
          <w:szCs w:val="28"/>
        </w:rPr>
        <w:t>ụ</w:t>
      </w:r>
      <w:r w:rsidRPr="00E67D10">
        <w:rPr>
          <w:rFonts w:ascii="Times New Roman" w:hAnsi="Times New Roman" w:cs="Times New Roman"/>
          <w:sz w:val="28"/>
          <w:szCs w:val="28"/>
        </w:rPr>
        <w:t>ng như sau:</w:t>
      </w:r>
    </w:p>
    <w:p w:rsidR="00081C55" w:rsidRPr="00E67D10" w:rsidRDefault="00E67D10">
      <w:pPr>
        <w:rPr>
          <w:rFonts w:ascii="Times New Roman" w:hAnsi="Times New Roman" w:cs="Times New Roman"/>
          <w:sz w:val="28"/>
          <w:szCs w:val="28"/>
        </w:rPr>
      </w:pPr>
      <w:r w:rsidRPr="00E67D10">
        <w:rPr>
          <w:rFonts w:ascii="Times New Roman" w:hAnsi="Times New Roman" w:cs="Times New Roman"/>
          <w:sz w:val="28"/>
          <w:szCs w:val="28"/>
        </w:rPr>
        <w:t>- S</w:t>
      </w:r>
      <w:r w:rsidRPr="00E67D10">
        <w:rPr>
          <w:rFonts w:ascii="Times New Roman" w:hAnsi="Times New Roman" w:cs="Times New Roman"/>
          <w:sz w:val="28"/>
          <w:szCs w:val="28"/>
        </w:rPr>
        <w:t>ố</w:t>
      </w:r>
      <w:r w:rsidRPr="00E67D10">
        <w:rPr>
          <w:rFonts w:ascii="Times New Roman" w:hAnsi="Times New Roman" w:cs="Times New Roman"/>
          <w:sz w:val="28"/>
          <w:szCs w:val="28"/>
        </w:rPr>
        <w:t xml:space="preserve"> ngày phép chưa s</w:t>
      </w:r>
      <w:r w:rsidRPr="00E67D10">
        <w:rPr>
          <w:rFonts w:ascii="Times New Roman" w:hAnsi="Times New Roman" w:cs="Times New Roman"/>
          <w:sz w:val="28"/>
          <w:szCs w:val="28"/>
        </w:rPr>
        <w:t>ử</w:t>
      </w:r>
      <w:r w:rsidRPr="00E67D10">
        <w:rPr>
          <w:rFonts w:ascii="Times New Roman" w:hAnsi="Times New Roman" w:cs="Times New Roman"/>
          <w:sz w:val="28"/>
          <w:szCs w:val="28"/>
        </w:rPr>
        <w:t xml:space="preserve"> d</w:t>
      </w:r>
      <w:r w:rsidRPr="00E67D10">
        <w:rPr>
          <w:rFonts w:ascii="Times New Roman" w:hAnsi="Times New Roman" w:cs="Times New Roman"/>
          <w:sz w:val="28"/>
          <w:szCs w:val="28"/>
        </w:rPr>
        <w:t>ụ</w:t>
      </w:r>
      <w:r w:rsidRPr="00E67D10">
        <w:rPr>
          <w:rFonts w:ascii="Times New Roman" w:hAnsi="Times New Roman" w:cs="Times New Roman"/>
          <w:sz w:val="28"/>
          <w:szCs w:val="28"/>
        </w:rPr>
        <w:t>ng: ............ ngày</w:t>
      </w:r>
    </w:p>
    <w:p w:rsidR="00081C55" w:rsidRPr="00E67D10" w:rsidRDefault="00E67D10">
      <w:pPr>
        <w:rPr>
          <w:rFonts w:ascii="Times New Roman" w:hAnsi="Times New Roman" w:cs="Times New Roman"/>
          <w:sz w:val="28"/>
          <w:szCs w:val="28"/>
        </w:rPr>
      </w:pPr>
      <w:r w:rsidRPr="00E67D10">
        <w:rPr>
          <w:rFonts w:ascii="Times New Roman" w:hAnsi="Times New Roman" w:cs="Times New Roman"/>
          <w:sz w:val="28"/>
          <w:szCs w:val="28"/>
        </w:rPr>
        <w:t>- M</w:t>
      </w:r>
      <w:r w:rsidRPr="00E67D10">
        <w:rPr>
          <w:rFonts w:ascii="Times New Roman" w:hAnsi="Times New Roman" w:cs="Times New Roman"/>
          <w:sz w:val="28"/>
          <w:szCs w:val="28"/>
        </w:rPr>
        <w:t>ứ</w:t>
      </w:r>
      <w:r w:rsidRPr="00E67D10">
        <w:rPr>
          <w:rFonts w:ascii="Times New Roman" w:hAnsi="Times New Roman" w:cs="Times New Roman"/>
          <w:sz w:val="28"/>
          <w:szCs w:val="28"/>
        </w:rPr>
        <w:t>c lương làm căn c</w:t>
      </w:r>
      <w:r w:rsidRPr="00E67D10">
        <w:rPr>
          <w:rFonts w:ascii="Times New Roman" w:hAnsi="Times New Roman" w:cs="Times New Roman"/>
          <w:sz w:val="28"/>
          <w:szCs w:val="28"/>
        </w:rPr>
        <w:t>ứ</w:t>
      </w:r>
      <w:r w:rsidRPr="00E67D10">
        <w:rPr>
          <w:rFonts w:ascii="Times New Roman" w:hAnsi="Times New Roman" w:cs="Times New Roman"/>
          <w:sz w:val="28"/>
          <w:szCs w:val="28"/>
        </w:rPr>
        <w:t xml:space="preserve"> thanh toán: ...................... VNĐ/tháng</w:t>
      </w:r>
    </w:p>
    <w:p w:rsidR="00081C55" w:rsidRPr="00E67D10" w:rsidRDefault="00E67D10">
      <w:pPr>
        <w:rPr>
          <w:rFonts w:ascii="Times New Roman" w:hAnsi="Times New Roman" w:cs="Times New Roman"/>
          <w:sz w:val="28"/>
          <w:szCs w:val="28"/>
        </w:rPr>
      </w:pPr>
      <w:r w:rsidRPr="00E67D10">
        <w:rPr>
          <w:rFonts w:ascii="Times New Roman" w:hAnsi="Times New Roman" w:cs="Times New Roman"/>
          <w:sz w:val="28"/>
          <w:szCs w:val="28"/>
        </w:rPr>
        <w:t>- S</w:t>
      </w:r>
      <w:r w:rsidRPr="00E67D10">
        <w:rPr>
          <w:rFonts w:ascii="Times New Roman" w:hAnsi="Times New Roman" w:cs="Times New Roman"/>
          <w:sz w:val="28"/>
          <w:szCs w:val="28"/>
        </w:rPr>
        <w:t>ố</w:t>
      </w:r>
      <w:r w:rsidRPr="00E67D10">
        <w:rPr>
          <w:rFonts w:ascii="Times New Roman" w:hAnsi="Times New Roman" w:cs="Times New Roman"/>
          <w:sz w:val="28"/>
          <w:szCs w:val="28"/>
        </w:rPr>
        <w:t xml:space="preserve"> ti</w:t>
      </w:r>
      <w:r w:rsidRPr="00E67D10">
        <w:rPr>
          <w:rFonts w:ascii="Times New Roman" w:hAnsi="Times New Roman" w:cs="Times New Roman"/>
          <w:sz w:val="28"/>
          <w:szCs w:val="28"/>
        </w:rPr>
        <w:t>ề</w:t>
      </w:r>
      <w:r w:rsidRPr="00E67D10">
        <w:rPr>
          <w:rFonts w:ascii="Times New Roman" w:hAnsi="Times New Roman" w:cs="Times New Roman"/>
          <w:sz w:val="28"/>
          <w:szCs w:val="28"/>
        </w:rPr>
        <w:t xml:space="preserve">n thanh toán tương </w:t>
      </w:r>
      <w:r w:rsidRPr="00E67D10">
        <w:rPr>
          <w:rFonts w:ascii="Times New Roman" w:hAnsi="Times New Roman" w:cs="Times New Roman"/>
          <w:sz w:val="28"/>
          <w:szCs w:val="28"/>
        </w:rPr>
        <w:t>ứ</w:t>
      </w:r>
      <w:r w:rsidRPr="00E67D10">
        <w:rPr>
          <w:rFonts w:ascii="Times New Roman" w:hAnsi="Times New Roman" w:cs="Times New Roman"/>
          <w:sz w:val="28"/>
          <w:szCs w:val="28"/>
        </w:rPr>
        <w:t>ng: ...................... VNĐ</w:t>
      </w:r>
    </w:p>
    <w:p w:rsidR="00081C55" w:rsidRPr="00E67D10" w:rsidRDefault="00E67D10">
      <w:pPr>
        <w:rPr>
          <w:rFonts w:ascii="Times New Roman" w:hAnsi="Times New Roman" w:cs="Times New Roman"/>
          <w:sz w:val="28"/>
          <w:szCs w:val="28"/>
        </w:rPr>
      </w:pPr>
      <w:r w:rsidRPr="00E67D10">
        <w:rPr>
          <w:rFonts w:ascii="Times New Roman" w:hAnsi="Times New Roman" w:cs="Times New Roman"/>
          <w:sz w:val="28"/>
          <w:szCs w:val="28"/>
        </w:rPr>
        <w:br/>
        <w:t>S</w:t>
      </w:r>
      <w:r w:rsidRPr="00E67D10">
        <w:rPr>
          <w:rFonts w:ascii="Times New Roman" w:hAnsi="Times New Roman" w:cs="Times New Roman"/>
          <w:sz w:val="28"/>
          <w:szCs w:val="28"/>
        </w:rPr>
        <w:t>ố</w:t>
      </w:r>
      <w:r w:rsidRPr="00E67D10">
        <w:rPr>
          <w:rFonts w:ascii="Times New Roman" w:hAnsi="Times New Roman" w:cs="Times New Roman"/>
          <w:sz w:val="28"/>
          <w:szCs w:val="28"/>
        </w:rPr>
        <w:t xml:space="preserve"> ti</w:t>
      </w:r>
      <w:r w:rsidRPr="00E67D10">
        <w:rPr>
          <w:rFonts w:ascii="Times New Roman" w:hAnsi="Times New Roman" w:cs="Times New Roman"/>
          <w:sz w:val="28"/>
          <w:szCs w:val="28"/>
        </w:rPr>
        <w:t>ề</w:t>
      </w:r>
      <w:r w:rsidRPr="00E67D10">
        <w:rPr>
          <w:rFonts w:ascii="Times New Roman" w:hAnsi="Times New Roman" w:cs="Times New Roman"/>
          <w:sz w:val="28"/>
          <w:szCs w:val="28"/>
        </w:rPr>
        <w:t>n trên s</w:t>
      </w:r>
      <w:r w:rsidRPr="00E67D10">
        <w:rPr>
          <w:rFonts w:ascii="Times New Roman" w:hAnsi="Times New Roman" w:cs="Times New Roman"/>
          <w:sz w:val="28"/>
          <w:szCs w:val="28"/>
        </w:rPr>
        <w:t>ẽ</w:t>
      </w:r>
      <w:r w:rsidRPr="00E67D10">
        <w:rPr>
          <w:rFonts w:ascii="Times New Roman" w:hAnsi="Times New Roman" w:cs="Times New Roman"/>
          <w:sz w:val="28"/>
          <w:szCs w:val="28"/>
        </w:rPr>
        <w:t xml:space="preserve"> đư</w:t>
      </w:r>
      <w:r w:rsidRPr="00E67D10">
        <w:rPr>
          <w:rFonts w:ascii="Times New Roman" w:hAnsi="Times New Roman" w:cs="Times New Roman"/>
          <w:sz w:val="28"/>
          <w:szCs w:val="28"/>
        </w:rPr>
        <w:t>ợ</w:t>
      </w:r>
      <w:r w:rsidRPr="00E67D10">
        <w:rPr>
          <w:rFonts w:ascii="Times New Roman" w:hAnsi="Times New Roman" w:cs="Times New Roman"/>
          <w:sz w:val="28"/>
          <w:szCs w:val="28"/>
        </w:rPr>
        <w:t>c thanh toán vào đ</w:t>
      </w:r>
      <w:r w:rsidRPr="00E67D10">
        <w:rPr>
          <w:rFonts w:ascii="Times New Roman" w:hAnsi="Times New Roman" w:cs="Times New Roman"/>
          <w:sz w:val="28"/>
          <w:szCs w:val="28"/>
        </w:rPr>
        <w:t>ợ</w:t>
      </w:r>
      <w:r w:rsidRPr="00E67D10">
        <w:rPr>
          <w:rFonts w:ascii="Times New Roman" w:hAnsi="Times New Roman" w:cs="Times New Roman"/>
          <w:sz w:val="28"/>
          <w:szCs w:val="28"/>
        </w:rPr>
        <w:t>t lương tháng .....</w:t>
      </w:r>
      <w:r w:rsidRPr="00E67D10">
        <w:rPr>
          <w:rFonts w:ascii="Times New Roman" w:hAnsi="Times New Roman" w:cs="Times New Roman"/>
          <w:sz w:val="28"/>
          <w:szCs w:val="28"/>
        </w:rPr>
        <w:t>..... ho</w:t>
      </w:r>
      <w:r w:rsidRPr="00E67D10">
        <w:rPr>
          <w:rFonts w:ascii="Times New Roman" w:hAnsi="Times New Roman" w:cs="Times New Roman"/>
          <w:sz w:val="28"/>
          <w:szCs w:val="28"/>
        </w:rPr>
        <w:t>ặ</w:t>
      </w:r>
      <w:r w:rsidRPr="00E67D10">
        <w:rPr>
          <w:rFonts w:ascii="Times New Roman" w:hAnsi="Times New Roman" w:cs="Times New Roman"/>
          <w:sz w:val="28"/>
          <w:szCs w:val="28"/>
        </w:rPr>
        <w:t>c theo hình th</w:t>
      </w:r>
      <w:r w:rsidRPr="00E67D10">
        <w:rPr>
          <w:rFonts w:ascii="Times New Roman" w:hAnsi="Times New Roman" w:cs="Times New Roman"/>
          <w:sz w:val="28"/>
          <w:szCs w:val="28"/>
        </w:rPr>
        <w:t>ứ</w:t>
      </w:r>
      <w:r w:rsidRPr="00E67D10">
        <w:rPr>
          <w:rFonts w:ascii="Times New Roman" w:hAnsi="Times New Roman" w:cs="Times New Roman"/>
          <w:sz w:val="28"/>
          <w:szCs w:val="28"/>
        </w:rPr>
        <w:t>c thanh toán riêng theo th</w:t>
      </w:r>
      <w:r w:rsidRPr="00E67D10">
        <w:rPr>
          <w:rFonts w:ascii="Times New Roman" w:hAnsi="Times New Roman" w:cs="Times New Roman"/>
          <w:sz w:val="28"/>
          <w:szCs w:val="28"/>
        </w:rPr>
        <w:t>ỏ</w:t>
      </w:r>
      <w:r w:rsidRPr="00E67D10">
        <w:rPr>
          <w:rFonts w:ascii="Times New Roman" w:hAnsi="Times New Roman" w:cs="Times New Roman"/>
          <w:sz w:val="28"/>
          <w:szCs w:val="28"/>
        </w:rPr>
        <w:t>a thu</w:t>
      </w:r>
      <w:r w:rsidRPr="00E67D10">
        <w:rPr>
          <w:rFonts w:ascii="Times New Roman" w:hAnsi="Times New Roman" w:cs="Times New Roman"/>
          <w:sz w:val="28"/>
          <w:szCs w:val="28"/>
        </w:rPr>
        <w:t>ậ</w:t>
      </w:r>
      <w:r w:rsidRPr="00E67D10">
        <w:rPr>
          <w:rFonts w:ascii="Times New Roman" w:hAnsi="Times New Roman" w:cs="Times New Roman"/>
          <w:sz w:val="28"/>
          <w:szCs w:val="28"/>
        </w:rPr>
        <w:t>n.</w:t>
      </w:r>
    </w:p>
    <w:p w:rsidR="00081C55" w:rsidRPr="00E67D10" w:rsidRDefault="00E67D10">
      <w:pPr>
        <w:rPr>
          <w:rFonts w:ascii="Times New Roman" w:hAnsi="Times New Roman" w:cs="Times New Roman"/>
          <w:sz w:val="28"/>
          <w:szCs w:val="28"/>
        </w:rPr>
      </w:pPr>
      <w:r w:rsidRPr="00E67D10">
        <w:rPr>
          <w:rFonts w:ascii="Times New Roman" w:hAnsi="Times New Roman" w:cs="Times New Roman"/>
          <w:sz w:val="28"/>
          <w:szCs w:val="28"/>
        </w:rPr>
        <w:br/>
        <w:t>Biên b</w:t>
      </w:r>
      <w:r w:rsidRPr="00E67D10">
        <w:rPr>
          <w:rFonts w:ascii="Times New Roman" w:hAnsi="Times New Roman" w:cs="Times New Roman"/>
          <w:sz w:val="28"/>
          <w:szCs w:val="28"/>
        </w:rPr>
        <w:t>ả</w:t>
      </w:r>
      <w:r w:rsidRPr="00E67D10">
        <w:rPr>
          <w:rFonts w:ascii="Times New Roman" w:hAnsi="Times New Roman" w:cs="Times New Roman"/>
          <w:sz w:val="28"/>
          <w:szCs w:val="28"/>
        </w:rPr>
        <w:t>n đư</w:t>
      </w:r>
      <w:r w:rsidRPr="00E67D10">
        <w:rPr>
          <w:rFonts w:ascii="Times New Roman" w:hAnsi="Times New Roman" w:cs="Times New Roman"/>
          <w:sz w:val="28"/>
          <w:szCs w:val="28"/>
        </w:rPr>
        <w:t>ợ</w:t>
      </w:r>
      <w:r w:rsidRPr="00E67D10">
        <w:rPr>
          <w:rFonts w:ascii="Times New Roman" w:hAnsi="Times New Roman" w:cs="Times New Roman"/>
          <w:sz w:val="28"/>
          <w:szCs w:val="28"/>
        </w:rPr>
        <w:t>c l</w:t>
      </w:r>
      <w:r w:rsidRPr="00E67D10">
        <w:rPr>
          <w:rFonts w:ascii="Times New Roman" w:hAnsi="Times New Roman" w:cs="Times New Roman"/>
          <w:sz w:val="28"/>
          <w:szCs w:val="28"/>
        </w:rPr>
        <w:t>ậ</w:t>
      </w:r>
      <w:r w:rsidRPr="00E67D10">
        <w:rPr>
          <w:rFonts w:ascii="Times New Roman" w:hAnsi="Times New Roman" w:cs="Times New Roman"/>
          <w:sz w:val="28"/>
          <w:szCs w:val="28"/>
        </w:rPr>
        <w:t>p thành 02 b</w:t>
      </w:r>
      <w:r w:rsidRPr="00E67D10">
        <w:rPr>
          <w:rFonts w:ascii="Times New Roman" w:hAnsi="Times New Roman" w:cs="Times New Roman"/>
          <w:sz w:val="28"/>
          <w:szCs w:val="28"/>
        </w:rPr>
        <w:t>ả</w:t>
      </w:r>
      <w:r w:rsidRPr="00E67D10">
        <w:rPr>
          <w:rFonts w:ascii="Times New Roman" w:hAnsi="Times New Roman" w:cs="Times New Roman"/>
          <w:sz w:val="28"/>
          <w:szCs w:val="28"/>
        </w:rPr>
        <w:t>n, m</w:t>
      </w:r>
      <w:r w:rsidRPr="00E67D10">
        <w:rPr>
          <w:rFonts w:ascii="Times New Roman" w:hAnsi="Times New Roman" w:cs="Times New Roman"/>
          <w:sz w:val="28"/>
          <w:szCs w:val="28"/>
        </w:rPr>
        <w:t>ỗ</w:t>
      </w:r>
      <w:r w:rsidRPr="00E67D10">
        <w:rPr>
          <w:rFonts w:ascii="Times New Roman" w:hAnsi="Times New Roman" w:cs="Times New Roman"/>
          <w:sz w:val="28"/>
          <w:szCs w:val="28"/>
        </w:rPr>
        <w:t>i bên gi</w:t>
      </w:r>
      <w:r w:rsidRPr="00E67D10">
        <w:rPr>
          <w:rFonts w:ascii="Times New Roman" w:hAnsi="Times New Roman" w:cs="Times New Roman"/>
          <w:sz w:val="28"/>
          <w:szCs w:val="28"/>
        </w:rPr>
        <w:t>ữ</w:t>
      </w:r>
      <w:r w:rsidRPr="00E67D10">
        <w:rPr>
          <w:rFonts w:ascii="Times New Roman" w:hAnsi="Times New Roman" w:cs="Times New Roman"/>
          <w:sz w:val="28"/>
          <w:szCs w:val="28"/>
        </w:rPr>
        <w:t xml:space="preserve"> 01 b</w:t>
      </w:r>
      <w:r w:rsidRPr="00E67D10">
        <w:rPr>
          <w:rFonts w:ascii="Times New Roman" w:hAnsi="Times New Roman" w:cs="Times New Roman"/>
          <w:sz w:val="28"/>
          <w:szCs w:val="28"/>
        </w:rPr>
        <w:t>ả</w:t>
      </w:r>
      <w:r w:rsidRPr="00E67D10">
        <w:rPr>
          <w:rFonts w:ascii="Times New Roman" w:hAnsi="Times New Roman" w:cs="Times New Roman"/>
          <w:sz w:val="28"/>
          <w:szCs w:val="28"/>
        </w:rPr>
        <w:t>n và có giá tr</w:t>
      </w:r>
      <w:r w:rsidRPr="00E67D10">
        <w:rPr>
          <w:rFonts w:ascii="Times New Roman" w:hAnsi="Times New Roman" w:cs="Times New Roman"/>
          <w:sz w:val="28"/>
          <w:szCs w:val="28"/>
        </w:rPr>
        <w:t>ị</w:t>
      </w:r>
      <w:r w:rsidRPr="00E67D10">
        <w:rPr>
          <w:rFonts w:ascii="Times New Roman" w:hAnsi="Times New Roman" w:cs="Times New Roman"/>
          <w:sz w:val="28"/>
          <w:szCs w:val="28"/>
        </w:rPr>
        <w:t xml:space="preserve"> pháp lý như nhau.</w:t>
      </w:r>
    </w:p>
    <w:p w:rsidR="00081C55" w:rsidRPr="00E67D10" w:rsidRDefault="00E67D10" w:rsidP="00E67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D10">
        <w:rPr>
          <w:rFonts w:ascii="Times New Roman" w:hAnsi="Times New Roman" w:cs="Times New Roman"/>
          <w:b/>
          <w:sz w:val="28"/>
          <w:szCs w:val="28"/>
        </w:rPr>
        <w:lastRenderedPageBreak/>
        <w:br/>
        <w:t>Đ</w:t>
      </w:r>
      <w:r w:rsidRPr="00E67D10">
        <w:rPr>
          <w:rFonts w:ascii="Times New Roman" w:hAnsi="Times New Roman" w:cs="Times New Roman"/>
          <w:b/>
          <w:sz w:val="28"/>
          <w:szCs w:val="28"/>
        </w:rPr>
        <w:t>Ạ</w:t>
      </w:r>
      <w:r w:rsidRPr="00E67D10">
        <w:rPr>
          <w:rFonts w:ascii="Times New Roman" w:hAnsi="Times New Roman" w:cs="Times New Roman"/>
          <w:b/>
          <w:sz w:val="28"/>
          <w:szCs w:val="28"/>
        </w:rPr>
        <w:t>I DI</w:t>
      </w:r>
      <w:r w:rsidRPr="00E67D10">
        <w:rPr>
          <w:rFonts w:ascii="Times New Roman" w:hAnsi="Times New Roman" w:cs="Times New Roman"/>
          <w:b/>
          <w:sz w:val="28"/>
          <w:szCs w:val="28"/>
        </w:rPr>
        <w:t>Ệ</w:t>
      </w:r>
      <w:r w:rsidRPr="00E67D10">
        <w:rPr>
          <w:rFonts w:ascii="Times New Roman" w:hAnsi="Times New Roman" w:cs="Times New Roman"/>
          <w:b/>
          <w:sz w:val="28"/>
          <w:szCs w:val="28"/>
        </w:rPr>
        <w:t>N CÔNG TY                       NGƯ</w:t>
      </w:r>
      <w:r w:rsidRPr="00E67D10">
        <w:rPr>
          <w:rFonts w:ascii="Times New Roman" w:hAnsi="Times New Roman" w:cs="Times New Roman"/>
          <w:b/>
          <w:sz w:val="28"/>
          <w:szCs w:val="28"/>
        </w:rPr>
        <w:t>Ờ</w:t>
      </w:r>
      <w:r w:rsidRPr="00E67D10">
        <w:rPr>
          <w:rFonts w:ascii="Times New Roman" w:hAnsi="Times New Roman" w:cs="Times New Roman"/>
          <w:b/>
          <w:sz w:val="28"/>
          <w:szCs w:val="28"/>
        </w:rPr>
        <w:t>I LAO Đ</w:t>
      </w:r>
      <w:r w:rsidRPr="00E67D10">
        <w:rPr>
          <w:rFonts w:ascii="Times New Roman" w:hAnsi="Times New Roman" w:cs="Times New Roman"/>
          <w:b/>
          <w:sz w:val="28"/>
          <w:szCs w:val="28"/>
        </w:rPr>
        <w:t>Ộ</w:t>
      </w:r>
      <w:r w:rsidRPr="00E67D10">
        <w:rPr>
          <w:rFonts w:ascii="Times New Roman" w:hAnsi="Times New Roman" w:cs="Times New Roman"/>
          <w:b/>
          <w:sz w:val="28"/>
          <w:szCs w:val="28"/>
        </w:rPr>
        <w:t>NG</w:t>
      </w:r>
    </w:p>
    <w:p w:rsidR="00081C55" w:rsidRPr="00E67D10" w:rsidRDefault="00E67D10" w:rsidP="00E67D10">
      <w:pPr>
        <w:rPr>
          <w:rFonts w:ascii="Times New Roman" w:hAnsi="Times New Roman" w:cs="Times New Roman"/>
          <w:b/>
          <w:sz w:val="28"/>
          <w:szCs w:val="28"/>
        </w:rPr>
      </w:pPr>
      <w:r w:rsidRPr="00E67D10">
        <w:rPr>
          <w:rFonts w:ascii="Times New Roman" w:hAnsi="Times New Roman" w:cs="Times New Roman"/>
          <w:b/>
          <w:sz w:val="28"/>
          <w:szCs w:val="28"/>
        </w:rPr>
        <w:t>(Ký, h</w:t>
      </w:r>
      <w:r w:rsidRPr="00E67D10">
        <w:rPr>
          <w:rFonts w:ascii="Times New Roman" w:hAnsi="Times New Roman" w:cs="Times New Roman"/>
          <w:b/>
          <w:sz w:val="28"/>
          <w:szCs w:val="28"/>
        </w:rPr>
        <w:t>ọ</w:t>
      </w:r>
      <w:r w:rsidRPr="00E67D10">
        <w:rPr>
          <w:rFonts w:ascii="Times New Roman" w:hAnsi="Times New Roman" w:cs="Times New Roman"/>
          <w:b/>
          <w:sz w:val="28"/>
          <w:szCs w:val="28"/>
        </w:rPr>
        <w:t xml:space="preserve"> tên, đóng d</w:t>
      </w:r>
      <w:r w:rsidRPr="00E67D10">
        <w:rPr>
          <w:rFonts w:ascii="Times New Roman" w:hAnsi="Times New Roman" w:cs="Times New Roman"/>
          <w:b/>
          <w:sz w:val="28"/>
          <w:szCs w:val="28"/>
        </w:rPr>
        <w:t>ấ</w:t>
      </w:r>
      <w:r w:rsidRPr="00E67D10">
        <w:rPr>
          <w:rFonts w:ascii="Times New Roman" w:hAnsi="Times New Roman" w:cs="Times New Roman"/>
          <w:b/>
          <w:sz w:val="28"/>
          <w:szCs w:val="28"/>
        </w:rPr>
        <w:t>u n</w:t>
      </w:r>
      <w:r w:rsidRPr="00E67D10">
        <w:rPr>
          <w:rFonts w:ascii="Times New Roman" w:hAnsi="Times New Roman" w:cs="Times New Roman"/>
          <w:b/>
          <w:sz w:val="28"/>
          <w:szCs w:val="28"/>
        </w:rPr>
        <w:t>ế</w:t>
      </w:r>
      <w:r w:rsidRPr="00E67D10">
        <w:rPr>
          <w:rFonts w:ascii="Times New Roman" w:hAnsi="Times New Roman" w:cs="Times New Roman"/>
          <w:b/>
          <w:sz w:val="28"/>
          <w:szCs w:val="28"/>
        </w:rPr>
        <w:t xml:space="preserve">u có)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bookmarkStart w:id="0" w:name="_GoBack"/>
      <w:bookmarkEnd w:id="0"/>
      <w:r w:rsidRPr="00E67D10">
        <w:rPr>
          <w:rFonts w:ascii="Times New Roman" w:hAnsi="Times New Roman" w:cs="Times New Roman"/>
          <w:b/>
          <w:sz w:val="28"/>
          <w:szCs w:val="28"/>
        </w:rPr>
        <w:t xml:space="preserve"> (Ký, h</w:t>
      </w:r>
      <w:r w:rsidRPr="00E67D10">
        <w:rPr>
          <w:rFonts w:ascii="Times New Roman" w:hAnsi="Times New Roman" w:cs="Times New Roman"/>
          <w:b/>
          <w:sz w:val="28"/>
          <w:szCs w:val="28"/>
        </w:rPr>
        <w:t>ọ</w:t>
      </w:r>
      <w:r w:rsidRPr="00E67D10">
        <w:rPr>
          <w:rFonts w:ascii="Times New Roman" w:hAnsi="Times New Roman" w:cs="Times New Roman"/>
          <w:b/>
          <w:sz w:val="28"/>
          <w:szCs w:val="28"/>
        </w:rPr>
        <w:t xml:space="preserve"> tên)</w:t>
      </w:r>
    </w:p>
    <w:sectPr w:rsidR="00081C55" w:rsidRPr="00E67D1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1C55"/>
    <w:rsid w:val="0015074B"/>
    <w:rsid w:val="0029639D"/>
    <w:rsid w:val="00326F90"/>
    <w:rsid w:val="00AA1D8D"/>
    <w:rsid w:val="00B47730"/>
    <w:rsid w:val="00CB0664"/>
    <w:rsid w:val="00E67D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23C0BC3E-D74E-4103-891C-B5347DED8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5E8ACB-7E98-4FF5-9E3C-2EAFDD41C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2025-06-12T09:02:00Z</dcterms:created>
  <dcterms:modified xsi:type="dcterms:W3CDTF">2025-06-12T09:02:00Z</dcterms:modified>
  <cp:category/>
</cp:coreProperties>
</file>