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129ED" w14:textId="1ADA5119" w:rsidR="0024214C" w:rsidRPr="0024214C" w:rsidRDefault="00000000" w:rsidP="0024214C">
      <w:pPr>
        <w:ind w:right="-270"/>
        <w:rPr>
          <w:rFonts w:ascii="Times New Roman" w:hAnsi="Times New Roman" w:cs="Times New Roman"/>
          <w:b/>
          <w:color w:val="000000"/>
          <w:sz w:val="24"/>
        </w:rPr>
      </w:pPr>
      <w:r w:rsidRPr="0024214C">
        <w:rPr>
          <w:rFonts w:ascii="Times New Roman" w:hAnsi="Times New Roman" w:cs="Times New Roman"/>
          <w:b/>
          <w:color w:val="000000"/>
          <w:sz w:val="24"/>
        </w:rPr>
        <w:t>CƠ QUAN/ĐƠN VỊ ......................</w:t>
      </w:r>
      <w:r w:rsidR="0024214C" w:rsidRPr="0024214C">
        <w:rPr>
          <w:rFonts w:ascii="Times New Roman" w:hAnsi="Times New Roman" w:cs="Times New Roman"/>
          <w:b/>
          <w:color w:val="000000"/>
          <w:sz w:val="24"/>
        </w:rPr>
        <w:t xml:space="preserve">                </w:t>
      </w:r>
      <w:r w:rsidR="0024214C">
        <w:rPr>
          <w:rFonts w:ascii="Times New Roman" w:hAnsi="Times New Roman" w:cs="Times New Roman"/>
          <w:b/>
          <w:color w:val="000000"/>
          <w:sz w:val="24"/>
        </w:rPr>
        <w:t xml:space="preserve">   </w:t>
      </w:r>
      <w:r w:rsidR="0024214C" w:rsidRPr="0024214C">
        <w:rPr>
          <w:rFonts w:ascii="Times New Roman" w:hAnsi="Times New Roman" w:cs="Times New Roman"/>
          <w:b/>
          <w:color w:val="000000"/>
          <w:sz w:val="24"/>
        </w:rPr>
        <w:t>CỘNG HÒA XÃ HỘI CHỦ NGHĨA VIỆT</w:t>
      </w:r>
      <w:r w:rsidR="0024214C" w:rsidRPr="0024214C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24214C" w:rsidRPr="0024214C">
        <w:rPr>
          <w:rFonts w:ascii="Times New Roman" w:hAnsi="Times New Roman" w:cs="Times New Roman"/>
          <w:b/>
          <w:color w:val="000000"/>
          <w:sz w:val="24"/>
        </w:rPr>
        <w:t>NAM</w:t>
      </w:r>
    </w:p>
    <w:p w14:paraId="218AEACF" w14:textId="3F5A9544" w:rsidR="0024214C" w:rsidRPr="0024214C" w:rsidRDefault="0024214C" w:rsidP="0024214C">
      <w:pPr>
        <w:ind w:left="5310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     </w:t>
      </w:r>
      <w:r w:rsidRPr="0024214C">
        <w:rPr>
          <w:rFonts w:ascii="Times New Roman" w:hAnsi="Times New Roman" w:cs="Times New Roman"/>
          <w:b/>
          <w:color w:val="000000"/>
          <w:sz w:val="24"/>
        </w:rPr>
        <w:t>Độc lập - Tự do - Hạnh phúc</w:t>
      </w:r>
    </w:p>
    <w:p w14:paraId="264FBEE6" w14:textId="695ED114" w:rsidR="00780929" w:rsidRPr="0024214C" w:rsidRDefault="00000000" w:rsidP="0024214C">
      <w:pPr>
        <w:ind w:left="5310" w:hanging="5220"/>
        <w:rPr>
          <w:rFonts w:ascii="Times New Roman" w:hAnsi="Times New Roman" w:cs="Times New Roman"/>
          <w:b/>
          <w:color w:val="000000"/>
          <w:sz w:val="24"/>
        </w:rPr>
      </w:pPr>
      <w:r w:rsidRPr="0024214C">
        <w:rPr>
          <w:rFonts w:ascii="Times New Roman" w:hAnsi="Times New Roman" w:cs="Times New Roman"/>
          <w:b/>
          <w:color w:val="000000"/>
          <w:sz w:val="24"/>
        </w:rPr>
        <w:t>Số: ....../QĐ-....</w:t>
      </w:r>
    </w:p>
    <w:p w14:paraId="367F7783" w14:textId="4B352AE3" w:rsidR="00780929" w:rsidRPr="0024214C" w:rsidRDefault="00000000">
      <w:pPr>
        <w:jc w:val="center"/>
        <w:rPr>
          <w:rFonts w:ascii="Times New Roman" w:hAnsi="Times New Roman" w:cs="Times New Roman"/>
        </w:rPr>
      </w:pPr>
      <w:r w:rsidRPr="0024214C">
        <w:rPr>
          <w:rFonts w:ascii="Times New Roman" w:hAnsi="Times New Roman" w:cs="Times New Roman"/>
          <w:b/>
          <w:color w:val="000000"/>
          <w:sz w:val="28"/>
        </w:rPr>
        <w:t>QUYẾT ĐỊNH</w:t>
      </w:r>
      <w:r w:rsidRPr="0024214C">
        <w:rPr>
          <w:rFonts w:ascii="Times New Roman" w:hAnsi="Times New Roman" w:cs="Times New Roman"/>
          <w:b/>
          <w:color w:val="000000"/>
          <w:sz w:val="28"/>
        </w:rPr>
        <w:br/>
        <w:t xml:space="preserve">Về việc cử </w:t>
      </w:r>
      <w:r w:rsidR="00C7280A">
        <w:rPr>
          <w:rFonts w:ascii="Times New Roman" w:hAnsi="Times New Roman" w:cs="Times New Roman"/>
          <w:b/>
          <w:color w:val="000000"/>
          <w:sz w:val="28"/>
        </w:rPr>
        <w:t>nhân viên</w:t>
      </w:r>
      <w:r w:rsidRPr="0024214C">
        <w:rPr>
          <w:rFonts w:ascii="Times New Roman" w:hAnsi="Times New Roman" w:cs="Times New Roman"/>
          <w:b/>
          <w:color w:val="000000"/>
          <w:sz w:val="28"/>
        </w:rPr>
        <w:t xml:space="preserve"> đi công tác trong nước</w:t>
      </w:r>
    </w:p>
    <w:p w14:paraId="74B41BCC" w14:textId="16D1A93E" w:rsidR="00780929" w:rsidRPr="0024214C" w:rsidRDefault="00780929" w:rsidP="0024214C">
      <w:pPr>
        <w:rPr>
          <w:rFonts w:ascii="Times New Roman" w:hAnsi="Times New Roman" w:cs="Times New Roman"/>
          <w:sz w:val="24"/>
          <w:szCs w:val="24"/>
        </w:rPr>
      </w:pPr>
    </w:p>
    <w:p w14:paraId="3C9B4AE9" w14:textId="77777777" w:rsidR="00780929" w:rsidRPr="0024214C" w:rsidRDefault="00000000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sz w:val="24"/>
          <w:szCs w:val="24"/>
        </w:rPr>
        <w:t>- Căn cứ Quy chế làm việc và chức năng, nhiệm vụ, quyền hạn của cơ quan/đơn vị;</w:t>
      </w:r>
    </w:p>
    <w:p w14:paraId="2C959267" w14:textId="77777777" w:rsidR="00780929" w:rsidRPr="0024214C" w:rsidRDefault="00000000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sz w:val="24"/>
          <w:szCs w:val="24"/>
        </w:rPr>
        <w:t>- Xét đề nghị của Trưởng phòng ..................;</w:t>
      </w:r>
    </w:p>
    <w:p w14:paraId="011E5762" w14:textId="77777777" w:rsidR="00780929" w:rsidRPr="0024214C" w:rsidRDefault="00000000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b/>
          <w:color w:val="000000"/>
          <w:sz w:val="24"/>
          <w:szCs w:val="24"/>
        </w:rPr>
        <w:br/>
        <w:t>QUYẾT ĐỊNH:</w:t>
      </w:r>
    </w:p>
    <w:p w14:paraId="040AF58A" w14:textId="77777777" w:rsidR="00780929" w:rsidRPr="0024214C" w:rsidRDefault="00000000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sz w:val="24"/>
          <w:szCs w:val="24"/>
        </w:rPr>
        <w:t>Điều 1. Cử ông/bà: ............................................................</w:t>
      </w:r>
      <w:r w:rsidRPr="0024214C">
        <w:rPr>
          <w:rFonts w:ascii="Times New Roman" w:hAnsi="Times New Roman" w:cs="Times New Roman"/>
          <w:sz w:val="24"/>
          <w:szCs w:val="24"/>
        </w:rPr>
        <w:br/>
        <w:t>Ngày sinh: ....../....../........</w:t>
      </w:r>
      <w:r w:rsidRPr="0024214C">
        <w:rPr>
          <w:rFonts w:ascii="Times New Roman" w:hAnsi="Times New Roman" w:cs="Times New Roman"/>
          <w:sz w:val="24"/>
          <w:szCs w:val="24"/>
        </w:rPr>
        <w:br/>
        <w:t>Chức vụ: ...........................................................................</w:t>
      </w:r>
      <w:r w:rsidRPr="0024214C">
        <w:rPr>
          <w:rFonts w:ascii="Times New Roman" w:hAnsi="Times New Roman" w:cs="Times New Roman"/>
          <w:sz w:val="24"/>
          <w:szCs w:val="24"/>
        </w:rPr>
        <w:br/>
        <w:t>Đơn vị công tác: .................................................................</w:t>
      </w:r>
      <w:r w:rsidRPr="0024214C">
        <w:rPr>
          <w:rFonts w:ascii="Times New Roman" w:hAnsi="Times New Roman" w:cs="Times New Roman"/>
          <w:sz w:val="24"/>
          <w:szCs w:val="24"/>
        </w:rPr>
        <w:br/>
        <w:t>Đi công tác tại: .................................................................</w:t>
      </w:r>
      <w:r w:rsidRPr="0024214C">
        <w:rPr>
          <w:rFonts w:ascii="Times New Roman" w:hAnsi="Times New Roman" w:cs="Times New Roman"/>
          <w:sz w:val="24"/>
          <w:szCs w:val="24"/>
        </w:rPr>
        <w:br/>
        <w:t>Thời gian: từ ngày ....... đến ngày .......</w:t>
      </w:r>
      <w:r w:rsidRPr="0024214C">
        <w:rPr>
          <w:rFonts w:ascii="Times New Roman" w:hAnsi="Times New Roman" w:cs="Times New Roman"/>
          <w:sz w:val="24"/>
          <w:szCs w:val="24"/>
        </w:rPr>
        <w:br/>
        <w:t>Phương tiện: .................................................................</w:t>
      </w:r>
    </w:p>
    <w:p w14:paraId="337A65AF" w14:textId="77777777" w:rsidR="00780929" w:rsidRPr="0024214C" w:rsidRDefault="00000000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sz w:val="24"/>
          <w:szCs w:val="24"/>
        </w:rPr>
        <w:t>Điều 2. Ông/bà có trách nhiệm thực hiện đúng nội dung, thời gian công tác được giao và báo cáo kết quả công tác sau khi hoàn thành.</w:t>
      </w:r>
    </w:p>
    <w:p w14:paraId="054578F4" w14:textId="0F4B13BE" w:rsidR="0024214C" w:rsidRPr="009C67CE" w:rsidRDefault="00000000" w:rsidP="009C67CE">
      <w:pPr>
        <w:rPr>
          <w:rFonts w:ascii="Times New Roman" w:hAnsi="Times New Roman" w:cs="Times New Roman"/>
          <w:sz w:val="24"/>
          <w:szCs w:val="24"/>
        </w:rPr>
      </w:pPr>
      <w:r w:rsidRPr="0024214C">
        <w:rPr>
          <w:rFonts w:ascii="Times New Roman" w:hAnsi="Times New Roman" w:cs="Times New Roman"/>
          <w:sz w:val="24"/>
          <w:szCs w:val="24"/>
        </w:rPr>
        <w:t>Điều 3. Các phòng ban, bộ phận liên quan và ông/bà có tên tại Điều 1 chịu trách nhiệm thi hành Quyết định này.</w:t>
      </w:r>
      <w:r w:rsidRPr="0024214C">
        <w:rPr>
          <w:rFonts w:ascii="Times New Roman" w:hAnsi="Times New Roman" w:cs="Times New Roman"/>
        </w:rPr>
        <w:br/>
      </w:r>
    </w:p>
    <w:p w14:paraId="34D20758" w14:textId="77777777" w:rsidR="009C67CE" w:rsidRPr="009C67CE" w:rsidRDefault="009C67CE" w:rsidP="009C67CE">
      <w:pPr>
        <w:jc w:val="right"/>
        <w:rPr>
          <w:rFonts w:ascii="Times New Roman" w:hAnsi="Times New Roman" w:cs="Times New Roman"/>
        </w:rPr>
      </w:pPr>
    </w:p>
    <w:p w14:paraId="454BA92B" w14:textId="0DCC891E" w:rsidR="009C67CE" w:rsidRPr="009C67CE" w:rsidRDefault="009C67CE" w:rsidP="009C67CE">
      <w:pPr>
        <w:jc w:val="right"/>
        <w:rPr>
          <w:rFonts w:ascii="Times New Roman" w:hAnsi="Times New Roman" w:cs="Times New Roman"/>
          <w:sz w:val="24"/>
          <w:szCs w:val="24"/>
        </w:rPr>
      </w:pPr>
      <w:r w:rsidRPr="009C67CE">
        <w:rPr>
          <w:rFonts w:ascii="Times New Roman" w:hAnsi="Times New Roman" w:cs="Times New Roman"/>
          <w:sz w:val="24"/>
          <w:szCs w:val="24"/>
        </w:rPr>
        <w:t>......., ngày .... tháng .... năm ....</w:t>
      </w:r>
    </w:p>
    <w:tbl>
      <w:tblPr>
        <w:tblW w:w="119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8"/>
        <w:gridCol w:w="8627"/>
      </w:tblGrid>
      <w:tr w:rsidR="009C67CE" w:rsidRPr="00C057F1" w14:paraId="5526D700" w14:textId="77777777" w:rsidTr="009C67CE">
        <w:trPr>
          <w:trHeight w:val="960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823DC" w14:textId="77777777" w:rsidR="009C67CE" w:rsidRPr="0024214C" w:rsidRDefault="009C67CE" w:rsidP="009C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nhận: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Như Điều 3;</w:t>
            </w:r>
          </w:p>
          <w:p w14:paraId="743498A5" w14:textId="77777777" w:rsidR="009C67CE" w:rsidRPr="0024214C" w:rsidRDefault="009C67CE" w:rsidP="009C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Ban Giám đốc (b/c);</w:t>
            </w:r>
          </w:p>
          <w:p w14:paraId="20D0D719" w14:textId="77777777" w:rsidR="009C67CE" w:rsidRPr="0024214C" w:rsidRDefault="009C67CE" w:rsidP="009C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Phòng Tổ chức - Hành chính;</w:t>
            </w:r>
          </w:p>
          <w:p w14:paraId="06D895F4" w14:textId="77777777" w:rsidR="009C67CE" w:rsidRPr="0024214C" w:rsidRDefault="009C67CE" w:rsidP="009C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Lưu VT, ...</w:t>
            </w:r>
          </w:p>
          <w:p w14:paraId="02A59F02" w14:textId="3DFD6A23" w:rsidR="009C67CE" w:rsidRPr="00C057F1" w:rsidRDefault="009C67CE" w:rsidP="008C7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1AEAC" w14:textId="77777777" w:rsidR="009C67CE" w:rsidRPr="00C057F1" w:rsidRDefault="009C67CE" w:rsidP="008C7788">
            <w:pPr>
              <w:spacing w:after="0" w:line="240" w:lineRule="auto"/>
              <w:ind w:left="10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tế và đóng dấu)</w:t>
            </w:r>
          </w:p>
        </w:tc>
      </w:tr>
    </w:tbl>
    <w:p w14:paraId="51EB24C2" w14:textId="54B563E5" w:rsidR="00780929" w:rsidRPr="0024214C" w:rsidRDefault="00780929" w:rsidP="009C67CE">
      <w:pPr>
        <w:rPr>
          <w:rFonts w:ascii="Times New Roman" w:hAnsi="Times New Roman" w:cs="Times New Roman"/>
        </w:rPr>
      </w:pPr>
    </w:p>
    <w:sectPr w:rsidR="00780929" w:rsidRPr="0024214C" w:rsidSect="0024214C">
      <w:pgSz w:w="12240" w:h="15840"/>
      <w:pgMar w:top="1440" w:right="99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486737">
    <w:abstractNumId w:val="8"/>
  </w:num>
  <w:num w:numId="2" w16cid:durableId="616063910">
    <w:abstractNumId w:val="6"/>
  </w:num>
  <w:num w:numId="3" w16cid:durableId="203106292">
    <w:abstractNumId w:val="5"/>
  </w:num>
  <w:num w:numId="4" w16cid:durableId="1679428175">
    <w:abstractNumId w:val="4"/>
  </w:num>
  <w:num w:numId="5" w16cid:durableId="1486238907">
    <w:abstractNumId w:val="7"/>
  </w:num>
  <w:num w:numId="6" w16cid:durableId="541212985">
    <w:abstractNumId w:val="3"/>
  </w:num>
  <w:num w:numId="7" w16cid:durableId="1742634944">
    <w:abstractNumId w:val="2"/>
  </w:num>
  <w:num w:numId="8" w16cid:durableId="1783844801">
    <w:abstractNumId w:val="1"/>
  </w:num>
  <w:num w:numId="9" w16cid:durableId="76526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214C"/>
    <w:rsid w:val="0029639D"/>
    <w:rsid w:val="00326F90"/>
    <w:rsid w:val="0044297A"/>
    <w:rsid w:val="00780929"/>
    <w:rsid w:val="008C1309"/>
    <w:rsid w:val="009C67CE"/>
    <w:rsid w:val="00A413B7"/>
    <w:rsid w:val="00AA1D8D"/>
    <w:rsid w:val="00AB4181"/>
    <w:rsid w:val="00B47730"/>
    <w:rsid w:val="00C7280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EDB303"/>
  <w14:defaultImageDpi w14:val="300"/>
  <w15:docId w15:val="{846B5D9E-950D-42ED-8732-BFEA4D29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3</cp:revision>
  <dcterms:created xsi:type="dcterms:W3CDTF">2025-08-27T09:08:00Z</dcterms:created>
  <dcterms:modified xsi:type="dcterms:W3CDTF">2025-08-27T09:21:00Z</dcterms:modified>
  <cp:category/>
</cp:coreProperties>
</file>