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083"/>
      </w:tblGrid>
      <w:tr w:rsidR="000A088A" w:rsidRPr="000A088A" w:rsidTr="00F153CD">
        <w:tc>
          <w:tcPr>
            <w:tcW w:w="2547" w:type="dxa"/>
          </w:tcPr>
          <w:p w:rsidR="00F153CD" w:rsidRPr="000A088A" w:rsidRDefault="00F153CD" w:rsidP="00F153CD">
            <w:pPr>
              <w:pStyle w:val="NormalWeb"/>
              <w:rPr>
                <w:sz w:val="28"/>
                <w:szCs w:val="28"/>
              </w:rPr>
            </w:pPr>
            <w:r w:rsidRPr="000A088A">
              <w:rPr>
                <w:rStyle w:val="Strong"/>
                <w:sz w:val="28"/>
                <w:szCs w:val="28"/>
              </w:rPr>
              <w:t>CÔNG TY [TÊN CÔNG TY]</w:t>
            </w:r>
            <w:r w:rsidR="008C1E5D" w:rsidRPr="000A088A">
              <w:rPr>
                <w:sz w:val="28"/>
                <w:szCs w:val="28"/>
              </w:rPr>
              <w:br/>
            </w:r>
          </w:p>
          <w:p w:rsidR="00F153CD" w:rsidRPr="000A088A" w:rsidRDefault="00F15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3" w:type="dxa"/>
          </w:tcPr>
          <w:p w:rsidR="00F153CD" w:rsidRPr="000A088A" w:rsidRDefault="00F153CD" w:rsidP="000A088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88A">
              <w:rPr>
                <w:rFonts w:ascii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:rsidR="00F153CD" w:rsidRPr="000A088A" w:rsidRDefault="00F153CD" w:rsidP="000A088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8A">
              <w:rPr>
                <w:rFonts w:ascii="Times New Roman" w:hAnsi="Times New Roman" w:cs="Times New Roman"/>
                <w:b/>
                <w:sz w:val="28"/>
                <w:szCs w:val="28"/>
              </w:rPr>
              <w:t>Độc lập-Tự do-Hạnh phúc</w:t>
            </w:r>
          </w:p>
        </w:tc>
      </w:tr>
      <w:tr w:rsidR="00260DFC" w:rsidRPr="000A088A" w:rsidTr="00F153CD">
        <w:tc>
          <w:tcPr>
            <w:tcW w:w="2547" w:type="dxa"/>
          </w:tcPr>
          <w:p w:rsidR="00260DFC" w:rsidRPr="000A088A" w:rsidRDefault="00260DFC" w:rsidP="00F153CD">
            <w:pPr>
              <w:pStyle w:val="NormalWeb"/>
              <w:rPr>
                <w:rStyle w:val="Strong"/>
                <w:sz w:val="28"/>
                <w:szCs w:val="28"/>
              </w:rPr>
            </w:pPr>
          </w:p>
        </w:tc>
        <w:tc>
          <w:tcPr>
            <w:tcW w:w="6083" w:type="dxa"/>
          </w:tcPr>
          <w:p w:rsidR="00260DFC" w:rsidRPr="000A088A" w:rsidRDefault="00260DFC" w:rsidP="00F15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A088A" w:rsidRPr="000A088A" w:rsidRDefault="000A088A" w:rsidP="000A088A">
      <w:pPr>
        <w:pStyle w:val="NormalWeb"/>
        <w:jc w:val="center"/>
        <w:rPr>
          <w:sz w:val="28"/>
          <w:szCs w:val="28"/>
        </w:rPr>
      </w:pPr>
      <w:r w:rsidRPr="000A088A">
        <w:rPr>
          <w:rStyle w:val="Strong"/>
          <w:sz w:val="28"/>
          <w:szCs w:val="28"/>
        </w:rPr>
        <w:t>PHỤ LỤC HỢP ĐỒNG LAO ĐỘNG</w:t>
      </w:r>
      <w:r w:rsidRPr="000A088A">
        <w:rPr>
          <w:sz w:val="28"/>
          <w:szCs w:val="28"/>
        </w:rPr>
        <w:br/>
        <w:t>(Số: …/PLHĐLĐ)</w:t>
      </w:r>
    </w:p>
    <w:p w:rsidR="000A088A" w:rsidRPr="000A088A" w:rsidRDefault="000A088A" w:rsidP="000A088A">
      <w:pPr>
        <w:pStyle w:val="NormalWeb"/>
        <w:numPr>
          <w:ilvl w:val="0"/>
          <w:numId w:val="22"/>
        </w:numPr>
        <w:rPr>
          <w:sz w:val="28"/>
          <w:szCs w:val="28"/>
        </w:rPr>
      </w:pPr>
      <w:r w:rsidRPr="000A088A">
        <w:rPr>
          <w:sz w:val="28"/>
          <w:szCs w:val="28"/>
        </w:rPr>
        <w:t>Căn cứ Bộ luật Lao động ngày 20 tháng 11 năm 2019;</w:t>
      </w:r>
    </w:p>
    <w:p w:rsidR="000A088A" w:rsidRPr="000A088A" w:rsidRDefault="000A088A" w:rsidP="000A088A">
      <w:pPr>
        <w:pStyle w:val="NormalWeb"/>
        <w:numPr>
          <w:ilvl w:val="0"/>
          <w:numId w:val="22"/>
        </w:numPr>
        <w:rPr>
          <w:sz w:val="28"/>
          <w:szCs w:val="28"/>
        </w:rPr>
      </w:pPr>
      <w:r w:rsidRPr="000A088A">
        <w:rPr>
          <w:sz w:val="28"/>
          <w:szCs w:val="28"/>
        </w:rPr>
        <w:t>Căn cứ Hợp đồng lao động số: …/HĐLĐ ngày …/…/… đã ký kết giữa các bên;</w:t>
      </w:r>
    </w:p>
    <w:p w:rsidR="000A088A" w:rsidRPr="000A088A" w:rsidRDefault="000A088A" w:rsidP="000A088A">
      <w:pPr>
        <w:pStyle w:val="NormalWeb"/>
        <w:numPr>
          <w:ilvl w:val="0"/>
          <w:numId w:val="22"/>
        </w:numPr>
        <w:rPr>
          <w:sz w:val="28"/>
          <w:szCs w:val="28"/>
        </w:rPr>
      </w:pPr>
      <w:r w:rsidRPr="000A088A">
        <w:rPr>
          <w:sz w:val="28"/>
          <w:szCs w:val="28"/>
        </w:rPr>
        <w:t>Xét nhu cầu và thỏa thuận giữa hai bên,</w:t>
      </w:r>
    </w:p>
    <w:p w:rsidR="000A088A" w:rsidRPr="000A088A" w:rsidRDefault="000A088A" w:rsidP="000A088A">
      <w:pPr>
        <w:pStyle w:val="NormalWeb"/>
        <w:rPr>
          <w:sz w:val="28"/>
          <w:szCs w:val="28"/>
        </w:rPr>
      </w:pPr>
      <w:r w:rsidRPr="000A088A">
        <w:rPr>
          <w:sz w:val="28"/>
          <w:szCs w:val="28"/>
        </w:rPr>
        <w:t>Hôm nay, ngày … tháng … năm …, chúng tôi gồm có:</w:t>
      </w:r>
      <w:bookmarkStart w:id="0" w:name="_GoBack"/>
      <w:bookmarkEnd w:id="0"/>
    </w:p>
    <w:p w:rsidR="000A088A" w:rsidRPr="000A088A" w:rsidRDefault="000A088A" w:rsidP="000A088A">
      <w:pPr>
        <w:pStyle w:val="NormalWeb"/>
        <w:rPr>
          <w:sz w:val="28"/>
          <w:szCs w:val="28"/>
        </w:rPr>
      </w:pPr>
      <w:r w:rsidRPr="000A088A">
        <w:rPr>
          <w:rStyle w:val="Strong"/>
          <w:sz w:val="28"/>
          <w:szCs w:val="28"/>
        </w:rPr>
        <w:t>BÊN A: NGƯỜI SỬ DỤNG LAO ĐỘNG</w:t>
      </w:r>
    </w:p>
    <w:p w:rsidR="000A088A" w:rsidRPr="000A088A" w:rsidRDefault="000A088A" w:rsidP="000A088A">
      <w:pPr>
        <w:pStyle w:val="NormalWeb"/>
        <w:numPr>
          <w:ilvl w:val="0"/>
          <w:numId w:val="23"/>
        </w:numPr>
        <w:rPr>
          <w:sz w:val="28"/>
          <w:szCs w:val="28"/>
        </w:rPr>
      </w:pPr>
      <w:r w:rsidRPr="000A088A">
        <w:rPr>
          <w:sz w:val="28"/>
          <w:szCs w:val="28"/>
        </w:rPr>
        <w:t>Tên doanh nghiệp: ………………………………………</w:t>
      </w:r>
    </w:p>
    <w:p w:rsidR="000A088A" w:rsidRPr="000A088A" w:rsidRDefault="000A088A" w:rsidP="000A088A">
      <w:pPr>
        <w:pStyle w:val="NormalWeb"/>
        <w:numPr>
          <w:ilvl w:val="0"/>
          <w:numId w:val="23"/>
        </w:numPr>
        <w:rPr>
          <w:sz w:val="28"/>
          <w:szCs w:val="28"/>
        </w:rPr>
      </w:pPr>
      <w:r w:rsidRPr="000A088A">
        <w:rPr>
          <w:sz w:val="28"/>
          <w:szCs w:val="28"/>
        </w:rPr>
        <w:t>Địa chỉ: ……………………………………………………</w:t>
      </w:r>
    </w:p>
    <w:p w:rsidR="000A088A" w:rsidRPr="000A088A" w:rsidRDefault="000A088A" w:rsidP="000A088A">
      <w:pPr>
        <w:pStyle w:val="NormalWeb"/>
        <w:numPr>
          <w:ilvl w:val="0"/>
          <w:numId w:val="23"/>
        </w:numPr>
        <w:rPr>
          <w:sz w:val="28"/>
          <w:szCs w:val="28"/>
        </w:rPr>
      </w:pPr>
      <w:r w:rsidRPr="000A088A">
        <w:rPr>
          <w:sz w:val="28"/>
          <w:szCs w:val="28"/>
        </w:rPr>
        <w:t>Đại diện: Ông/Bà …………………………………………</w:t>
      </w:r>
    </w:p>
    <w:p w:rsidR="000A088A" w:rsidRPr="000A088A" w:rsidRDefault="000A088A" w:rsidP="000A088A">
      <w:pPr>
        <w:pStyle w:val="NormalWeb"/>
        <w:numPr>
          <w:ilvl w:val="0"/>
          <w:numId w:val="23"/>
        </w:numPr>
        <w:rPr>
          <w:sz w:val="28"/>
          <w:szCs w:val="28"/>
        </w:rPr>
      </w:pPr>
      <w:r w:rsidRPr="000A088A">
        <w:rPr>
          <w:sz w:val="28"/>
          <w:szCs w:val="28"/>
        </w:rPr>
        <w:t>Chức vụ: ……………………………………………………</w:t>
      </w:r>
    </w:p>
    <w:p w:rsidR="000A088A" w:rsidRPr="000A088A" w:rsidRDefault="000A088A" w:rsidP="000A088A">
      <w:pPr>
        <w:pStyle w:val="NormalWeb"/>
        <w:numPr>
          <w:ilvl w:val="0"/>
          <w:numId w:val="23"/>
        </w:numPr>
        <w:rPr>
          <w:sz w:val="28"/>
          <w:szCs w:val="28"/>
        </w:rPr>
      </w:pPr>
      <w:r w:rsidRPr="000A088A">
        <w:rPr>
          <w:sz w:val="28"/>
          <w:szCs w:val="28"/>
        </w:rPr>
        <w:t>Số điện thoại: ………………………………………………</w:t>
      </w:r>
    </w:p>
    <w:p w:rsidR="000A088A" w:rsidRPr="000A088A" w:rsidRDefault="000A088A" w:rsidP="000A088A">
      <w:pPr>
        <w:pStyle w:val="NormalWeb"/>
        <w:rPr>
          <w:sz w:val="28"/>
          <w:szCs w:val="28"/>
        </w:rPr>
      </w:pPr>
      <w:r w:rsidRPr="000A088A">
        <w:rPr>
          <w:rStyle w:val="Strong"/>
          <w:sz w:val="28"/>
          <w:szCs w:val="28"/>
        </w:rPr>
        <w:t>BÊN B: NGƯỜI LAO ĐỘNG</w:t>
      </w:r>
    </w:p>
    <w:p w:rsidR="000A088A" w:rsidRPr="000A088A" w:rsidRDefault="000A088A" w:rsidP="000A088A">
      <w:pPr>
        <w:pStyle w:val="NormalWeb"/>
        <w:numPr>
          <w:ilvl w:val="0"/>
          <w:numId w:val="24"/>
        </w:numPr>
        <w:rPr>
          <w:sz w:val="28"/>
          <w:szCs w:val="28"/>
        </w:rPr>
      </w:pPr>
      <w:r w:rsidRPr="000A088A">
        <w:rPr>
          <w:sz w:val="28"/>
          <w:szCs w:val="28"/>
        </w:rPr>
        <w:t>Họ và tên: …………………………………………………</w:t>
      </w:r>
    </w:p>
    <w:p w:rsidR="000A088A" w:rsidRPr="000A088A" w:rsidRDefault="000A088A" w:rsidP="000A088A">
      <w:pPr>
        <w:pStyle w:val="NormalWeb"/>
        <w:numPr>
          <w:ilvl w:val="0"/>
          <w:numId w:val="24"/>
        </w:numPr>
        <w:rPr>
          <w:sz w:val="28"/>
          <w:szCs w:val="28"/>
        </w:rPr>
      </w:pPr>
      <w:r w:rsidRPr="000A088A">
        <w:rPr>
          <w:sz w:val="28"/>
          <w:szCs w:val="28"/>
        </w:rPr>
        <w:t>Ngày sinh: …………………………………………………</w:t>
      </w:r>
    </w:p>
    <w:p w:rsidR="000A088A" w:rsidRPr="000A088A" w:rsidRDefault="000A088A" w:rsidP="000A088A">
      <w:pPr>
        <w:pStyle w:val="NormalWeb"/>
        <w:numPr>
          <w:ilvl w:val="0"/>
          <w:numId w:val="24"/>
        </w:numPr>
        <w:rPr>
          <w:sz w:val="28"/>
          <w:szCs w:val="28"/>
        </w:rPr>
      </w:pPr>
      <w:r w:rsidRPr="000A088A">
        <w:rPr>
          <w:sz w:val="28"/>
          <w:szCs w:val="28"/>
        </w:rPr>
        <w:t>Số CMND/CCCD: ………………… cấp ngày ………… tại ………………</w:t>
      </w:r>
    </w:p>
    <w:p w:rsidR="000A088A" w:rsidRPr="000A088A" w:rsidRDefault="000A088A" w:rsidP="000A088A">
      <w:pPr>
        <w:pStyle w:val="NormalWeb"/>
        <w:numPr>
          <w:ilvl w:val="0"/>
          <w:numId w:val="24"/>
        </w:numPr>
        <w:rPr>
          <w:sz w:val="28"/>
          <w:szCs w:val="28"/>
        </w:rPr>
      </w:pPr>
      <w:r w:rsidRPr="000A088A">
        <w:rPr>
          <w:sz w:val="28"/>
          <w:szCs w:val="28"/>
        </w:rPr>
        <w:t>Địa chỉ thường trú: ………………………………………</w:t>
      </w:r>
    </w:p>
    <w:p w:rsidR="000A088A" w:rsidRPr="000A088A" w:rsidRDefault="000A088A" w:rsidP="000A088A">
      <w:pPr>
        <w:pStyle w:val="NormalWeb"/>
        <w:numPr>
          <w:ilvl w:val="0"/>
          <w:numId w:val="24"/>
        </w:numPr>
        <w:rPr>
          <w:sz w:val="28"/>
          <w:szCs w:val="28"/>
        </w:rPr>
      </w:pPr>
      <w:r w:rsidRPr="000A088A">
        <w:rPr>
          <w:sz w:val="28"/>
          <w:szCs w:val="28"/>
        </w:rPr>
        <w:t>Số điện thoại: ………………………………………………</w:t>
      </w:r>
    </w:p>
    <w:p w:rsidR="000A088A" w:rsidRPr="000A088A" w:rsidRDefault="000A088A" w:rsidP="000A088A">
      <w:pPr>
        <w:pStyle w:val="NormalWeb"/>
        <w:rPr>
          <w:sz w:val="28"/>
          <w:szCs w:val="28"/>
        </w:rPr>
      </w:pPr>
      <w:r w:rsidRPr="000A088A">
        <w:rPr>
          <w:sz w:val="28"/>
          <w:szCs w:val="28"/>
        </w:rPr>
        <w:t>Hai bên cùng thỏa thuận điều chỉnh nội dung hợp đồng lao động đã ký ngày …/…/… như sau:</w:t>
      </w:r>
    </w:p>
    <w:p w:rsidR="000A088A" w:rsidRPr="000A088A" w:rsidRDefault="000A088A" w:rsidP="000A088A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0A088A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1. Nội dung điều chỉnh</w:t>
      </w:r>
    </w:p>
    <w:p w:rsidR="000A088A" w:rsidRPr="000A088A" w:rsidRDefault="000A088A" w:rsidP="000A088A">
      <w:pPr>
        <w:pStyle w:val="NormalWeb"/>
        <w:numPr>
          <w:ilvl w:val="0"/>
          <w:numId w:val="25"/>
        </w:numPr>
        <w:rPr>
          <w:sz w:val="28"/>
          <w:szCs w:val="28"/>
        </w:rPr>
      </w:pPr>
      <w:r w:rsidRPr="000A088A">
        <w:rPr>
          <w:rStyle w:val="Strong"/>
          <w:sz w:val="28"/>
          <w:szCs w:val="28"/>
        </w:rPr>
        <w:t>Hình thức trả lương</w:t>
      </w:r>
      <w:r w:rsidRPr="000A088A">
        <w:rPr>
          <w:sz w:val="28"/>
          <w:szCs w:val="28"/>
        </w:rPr>
        <w:t>:</w:t>
      </w:r>
    </w:p>
    <w:p w:rsidR="000A088A" w:rsidRPr="000A088A" w:rsidRDefault="000A088A" w:rsidP="000A088A">
      <w:pPr>
        <w:pStyle w:val="NormalWeb"/>
        <w:numPr>
          <w:ilvl w:val="1"/>
          <w:numId w:val="25"/>
        </w:numPr>
        <w:rPr>
          <w:sz w:val="28"/>
          <w:szCs w:val="28"/>
        </w:rPr>
      </w:pPr>
      <w:r w:rsidRPr="000A088A">
        <w:rPr>
          <w:sz w:val="28"/>
          <w:szCs w:val="28"/>
        </w:rPr>
        <w:t xml:space="preserve">Trước đây: </w:t>
      </w:r>
      <w:r w:rsidRPr="000A088A">
        <w:rPr>
          <w:rStyle w:val="Strong"/>
          <w:sz w:val="28"/>
          <w:szCs w:val="28"/>
        </w:rPr>
        <w:t>Trả lương theo tháng</w:t>
      </w:r>
      <w:r w:rsidRPr="000A088A">
        <w:rPr>
          <w:sz w:val="28"/>
          <w:szCs w:val="28"/>
        </w:rPr>
        <w:t>.</w:t>
      </w:r>
    </w:p>
    <w:p w:rsidR="000A088A" w:rsidRPr="000A088A" w:rsidRDefault="000A088A" w:rsidP="000A088A">
      <w:pPr>
        <w:pStyle w:val="NormalWeb"/>
        <w:numPr>
          <w:ilvl w:val="1"/>
          <w:numId w:val="25"/>
        </w:numPr>
        <w:rPr>
          <w:sz w:val="28"/>
          <w:szCs w:val="28"/>
        </w:rPr>
      </w:pPr>
      <w:r w:rsidRPr="000A088A">
        <w:rPr>
          <w:sz w:val="28"/>
          <w:szCs w:val="28"/>
        </w:rPr>
        <w:lastRenderedPageBreak/>
        <w:t xml:space="preserve">Nay điều chỉnh thành: </w:t>
      </w:r>
      <w:r w:rsidRPr="000A088A">
        <w:rPr>
          <w:rStyle w:val="Strong"/>
          <w:sz w:val="28"/>
          <w:szCs w:val="28"/>
        </w:rPr>
        <w:t>Trả lương theo giờ</w:t>
      </w:r>
      <w:r w:rsidRPr="000A088A">
        <w:rPr>
          <w:sz w:val="28"/>
          <w:szCs w:val="28"/>
        </w:rPr>
        <w:t>.</w:t>
      </w:r>
    </w:p>
    <w:p w:rsidR="000A088A" w:rsidRPr="000A088A" w:rsidRDefault="000A088A" w:rsidP="000A088A">
      <w:pPr>
        <w:pStyle w:val="NormalWeb"/>
        <w:numPr>
          <w:ilvl w:val="0"/>
          <w:numId w:val="25"/>
        </w:numPr>
        <w:rPr>
          <w:sz w:val="28"/>
          <w:szCs w:val="28"/>
        </w:rPr>
      </w:pPr>
      <w:r w:rsidRPr="000A088A">
        <w:rPr>
          <w:rStyle w:val="Strong"/>
          <w:sz w:val="28"/>
          <w:szCs w:val="28"/>
        </w:rPr>
        <w:t>Mức lương theo giờ</w:t>
      </w:r>
      <w:r w:rsidRPr="000A088A">
        <w:rPr>
          <w:sz w:val="28"/>
          <w:szCs w:val="28"/>
        </w:rPr>
        <w:t>:</w:t>
      </w:r>
    </w:p>
    <w:p w:rsidR="000A088A" w:rsidRPr="000A088A" w:rsidRDefault="000A088A" w:rsidP="000A088A">
      <w:pPr>
        <w:pStyle w:val="NormalWeb"/>
        <w:numPr>
          <w:ilvl w:val="1"/>
          <w:numId w:val="25"/>
        </w:numPr>
        <w:rPr>
          <w:sz w:val="28"/>
          <w:szCs w:val="28"/>
        </w:rPr>
      </w:pPr>
      <w:r w:rsidRPr="000A088A">
        <w:rPr>
          <w:sz w:val="28"/>
          <w:szCs w:val="28"/>
        </w:rPr>
        <w:t>……… đồng/giờ (bằng chữ: ………………………………………).</w:t>
      </w:r>
    </w:p>
    <w:p w:rsidR="000A088A" w:rsidRPr="000A088A" w:rsidRDefault="000A088A" w:rsidP="000A088A">
      <w:pPr>
        <w:pStyle w:val="NormalWeb"/>
        <w:numPr>
          <w:ilvl w:val="0"/>
          <w:numId w:val="25"/>
        </w:numPr>
        <w:rPr>
          <w:sz w:val="28"/>
          <w:szCs w:val="28"/>
        </w:rPr>
      </w:pPr>
      <w:r w:rsidRPr="000A088A">
        <w:rPr>
          <w:rStyle w:val="Strong"/>
          <w:sz w:val="28"/>
          <w:szCs w:val="28"/>
        </w:rPr>
        <w:t>Các khoản phụ cấp (nếu có)</w:t>
      </w:r>
      <w:r w:rsidRPr="000A088A">
        <w:rPr>
          <w:sz w:val="28"/>
          <w:szCs w:val="28"/>
        </w:rPr>
        <w:t>, tiền thưởng, phúc lợi khác:</w:t>
      </w:r>
    </w:p>
    <w:p w:rsidR="000A088A" w:rsidRPr="000A088A" w:rsidRDefault="000A088A" w:rsidP="000A088A">
      <w:pPr>
        <w:pStyle w:val="NormalWeb"/>
        <w:numPr>
          <w:ilvl w:val="1"/>
          <w:numId w:val="25"/>
        </w:numPr>
        <w:rPr>
          <w:sz w:val="28"/>
          <w:szCs w:val="28"/>
        </w:rPr>
      </w:pPr>
      <w:r w:rsidRPr="000A088A">
        <w:rPr>
          <w:sz w:val="28"/>
          <w:szCs w:val="28"/>
        </w:rPr>
        <w:t>Không thay đổi (hoặc ghi rõ nếu có điều chỉnh).</w:t>
      </w:r>
    </w:p>
    <w:p w:rsidR="000A088A" w:rsidRPr="000A088A" w:rsidRDefault="000A088A" w:rsidP="000A088A">
      <w:pPr>
        <w:pStyle w:val="NormalWeb"/>
        <w:numPr>
          <w:ilvl w:val="0"/>
          <w:numId w:val="25"/>
        </w:numPr>
        <w:rPr>
          <w:sz w:val="28"/>
          <w:szCs w:val="28"/>
        </w:rPr>
      </w:pPr>
      <w:r w:rsidRPr="000A088A">
        <w:rPr>
          <w:rStyle w:val="Strong"/>
          <w:sz w:val="28"/>
          <w:szCs w:val="28"/>
        </w:rPr>
        <w:t>Thời điểm áp dụng</w:t>
      </w:r>
      <w:r w:rsidRPr="000A088A">
        <w:rPr>
          <w:sz w:val="28"/>
          <w:szCs w:val="28"/>
        </w:rPr>
        <w:t>:</w:t>
      </w:r>
    </w:p>
    <w:p w:rsidR="000A088A" w:rsidRPr="000A088A" w:rsidRDefault="000A088A" w:rsidP="000A088A">
      <w:pPr>
        <w:pStyle w:val="NormalWeb"/>
        <w:numPr>
          <w:ilvl w:val="1"/>
          <w:numId w:val="25"/>
        </w:numPr>
        <w:rPr>
          <w:sz w:val="28"/>
          <w:szCs w:val="28"/>
        </w:rPr>
      </w:pPr>
      <w:r w:rsidRPr="000A088A">
        <w:rPr>
          <w:sz w:val="28"/>
          <w:szCs w:val="28"/>
        </w:rPr>
        <w:t>Bắt đầu từ ngày … tháng … năm …</w:t>
      </w:r>
    </w:p>
    <w:p w:rsidR="000A088A" w:rsidRPr="000A088A" w:rsidRDefault="000A088A" w:rsidP="000A088A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0A088A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2. Các nội dung khác</w:t>
      </w:r>
    </w:p>
    <w:p w:rsidR="000A088A" w:rsidRPr="000A088A" w:rsidRDefault="000A088A" w:rsidP="000A088A">
      <w:pPr>
        <w:pStyle w:val="NormalWeb"/>
        <w:rPr>
          <w:sz w:val="28"/>
          <w:szCs w:val="28"/>
        </w:rPr>
      </w:pPr>
      <w:r w:rsidRPr="000A088A">
        <w:rPr>
          <w:sz w:val="28"/>
          <w:szCs w:val="28"/>
        </w:rPr>
        <w:t>Các điều khoản khác của hợp đồng lao động số …/HĐLĐ ngày …/…/… không thay đổi và vẫn giữ nguyên hiệu lực.</w:t>
      </w:r>
    </w:p>
    <w:p w:rsidR="000A088A" w:rsidRPr="000A088A" w:rsidRDefault="000A088A" w:rsidP="000A088A">
      <w:pPr>
        <w:pStyle w:val="NormalWeb"/>
        <w:rPr>
          <w:sz w:val="28"/>
          <w:szCs w:val="28"/>
        </w:rPr>
      </w:pPr>
      <w:r w:rsidRPr="000A088A">
        <w:rPr>
          <w:sz w:val="28"/>
          <w:szCs w:val="28"/>
        </w:rPr>
        <w:t>Phụ lục hợp đồng này là một phần không tách rời của hợp đồng lao động đã ký giữa hai bên.</w:t>
      </w:r>
    </w:p>
    <w:p w:rsidR="000A088A" w:rsidRPr="000A088A" w:rsidRDefault="000A088A" w:rsidP="000A088A">
      <w:pPr>
        <w:pStyle w:val="NormalWeb"/>
        <w:rPr>
          <w:sz w:val="28"/>
          <w:szCs w:val="28"/>
        </w:rPr>
      </w:pPr>
      <w:r w:rsidRPr="000A088A">
        <w:rPr>
          <w:rStyle w:val="Strong"/>
          <w:sz w:val="28"/>
          <w:szCs w:val="28"/>
        </w:rPr>
        <w:t>PHỤ LỤC ĐƯỢC LẬP THÀNH 02 BẢN</w:t>
      </w:r>
      <w:r w:rsidRPr="000A088A">
        <w:rPr>
          <w:sz w:val="28"/>
          <w:szCs w:val="28"/>
        </w:rPr>
        <w:br/>
        <w:t>Mỗi bên giữ 01 bản, có giá trị pháp lý như nhau.</w:t>
      </w:r>
    </w:p>
    <w:p w:rsidR="000A088A" w:rsidRPr="000A088A" w:rsidRDefault="000A088A" w:rsidP="000A088A">
      <w:pPr>
        <w:pStyle w:val="NormalWeb"/>
        <w:rPr>
          <w:sz w:val="28"/>
          <w:szCs w:val="28"/>
        </w:rPr>
      </w:pPr>
      <w:r w:rsidRPr="000A088A">
        <w:rPr>
          <w:rStyle w:val="Strong"/>
          <w:sz w:val="28"/>
          <w:szCs w:val="28"/>
        </w:rPr>
        <w:t>ĐẠI DIỆN BÊN A</w:t>
      </w:r>
      <w:r w:rsidRPr="000A088A">
        <w:rPr>
          <w:sz w:val="28"/>
          <w:szCs w:val="28"/>
        </w:rPr>
        <w:br/>
        <w:t>(Ký, ghi rõ họ tên, đóng dấu nếu có)</w:t>
      </w:r>
      <w:r w:rsidRPr="000A088A">
        <w:rPr>
          <w:sz w:val="28"/>
          <w:szCs w:val="28"/>
        </w:rPr>
        <w:br/>
        <w:t>………………………………</w:t>
      </w:r>
    </w:p>
    <w:p w:rsidR="00A577E1" w:rsidRPr="000A088A" w:rsidRDefault="000A088A" w:rsidP="000A088A">
      <w:pPr>
        <w:pStyle w:val="NormalWeb"/>
        <w:rPr>
          <w:sz w:val="28"/>
          <w:szCs w:val="28"/>
        </w:rPr>
      </w:pPr>
      <w:r w:rsidRPr="000A088A">
        <w:rPr>
          <w:rStyle w:val="Strong"/>
          <w:sz w:val="28"/>
          <w:szCs w:val="28"/>
        </w:rPr>
        <w:t>NGƯỜI LAO ĐỘNG (BÊN B)</w:t>
      </w:r>
      <w:r w:rsidRPr="000A088A">
        <w:rPr>
          <w:sz w:val="28"/>
          <w:szCs w:val="28"/>
        </w:rPr>
        <w:br/>
        <w:t>(Ký, ghi rõ họ tên)</w:t>
      </w:r>
      <w:r w:rsidRPr="000A088A">
        <w:rPr>
          <w:sz w:val="28"/>
          <w:szCs w:val="28"/>
        </w:rPr>
        <w:br/>
        <w:t>………………………………</w:t>
      </w:r>
    </w:p>
    <w:sectPr w:rsidR="00A577E1" w:rsidRPr="000A088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AF92088"/>
    <w:multiLevelType w:val="multilevel"/>
    <w:tmpl w:val="6B74E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EF0C23"/>
    <w:multiLevelType w:val="multilevel"/>
    <w:tmpl w:val="AAD8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850488"/>
    <w:multiLevelType w:val="multilevel"/>
    <w:tmpl w:val="1E7A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0A5F6D"/>
    <w:multiLevelType w:val="multilevel"/>
    <w:tmpl w:val="3146D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4C7CB8"/>
    <w:multiLevelType w:val="multilevel"/>
    <w:tmpl w:val="C7627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015CC9"/>
    <w:multiLevelType w:val="multilevel"/>
    <w:tmpl w:val="8DF6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F57AAA"/>
    <w:multiLevelType w:val="multilevel"/>
    <w:tmpl w:val="55226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AF47F1"/>
    <w:multiLevelType w:val="multilevel"/>
    <w:tmpl w:val="567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3824D6"/>
    <w:multiLevelType w:val="multilevel"/>
    <w:tmpl w:val="A72A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8C27C8"/>
    <w:multiLevelType w:val="multilevel"/>
    <w:tmpl w:val="B3EAB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F421B4F"/>
    <w:multiLevelType w:val="multilevel"/>
    <w:tmpl w:val="B662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3D57AA"/>
    <w:multiLevelType w:val="multilevel"/>
    <w:tmpl w:val="9CBE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C8326B"/>
    <w:multiLevelType w:val="multilevel"/>
    <w:tmpl w:val="DE389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1C74CC"/>
    <w:multiLevelType w:val="multilevel"/>
    <w:tmpl w:val="2700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B83519"/>
    <w:multiLevelType w:val="multilevel"/>
    <w:tmpl w:val="7F02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B41EB7"/>
    <w:multiLevelType w:val="multilevel"/>
    <w:tmpl w:val="161EF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4"/>
  </w:num>
  <w:num w:numId="11">
    <w:abstractNumId w:val="22"/>
  </w:num>
  <w:num w:numId="12">
    <w:abstractNumId w:val="17"/>
  </w:num>
  <w:num w:numId="13">
    <w:abstractNumId w:val="14"/>
  </w:num>
  <w:num w:numId="14">
    <w:abstractNumId w:val="11"/>
  </w:num>
  <w:num w:numId="15">
    <w:abstractNumId w:val="18"/>
  </w:num>
  <w:num w:numId="16">
    <w:abstractNumId w:val="19"/>
  </w:num>
  <w:num w:numId="17">
    <w:abstractNumId w:val="16"/>
  </w:num>
  <w:num w:numId="18">
    <w:abstractNumId w:val="12"/>
  </w:num>
  <w:num w:numId="19">
    <w:abstractNumId w:val="10"/>
  </w:num>
  <w:num w:numId="20">
    <w:abstractNumId w:val="23"/>
  </w:num>
  <w:num w:numId="21">
    <w:abstractNumId w:val="15"/>
  </w:num>
  <w:num w:numId="22">
    <w:abstractNumId w:val="13"/>
  </w:num>
  <w:num w:numId="23">
    <w:abstractNumId w:val="9"/>
  </w:num>
  <w:num w:numId="24">
    <w:abstractNumId w:val="20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CEE"/>
    <w:rsid w:val="000A088A"/>
    <w:rsid w:val="001108E4"/>
    <w:rsid w:val="0015074B"/>
    <w:rsid w:val="00260DFC"/>
    <w:rsid w:val="0029639D"/>
    <w:rsid w:val="00326F90"/>
    <w:rsid w:val="003E0F36"/>
    <w:rsid w:val="008143F4"/>
    <w:rsid w:val="008C1E5D"/>
    <w:rsid w:val="00A577E1"/>
    <w:rsid w:val="00AA1D8D"/>
    <w:rsid w:val="00B47730"/>
    <w:rsid w:val="00C315D3"/>
    <w:rsid w:val="00C92318"/>
    <w:rsid w:val="00CB0664"/>
    <w:rsid w:val="00F153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3CB8F2C-DD74-4C56-B442-E142B330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F1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397823-A05E-4B9D-8F52-77ED22F48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ĐIỀU 1. Nội dung điều chỉnh</vt:lpstr>
      <vt:lpstr>        ĐIỀU 2. Các nội dung khác</vt:lpstr>
    </vt:vector>
  </TitlesOfParts>
  <Manager/>
  <Company/>
  <LinksUpToDate>false</LinksUpToDate>
  <CharactersWithSpaces>1580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2025-07-14T03:50:00Z</dcterms:created>
  <dcterms:modified xsi:type="dcterms:W3CDTF">2025-07-14T03:50:00Z</dcterms:modified>
  <cp:category/>
</cp:coreProperties>
</file>