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237"/>
      </w:tblGrid>
      <w:tr w:rsidR="009B695E" w:rsidRPr="00A36D55" w14:paraId="48FF3BF4" w14:textId="77777777" w:rsidTr="0017550B">
        <w:tc>
          <w:tcPr>
            <w:tcW w:w="3510" w:type="dxa"/>
          </w:tcPr>
          <w:p w14:paraId="24D91BC7" w14:textId="77777777" w:rsidR="009B695E" w:rsidRPr="00A36D55" w:rsidRDefault="009B695E" w:rsidP="009B695E">
            <w:pPr>
              <w:jc w:val="center"/>
              <w:rPr>
                <w:rFonts w:ascii="Times New Roman" w:hAnsi="Times New Roman" w:cs="Times New Roman"/>
                <w:b/>
                <w:sz w:val="26"/>
                <w:szCs w:val="26"/>
              </w:rPr>
            </w:pPr>
            <w:r w:rsidRPr="00A36D55">
              <w:rPr>
                <w:rFonts w:ascii="Times New Roman" w:hAnsi="Times New Roman" w:cs="Times New Roman"/>
                <w:b/>
                <w:sz w:val="26"/>
                <w:szCs w:val="26"/>
              </w:rPr>
              <w:t>ỦY BAN BẦU CỬ</w:t>
            </w:r>
          </w:p>
          <w:p w14:paraId="380B5A3D" w14:textId="550E6953" w:rsidR="009B695E" w:rsidRPr="00A36D55" w:rsidRDefault="00EB6B23" w:rsidP="009B695E">
            <w:pPr>
              <w:jc w:val="center"/>
              <w:rPr>
                <w:rFonts w:ascii="Times New Roman" w:hAnsi="Times New Roman" w:cs="Times New Roman"/>
                <w:b/>
                <w:sz w:val="26"/>
                <w:szCs w:val="26"/>
              </w:rPr>
            </w:pPr>
            <w:r w:rsidRPr="00A36D55">
              <w:rPr>
                <w:rFonts w:ascii="Times New Roman" w:hAnsi="Times New Roman" w:cs="Times New Roman"/>
                <w:b/>
                <w:sz w:val="26"/>
                <w:szCs w:val="26"/>
              </w:rPr>
              <w:t xml:space="preserve">XÃ </w:t>
            </w:r>
            <w:r w:rsidR="00570FEF" w:rsidRPr="00A36D55">
              <w:rPr>
                <w:rFonts w:ascii="Times New Roman" w:hAnsi="Times New Roman" w:cs="Times New Roman"/>
                <w:b/>
                <w:sz w:val="26"/>
                <w:szCs w:val="26"/>
              </w:rPr>
              <w:t>…………..</w:t>
            </w:r>
          </w:p>
          <w:p w14:paraId="2691B1CD" w14:textId="77777777" w:rsidR="009B695E" w:rsidRPr="00A36D55" w:rsidRDefault="009B695E" w:rsidP="009B695E">
            <w:pPr>
              <w:jc w:val="center"/>
              <w:rPr>
                <w:rFonts w:ascii="Times New Roman" w:hAnsi="Times New Roman" w:cs="Times New Roman"/>
                <w:sz w:val="26"/>
                <w:szCs w:val="26"/>
              </w:rPr>
            </w:pPr>
            <w:r w:rsidRPr="00A36D55">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3CB443D1" wp14:editId="6A9A77F9">
                      <wp:simplePos x="0" y="0"/>
                      <wp:positionH relativeFrom="column">
                        <wp:posOffset>624840</wp:posOffset>
                      </wp:positionH>
                      <wp:positionV relativeFrom="paragraph">
                        <wp:posOffset>36830</wp:posOffset>
                      </wp:positionV>
                      <wp:extent cx="7239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723900" cy="0"/>
                              </a:xfrm>
                              <a:prstGeom prst="line">
                                <a:avLst/>
                              </a:prstGeom>
                              <a:ln w="3175">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A3BF2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2pt,2.9pt" to="106.2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" strokecolor="black [3213]" strokeweight=".25pt"/>
                  </w:pict>
                </mc:Fallback>
              </mc:AlternateContent>
            </w:r>
          </w:p>
          <w:p w14:paraId="3E5EBE92" w14:textId="14699950" w:rsidR="009B695E" w:rsidRPr="00A36D55" w:rsidRDefault="009B695E" w:rsidP="009B695E">
            <w:pPr>
              <w:jc w:val="center"/>
              <w:rPr>
                <w:rFonts w:ascii="Times New Roman" w:hAnsi="Times New Roman" w:cs="Times New Roman"/>
                <w:sz w:val="26"/>
                <w:szCs w:val="26"/>
              </w:rPr>
            </w:pPr>
            <w:r w:rsidRPr="00A36D55">
              <w:rPr>
                <w:rFonts w:ascii="Times New Roman" w:hAnsi="Times New Roman" w:cs="Times New Roman"/>
                <w:sz w:val="26"/>
                <w:szCs w:val="26"/>
              </w:rPr>
              <w:t xml:space="preserve">Số:    </w:t>
            </w:r>
            <w:r w:rsidR="00570FEF" w:rsidRPr="00A36D55">
              <w:rPr>
                <w:rFonts w:ascii="Times New Roman" w:hAnsi="Times New Roman" w:cs="Times New Roman"/>
                <w:sz w:val="26"/>
                <w:szCs w:val="26"/>
              </w:rPr>
              <w:t>….</w:t>
            </w:r>
            <w:r w:rsidRPr="00A36D55">
              <w:rPr>
                <w:rFonts w:ascii="Times New Roman" w:hAnsi="Times New Roman" w:cs="Times New Roman"/>
                <w:sz w:val="26"/>
                <w:szCs w:val="26"/>
              </w:rPr>
              <w:t xml:space="preserve">   TB-UBBC</w:t>
            </w:r>
          </w:p>
          <w:p w14:paraId="53C1AA40" w14:textId="69415569" w:rsidR="009B695E" w:rsidRPr="00A36D55" w:rsidRDefault="009B695E">
            <w:pPr>
              <w:jc w:val="center"/>
              <w:rPr>
                <w:rFonts w:ascii="Times New Roman" w:hAnsi="Times New Roman" w:cs="Times New Roman"/>
                <w:b/>
                <w:sz w:val="26"/>
                <w:szCs w:val="26"/>
              </w:rPr>
            </w:pPr>
          </w:p>
        </w:tc>
        <w:tc>
          <w:tcPr>
            <w:tcW w:w="6237" w:type="dxa"/>
          </w:tcPr>
          <w:p w14:paraId="47AD3077" w14:textId="77777777" w:rsidR="009B695E" w:rsidRPr="00A36D55" w:rsidRDefault="009B695E" w:rsidP="009B695E">
            <w:pPr>
              <w:jc w:val="center"/>
              <w:rPr>
                <w:rFonts w:ascii="Times New Roman" w:hAnsi="Times New Roman" w:cs="Times New Roman"/>
                <w:sz w:val="26"/>
                <w:szCs w:val="26"/>
              </w:rPr>
            </w:pPr>
            <w:r w:rsidRPr="00A36D55">
              <w:rPr>
                <w:rFonts w:ascii="Times New Roman" w:hAnsi="Times New Roman" w:cs="Times New Roman"/>
                <w:b/>
                <w:sz w:val="26"/>
                <w:szCs w:val="26"/>
              </w:rPr>
              <w:t>CỘNG HÒA XÃ HỘI CHỦ NGHĨA VIỆT NAM</w:t>
            </w:r>
            <w:r w:rsidRPr="00A36D55">
              <w:rPr>
                <w:rFonts w:ascii="Times New Roman" w:hAnsi="Times New Roman" w:cs="Times New Roman"/>
                <w:b/>
                <w:sz w:val="26"/>
                <w:szCs w:val="26"/>
              </w:rPr>
              <w:br/>
              <w:t>Độc lập - Tự do - Hạnh phúc</w:t>
            </w:r>
          </w:p>
          <w:p w14:paraId="5A292F8D" w14:textId="77777777" w:rsidR="009B695E" w:rsidRPr="00A36D55" w:rsidRDefault="009B695E">
            <w:pPr>
              <w:jc w:val="center"/>
              <w:rPr>
                <w:rFonts w:ascii="Times New Roman" w:hAnsi="Times New Roman" w:cs="Times New Roman"/>
                <w:sz w:val="26"/>
                <w:szCs w:val="26"/>
              </w:rPr>
            </w:pPr>
            <w:r w:rsidRPr="00A36D55">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3DF9CC3B" wp14:editId="331CC794">
                      <wp:simplePos x="0" y="0"/>
                      <wp:positionH relativeFrom="column">
                        <wp:posOffset>923925</wp:posOffset>
                      </wp:positionH>
                      <wp:positionV relativeFrom="paragraph">
                        <wp:posOffset>65405</wp:posOffset>
                      </wp:positionV>
                      <wp:extent cx="19240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924050" cy="0"/>
                              </a:xfrm>
                              <a:prstGeom prst="line">
                                <a:avLst/>
                              </a:prstGeom>
                              <a:ln w="3175">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7BDBD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75pt,5.15pt" to="224.2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" strokecolor="black [3213]" strokeweight=".25pt"/>
                  </w:pict>
                </mc:Fallback>
              </mc:AlternateContent>
            </w:r>
          </w:p>
          <w:p w14:paraId="79122AC2" w14:textId="4C46A6B2" w:rsidR="009B695E" w:rsidRPr="00A36D55" w:rsidRDefault="00D831E7" w:rsidP="00570FEF">
            <w:pPr>
              <w:jc w:val="center"/>
              <w:rPr>
                <w:rFonts w:ascii="Times New Roman" w:hAnsi="Times New Roman" w:cs="Times New Roman"/>
                <w:b/>
                <w:i/>
                <w:sz w:val="26"/>
                <w:szCs w:val="26"/>
              </w:rPr>
            </w:pPr>
            <w:r w:rsidRPr="00A36D55">
              <w:rPr>
                <w:rFonts w:ascii="Times New Roman" w:hAnsi="Times New Roman" w:cs="Times New Roman"/>
                <w:i/>
                <w:sz w:val="26"/>
                <w:szCs w:val="26"/>
              </w:rPr>
              <w:t xml:space="preserve">        </w:t>
            </w:r>
            <w:r w:rsidR="00570FEF" w:rsidRPr="00A36D55">
              <w:rPr>
                <w:rFonts w:ascii="Times New Roman" w:hAnsi="Times New Roman" w:cs="Times New Roman"/>
                <w:i/>
                <w:sz w:val="26"/>
                <w:szCs w:val="26"/>
              </w:rPr>
              <w:t>…………….</w:t>
            </w:r>
            <w:r w:rsidR="009B695E" w:rsidRPr="00A36D55">
              <w:rPr>
                <w:rFonts w:ascii="Times New Roman" w:hAnsi="Times New Roman" w:cs="Times New Roman"/>
                <w:i/>
                <w:sz w:val="26"/>
                <w:szCs w:val="26"/>
              </w:rPr>
              <w:t>, ngày</w:t>
            </w:r>
            <w:r w:rsidR="00570FEF" w:rsidRPr="00A36D55">
              <w:rPr>
                <w:rFonts w:ascii="Times New Roman" w:hAnsi="Times New Roman" w:cs="Times New Roman"/>
                <w:i/>
                <w:sz w:val="26"/>
                <w:szCs w:val="26"/>
              </w:rPr>
              <w:t xml:space="preserve"> … </w:t>
            </w:r>
            <w:r w:rsidR="009B695E" w:rsidRPr="00A36D55">
              <w:rPr>
                <w:rFonts w:ascii="Times New Roman" w:hAnsi="Times New Roman" w:cs="Times New Roman"/>
                <w:i/>
                <w:sz w:val="26"/>
                <w:szCs w:val="26"/>
              </w:rPr>
              <w:t xml:space="preserve"> </w:t>
            </w:r>
            <w:r w:rsidR="00570FEF" w:rsidRPr="00A36D55">
              <w:rPr>
                <w:rFonts w:ascii="Times New Roman" w:hAnsi="Times New Roman" w:cs="Times New Roman"/>
                <w:i/>
                <w:sz w:val="26"/>
                <w:szCs w:val="26"/>
              </w:rPr>
              <w:t>tháng … năm 20…</w:t>
            </w:r>
          </w:p>
        </w:tc>
      </w:tr>
    </w:tbl>
    <w:p w14:paraId="7C6118C0" w14:textId="0A767963" w:rsidR="00EB6B23" w:rsidRPr="00A36D55" w:rsidRDefault="00EB6B23">
      <w:pPr>
        <w:jc w:val="center"/>
        <w:rPr>
          <w:rFonts w:ascii="Times New Roman" w:hAnsi="Times New Roman" w:cs="Times New Roman"/>
          <w:b/>
          <w:sz w:val="28"/>
        </w:rPr>
      </w:pPr>
    </w:p>
    <w:p w14:paraId="02ABD3A4" w14:textId="2002F0A6" w:rsidR="005205FA" w:rsidRPr="00A36D55" w:rsidRDefault="005E5300">
      <w:pPr>
        <w:jc w:val="center"/>
        <w:rPr>
          <w:rFonts w:ascii="Times New Roman" w:hAnsi="Times New Roman" w:cs="Times New Roman"/>
        </w:rPr>
      </w:pPr>
      <w:r w:rsidRPr="00A36D55">
        <w:rPr>
          <w:rFonts w:ascii="Times New Roman" w:hAnsi="Times New Roman" w:cs="Times New Roman"/>
          <w:b/>
          <w:sz w:val="28"/>
        </w:rPr>
        <w:t>THÔNG BÁO</w:t>
      </w:r>
      <w:r w:rsidRPr="00A36D55">
        <w:rPr>
          <w:rFonts w:ascii="Times New Roman" w:hAnsi="Times New Roman" w:cs="Times New Roman"/>
          <w:b/>
          <w:sz w:val="28"/>
        </w:rPr>
        <w:br/>
        <w:t xml:space="preserve">Phân công nhiệm vụ các thành viên Ủy ban bầu cử </w:t>
      </w:r>
      <w:r w:rsidR="00EB6B23" w:rsidRPr="00A36D55">
        <w:rPr>
          <w:rFonts w:ascii="Times New Roman" w:hAnsi="Times New Roman" w:cs="Times New Roman"/>
          <w:b/>
          <w:sz w:val="28"/>
        </w:rPr>
        <w:t xml:space="preserve">xã </w:t>
      </w:r>
      <w:r w:rsidR="00570FEF" w:rsidRPr="00A36D55">
        <w:rPr>
          <w:rFonts w:ascii="Times New Roman" w:hAnsi="Times New Roman" w:cs="Times New Roman"/>
          <w:b/>
          <w:sz w:val="28"/>
        </w:rPr>
        <w:t>……………….</w:t>
      </w:r>
    </w:p>
    <w:p w14:paraId="14E2DF72" w14:textId="77777777" w:rsidR="00395B7D" w:rsidRPr="00A36D55" w:rsidRDefault="00395B7D" w:rsidP="008C478D">
      <w:pPr>
        <w:spacing w:before="120" w:after="120" w:line="380" w:lineRule="atLeast"/>
        <w:ind w:firstLine="567"/>
        <w:jc w:val="both"/>
        <w:rPr>
          <w:rFonts w:ascii="Times New Roman" w:hAnsi="Times New Roman" w:cs="Times New Roman"/>
          <w:i/>
          <w:lang w:val="nl-NL"/>
        </w:rPr>
      </w:pPr>
    </w:p>
    <w:p w14:paraId="5EA2D9FA" w14:textId="77777777" w:rsidR="008C478D" w:rsidRPr="00B558EE" w:rsidRDefault="009B695E" w:rsidP="00395B7D">
      <w:pPr>
        <w:spacing w:before="120" w:after="120" w:line="380" w:lineRule="atLeast"/>
        <w:ind w:firstLine="720"/>
        <w:jc w:val="both"/>
        <w:rPr>
          <w:rFonts w:ascii="Times New Roman" w:hAnsi="Times New Roman" w:cs="Times New Roman"/>
          <w:i/>
          <w:sz w:val="28"/>
          <w:szCs w:val="28"/>
          <w:lang w:val="nl-NL"/>
        </w:rPr>
      </w:pPr>
      <w:r w:rsidRPr="00B558EE">
        <w:rPr>
          <w:rFonts w:ascii="Times New Roman" w:hAnsi="Times New Roman" w:cs="Times New Roman"/>
          <w:i/>
          <w:sz w:val="28"/>
          <w:szCs w:val="28"/>
          <w:lang w:val="nl-NL"/>
        </w:rPr>
        <w:t>Căn cứ Luật Bầu cử đại biểu Quốc hội và đại biểu Hội đồng nhân dân số  ngày 25 tháng 6 năm 2015; Luật Sửa đổi, bổ sung một số điều của Luật Bầu cử đại biểu Quốc hội và đại biểu Hội đồng nhân dân ngày 24 tháng 6 năm 2025;</w:t>
      </w:r>
    </w:p>
    <w:p w14:paraId="28913A31" w14:textId="7C5C6077" w:rsidR="008C478D" w:rsidRPr="00B558EE" w:rsidRDefault="008C478D" w:rsidP="00395B7D">
      <w:pPr>
        <w:spacing w:before="120" w:after="120" w:line="380" w:lineRule="atLeast"/>
        <w:ind w:firstLine="720"/>
        <w:jc w:val="both"/>
        <w:rPr>
          <w:rFonts w:ascii="Times New Roman" w:hAnsi="Times New Roman" w:cs="Times New Roman"/>
          <w:i/>
          <w:spacing w:val="-2"/>
          <w:sz w:val="28"/>
          <w:szCs w:val="28"/>
        </w:rPr>
      </w:pPr>
      <w:r w:rsidRPr="00B558EE">
        <w:rPr>
          <w:rFonts w:ascii="Times New Roman" w:hAnsi="Times New Roman" w:cs="Times New Roman"/>
          <w:i/>
          <w:spacing w:val="-2"/>
          <w:sz w:val="28"/>
          <w:szCs w:val="28"/>
        </w:rPr>
        <w:t>Căn cứ Quyết định số</w:t>
      </w:r>
      <w:r w:rsidR="00925B80" w:rsidRPr="00B558EE">
        <w:rPr>
          <w:rFonts w:ascii="Times New Roman" w:hAnsi="Times New Roman" w:cs="Times New Roman"/>
          <w:i/>
          <w:spacing w:val="-2"/>
          <w:sz w:val="28"/>
          <w:szCs w:val="28"/>
        </w:rPr>
        <w:t xml:space="preserve"> …</w:t>
      </w:r>
      <w:r w:rsidRPr="00B558EE">
        <w:rPr>
          <w:rFonts w:ascii="Times New Roman" w:hAnsi="Times New Roman" w:cs="Times New Roman"/>
          <w:i/>
          <w:spacing w:val="-2"/>
          <w:sz w:val="28"/>
          <w:szCs w:val="28"/>
        </w:rPr>
        <w:t xml:space="preserve"> /QĐ-UBND ngày </w:t>
      </w:r>
      <w:r w:rsidR="00925B80" w:rsidRPr="00B558EE">
        <w:rPr>
          <w:rFonts w:ascii="Times New Roman" w:hAnsi="Times New Roman" w:cs="Times New Roman"/>
          <w:i/>
          <w:spacing w:val="-2"/>
          <w:sz w:val="28"/>
          <w:szCs w:val="28"/>
        </w:rPr>
        <w:t>…</w:t>
      </w:r>
      <w:r w:rsidRPr="00B558EE">
        <w:rPr>
          <w:rFonts w:ascii="Times New Roman" w:hAnsi="Times New Roman" w:cs="Times New Roman"/>
          <w:i/>
          <w:spacing w:val="-2"/>
          <w:sz w:val="28"/>
          <w:szCs w:val="28"/>
        </w:rPr>
        <w:t xml:space="preserve"> tháng</w:t>
      </w:r>
      <w:r w:rsidR="00925B80" w:rsidRPr="00B558EE">
        <w:rPr>
          <w:rFonts w:ascii="Times New Roman" w:hAnsi="Times New Roman" w:cs="Times New Roman"/>
          <w:i/>
          <w:spacing w:val="-2"/>
          <w:sz w:val="28"/>
          <w:szCs w:val="28"/>
        </w:rPr>
        <w:t xml:space="preserve"> …</w:t>
      </w:r>
      <w:r w:rsidRPr="00B558EE">
        <w:rPr>
          <w:rFonts w:ascii="Times New Roman" w:hAnsi="Times New Roman" w:cs="Times New Roman"/>
          <w:i/>
          <w:spacing w:val="-2"/>
          <w:sz w:val="28"/>
          <w:szCs w:val="28"/>
        </w:rPr>
        <w:t xml:space="preserve"> </w:t>
      </w:r>
      <w:r w:rsidR="00925B80" w:rsidRPr="00B558EE">
        <w:rPr>
          <w:rFonts w:ascii="Times New Roman" w:hAnsi="Times New Roman" w:cs="Times New Roman"/>
          <w:i/>
          <w:spacing w:val="-2"/>
          <w:sz w:val="28"/>
          <w:szCs w:val="28"/>
        </w:rPr>
        <w:t>năm 20….</w:t>
      </w:r>
      <w:r w:rsidRPr="00B558EE">
        <w:rPr>
          <w:rFonts w:ascii="Times New Roman" w:hAnsi="Times New Roman" w:cs="Times New Roman"/>
          <w:i/>
          <w:spacing w:val="-2"/>
          <w:sz w:val="28"/>
          <w:szCs w:val="28"/>
        </w:rPr>
        <w:t xml:space="preserve"> của Ủy ban nhân dân </w:t>
      </w:r>
      <w:r w:rsidR="00EB6B23" w:rsidRPr="00B558EE">
        <w:rPr>
          <w:rFonts w:ascii="Times New Roman" w:hAnsi="Times New Roman" w:cs="Times New Roman"/>
          <w:i/>
          <w:spacing w:val="-2"/>
          <w:sz w:val="28"/>
          <w:szCs w:val="28"/>
        </w:rPr>
        <w:t xml:space="preserve">xã </w:t>
      </w:r>
      <w:r w:rsidR="00925B80" w:rsidRPr="00B558EE">
        <w:rPr>
          <w:rFonts w:ascii="Times New Roman" w:hAnsi="Times New Roman" w:cs="Times New Roman"/>
          <w:i/>
          <w:spacing w:val="-2"/>
          <w:sz w:val="28"/>
          <w:szCs w:val="28"/>
        </w:rPr>
        <w:t>………..</w:t>
      </w:r>
      <w:r w:rsidRPr="00B558EE">
        <w:rPr>
          <w:rFonts w:ascii="Times New Roman" w:hAnsi="Times New Roman" w:cs="Times New Roman"/>
          <w:i/>
          <w:spacing w:val="-2"/>
          <w:sz w:val="28"/>
          <w:szCs w:val="28"/>
        </w:rPr>
        <w:t xml:space="preserve"> về việc thành lập Ủy ban bầu cử đại biểu Quốc hộ</w:t>
      </w:r>
      <w:r w:rsidR="00925B80" w:rsidRPr="00B558EE">
        <w:rPr>
          <w:rFonts w:ascii="Times New Roman" w:hAnsi="Times New Roman" w:cs="Times New Roman"/>
          <w:i/>
          <w:spacing w:val="-2"/>
          <w:sz w:val="28"/>
          <w:szCs w:val="28"/>
        </w:rPr>
        <w:t>i khóa …</w:t>
      </w:r>
      <w:r w:rsidRPr="00B558EE">
        <w:rPr>
          <w:rFonts w:ascii="Times New Roman" w:hAnsi="Times New Roman" w:cs="Times New Roman"/>
          <w:i/>
          <w:spacing w:val="-2"/>
          <w:sz w:val="28"/>
          <w:szCs w:val="28"/>
        </w:rPr>
        <w:t xml:space="preserve"> và đại biểu Hội đồng nhân dân </w:t>
      </w:r>
      <w:r w:rsidR="00EB6B23" w:rsidRPr="00B558EE">
        <w:rPr>
          <w:rFonts w:ascii="Times New Roman" w:hAnsi="Times New Roman" w:cs="Times New Roman"/>
          <w:i/>
          <w:spacing w:val="-2"/>
          <w:sz w:val="28"/>
          <w:szCs w:val="28"/>
        </w:rPr>
        <w:t xml:space="preserve">xã </w:t>
      </w:r>
      <w:r w:rsidR="00925B80" w:rsidRPr="00B558EE">
        <w:rPr>
          <w:rFonts w:ascii="Times New Roman" w:hAnsi="Times New Roman" w:cs="Times New Roman"/>
          <w:i/>
          <w:spacing w:val="-2"/>
          <w:sz w:val="28"/>
          <w:szCs w:val="28"/>
        </w:rPr>
        <w:t>…………</w:t>
      </w:r>
      <w:r w:rsidRPr="00B558EE">
        <w:rPr>
          <w:rFonts w:ascii="Times New Roman" w:hAnsi="Times New Roman" w:cs="Times New Roman"/>
          <w:i/>
          <w:spacing w:val="-2"/>
          <w:sz w:val="28"/>
          <w:szCs w:val="28"/>
        </w:rPr>
        <w:t xml:space="preserve"> nhiệm kỳ</w:t>
      </w:r>
      <w:r w:rsidR="00925B80" w:rsidRPr="00B558EE">
        <w:rPr>
          <w:rFonts w:ascii="Times New Roman" w:hAnsi="Times New Roman" w:cs="Times New Roman"/>
          <w:i/>
          <w:spacing w:val="-2"/>
          <w:sz w:val="28"/>
          <w:szCs w:val="28"/>
        </w:rPr>
        <w:t xml:space="preserve"> 20…-20…</w:t>
      </w:r>
      <w:r w:rsidRPr="00B558EE">
        <w:rPr>
          <w:rFonts w:ascii="Times New Roman" w:hAnsi="Times New Roman" w:cs="Times New Roman"/>
          <w:i/>
          <w:spacing w:val="-2"/>
          <w:sz w:val="28"/>
          <w:szCs w:val="28"/>
        </w:rPr>
        <w:t>.</w:t>
      </w:r>
    </w:p>
    <w:p w14:paraId="6FCFB85E" w14:textId="77777777" w:rsidR="00B558EE" w:rsidRPr="00A36D55" w:rsidRDefault="00B558EE" w:rsidP="00395B7D">
      <w:pPr>
        <w:spacing w:before="120" w:after="120" w:line="380" w:lineRule="atLeast"/>
        <w:ind w:firstLine="720"/>
        <w:jc w:val="both"/>
        <w:rPr>
          <w:rFonts w:ascii="Times New Roman" w:hAnsi="Times New Roman" w:cs="Times New Roman"/>
          <w:i/>
          <w:spacing w:val="-2"/>
          <w:sz w:val="28"/>
          <w:szCs w:val="28"/>
          <w:lang w:val="nl-NL"/>
        </w:rPr>
      </w:pPr>
    </w:p>
    <w:p w14:paraId="667232A1" w14:textId="0CA8FA69" w:rsidR="009B695E" w:rsidRPr="002C2FFF" w:rsidRDefault="005E5300" w:rsidP="00395B7D">
      <w:pPr>
        <w:spacing w:before="120" w:after="120" w:line="380" w:lineRule="atLeast"/>
        <w:ind w:firstLine="720"/>
        <w:jc w:val="both"/>
        <w:rPr>
          <w:rFonts w:ascii="Times New Roman" w:hAnsi="Times New Roman" w:cs="Times New Roman"/>
          <w:b/>
          <w:i/>
          <w:sz w:val="28"/>
          <w:szCs w:val="28"/>
          <w:lang w:val="nl-NL"/>
        </w:rPr>
      </w:pPr>
      <w:r w:rsidRPr="002C2FFF">
        <w:rPr>
          <w:rFonts w:ascii="Times New Roman" w:hAnsi="Times New Roman" w:cs="Times New Roman"/>
          <w:b/>
          <w:sz w:val="28"/>
          <w:szCs w:val="28"/>
        </w:rPr>
        <w:t>Ủy ban bầu cử</w:t>
      </w:r>
      <w:r w:rsidR="00395B7D" w:rsidRPr="002C2FFF">
        <w:rPr>
          <w:rFonts w:ascii="Times New Roman" w:hAnsi="Times New Roman" w:cs="Times New Roman"/>
          <w:b/>
          <w:sz w:val="28"/>
          <w:szCs w:val="28"/>
        </w:rPr>
        <w:t xml:space="preserve"> (UBBC)</w:t>
      </w:r>
      <w:r w:rsidRPr="002C2FFF">
        <w:rPr>
          <w:rFonts w:ascii="Times New Roman" w:hAnsi="Times New Roman" w:cs="Times New Roman"/>
          <w:b/>
          <w:sz w:val="28"/>
          <w:szCs w:val="28"/>
        </w:rPr>
        <w:t xml:space="preserve"> </w:t>
      </w:r>
      <w:r w:rsidR="00EB6B23" w:rsidRPr="002C2FFF">
        <w:rPr>
          <w:rFonts w:ascii="Times New Roman" w:hAnsi="Times New Roman" w:cs="Times New Roman"/>
          <w:b/>
          <w:sz w:val="28"/>
          <w:szCs w:val="28"/>
        </w:rPr>
        <w:t xml:space="preserve">xã </w:t>
      </w:r>
      <w:r w:rsidRPr="002C2FFF">
        <w:rPr>
          <w:rFonts w:ascii="Times New Roman" w:hAnsi="Times New Roman" w:cs="Times New Roman"/>
          <w:b/>
          <w:sz w:val="28"/>
          <w:szCs w:val="28"/>
        </w:rPr>
        <w:t xml:space="preserve"> phân công nhiệm vụ</w:t>
      </w:r>
      <w:r w:rsidR="009B695E" w:rsidRPr="002C2FFF">
        <w:rPr>
          <w:rFonts w:ascii="Times New Roman" w:hAnsi="Times New Roman" w:cs="Times New Roman"/>
          <w:b/>
          <w:sz w:val="28"/>
          <w:szCs w:val="28"/>
        </w:rPr>
        <w:t xml:space="preserve"> như sau:</w:t>
      </w:r>
    </w:p>
    <w:p w14:paraId="460D399B" w14:textId="3934CD05" w:rsidR="00484CC4" w:rsidRPr="00A36D55" w:rsidRDefault="001E40B9" w:rsidP="00EB6B23">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1.</w:t>
      </w:r>
      <w:r w:rsidR="005E5300" w:rsidRPr="00A36D55">
        <w:rPr>
          <w:rFonts w:ascii="Times New Roman" w:hAnsi="Times New Roman" w:cs="Times New Roman"/>
          <w:sz w:val="28"/>
          <w:szCs w:val="28"/>
        </w:rPr>
        <w:t xml:space="preserve"> Ông</w:t>
      </w:r>
      <w:r w:rsidR="00A36D55" w:rsidRPr="00A36D55">
        <w:rPr>
          <w:rFonts w:ascii="Times New Roman" w:hAnsi="Times New Roman" w:cs="Times New Roman"/>
          <w:sz w:val="28"/>
          <w:szCs w:val="28"/>
        </w:rPr>
        <w:t>/Bà</w:t>
      </w:r>
      <w:r w:rsidR="005E5300" w:rsidRPr="00A36D55">
        <w:rPr>
          <w:rFonts w:ascii="Times New Roman" w:hAnsi="Times New Roman" w:cs="Times New Roman"/>
          <w:sz w:val="28"/>
          <w:szCs w:val="28"/>
        </w:rPr>
        <w:t xml:space="preserve"> </w:t>
      </w:r>
      <w:r w:rsidR="00A36D55" w:rsidRPr="00A36D55">
        <w:rPr>
          <w:rFonts w:ascii="Times New Roman" w:hAnsi="Times New Roman" w:cs="Times New Roman"/>
          <w:sz w:val="28"/>
          <w:szCs w:val="28"/>
        </w:rPr>
        <w:t>……………….</w:t>
      </w:r>
      <w:r w:rsidR="005E5300" w:rsidRPr="00A36D55">
        <w:rPr>
          <w:rFonts w:ascii="Times New Roman" w:hAnsi="Times New Roman" w:cs="Times New Roman"/>
          <w:sz w:val="28"/>
          <w:szCs w:val="28"/>
        </w:rPr>
        <w:t>, C</w:t>
      </w:r>
      <w:bookmarkStart w:id="0" w:name="_GoBack"/>
      <w:bookmarkEnd w:id="0"/>
      <w:r w:rsidR="005E5300" w:rsidRPr="00A36D55">
        <w:rPr>
          <w:rFonts w:ascii="Times New Roman" w:hAnsi="Times New Roman" w:cs="Times New Roman"/>
          <w:sz w:val="28"/>
          <w:szCs w:val="28"/>
        </w:rPr>
        <w:t xml:space="preserve">hủ tịch UBND </w:t>
      </w:r>
      <w:r w:rsidR="00EB6B23" w:rsidRPr="00A36D55">
        <w:rPr>
          <w:rFonts w:ascii="Times New Roman" w:hAnsi="Times New Roman" w:cs="Times New Roman"/>
          <w:sz w:val="28"/>
          <w:szCs w:val="28"/>
        </w:rPr>
        <w:t xml:space="preserve">xã </w:t>
      </w:r>
      <w:r w:rsidR="005E5300" w:rsidRPr="00A36D55">
        <w:rPr>
          <w:rFonts w:ascii="Times New Roman" w:hAnsi="Times New Roman" w:cs="Times New Roman"/>
          <w:sz w:val="28"/>
          <w:szCs w:val="28"/>
        </w:rPr>
        <w:t>, Chủ tịch UBBC: Lãnh đạo, chỉ đạo toàn diện công tác bầu cử</w:t>
      </w:r>
      <w:r w:rsidR="0060615C" w:rsidRPr="00A36D55">
        <w:rPr>
          <w:rFonts w:ascii="Times New Roman" w:hAnsi="Times New Roman" w:cs="Times New Roman"/>
          <w:sz w:val="28"/>
          <w:szCs w:val="28"/>
        </w:rPr>
        <w:t xml:space="preserve"> đại biểu Quốc hộ</w:t>
      </w:r>
      <w:r w:rsidR="00A36D55" w:rsidRPr="00A36D55">
        <w:rPr>
          <w:rFonts w:ascii="Times New Roman" w:hAnsi="Times New Roman" w:cs="Times New Roman"/>
          <w:sz w:val="28"/>
          <w:szCs w:val="28"/>
        </w:rPr>
        <w:t>i khóa …</w:t>
      </w:r>
      <w:r w:rsidR="0060615C" w:rsidRPr="00A36D55">
        <w:rPr>
          <w:rFonts w:ascii="Times New Roman" w:hAnsi="Times New Roman" w:cs="Times New Roman"/>
          <w:sz w:val="28"/>
          <w:szCs w:val="28"/>
        </w:rPr>
        <w:t xml:space="preserve"> và đại biểu Hội đồng nhân dân </w:t>
      </w:r>
      <w:r w:rsidR="00EB6B23" w:rsidRPr="00A36D55">
        <w:rPr>
          <w:rFonts w:ascii="Times New Roman" w:hAnsi="Times New Roman" w:cs="Times New Roman"/>
          <w:sz w:val="28"/>
          <w:szCs w:val="28"/>
        </w:rPr>
        <w:t xml:space="preserve">xã </w:t>
      </w:r>
      <w:r w:rsidR="00A36D55" w:rsidRPr="00A36D55">
        <w:rPr>
          <w:rFonts w:ascii="Times New Roman" w:hAnsi="Times New Roman" w:cs="Times New Roman"/>
          <w:sz w:val="28"/>
          <w:szCs w:val="28"/>
        </w:rPr>
        <w:t>…………….</w:t>
      </w:r>
      <w:r w:rsidR="0060615C" w:rsidRPr="00A36D55">
        <w:rPr>
          <w:rFonts w:ascii="Times New Roman" w:hAnsi="Times New Roman" w:cs="Times New Roman"/>
          <w:sz w:val="28"/>
          <w:szCs w:val="28"/>
        </w:rPr>
        <w:t xml:space="preserve"> nhiệm kỳ</w:t>
      </w:r>
      <w:r w:rsidR="00A36D55" w:rsidRPr="00A36D55">
        <w:rPr>
          <w:rFonts w:ascii="Times New Roman" w:hAnsi="Times New Roman" w:cs="Times New Roman"/>
          <w:sz w:val="28"/>
          <w:szCs w:val="28"/>
        </w:rPr>
        <w:t xml:space="preserve"> 20…-20…</w:t>
      </w:r>
      <w:r w:rsidR="005E5300" w:rsidRPr="00A36D55">
        <w:rPr>
          <w:rFonts w:ascii="Times New Roman" w:hAnsi="Times New Roman" w:cs="Times New Roman"/>
          <w:sz w:val="28"/>
          <w:szCs w:val="28"/>
        </w:rPr>
        <w:t xml:space="preserve">; điều hành hoạt động UBBC; chịu trách nhiệm chung trước Đảng ủy và UBND </w:t>
      </w:r>
      <w:r w:rsidR="00EB6B23" w:rsidRPr="00A36D55">
        <w:rPr>
          <w:rFonts w:ascii="Times New Roman" w:hAnsi="Times New Roman" w:cs="Times New Roman"/>
          <w:sz w:val="28"/>
          <w:szCs w:val="28"/>
        </w:rPr>
        <w:t xml:space="preserve">xã </w:t>
      </w:r>
      <w:r w:rsidR="005E5300" w:rsidRPr="00A36D55">
        <w:rPr>
          <w:rFonts w:ascii="Times New Roman" w:hAnsi="Times New Roman" w:cs="Times New Roman"/>
          <w:sz w:val="28"/>
          <w:szCs w:val="28"/>
        </w:rPr>
        <w:t>.</w:t>
      </w:r>
    </w:p>
    <w:p w14:paraId="0467D776" w14:textId="431BB289" w:rsidR="005205FA" w:rsidRPr="00A36D55" w:rsidRDefault="00484CC4" w:rsidP="00484CC4">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 xml:space="preserve">2. </w:t>
      </w:r>
      <w:r w:rsidR="00A36D55" w:rsidRPr="00A36D55">
        <w:rPr>
          <w:rFonts w:ascii="Times New Roman" w:hAnsi="Times New Roman" w:cs="Times New Roman"/>
          <w:sz w:val="28"/>
          <w:szCs w:val="28"/>
        </w:rPr>
        <w:t>Ông/Bà ……………….</w:t>
      </w:r>
      <w:r w:rsidR="005E5300" w:rsidRPr="00A36D55">
        <w:rPr>
          <w:rFonts w:ascii="Times New Roman" w:hAnsi="Times New Roman" w:cs="Times New Roman"/>
          <w:sz w:val="28"/>
          <w:szCs w:val="28"/>
        </w:rPr>
        <w:t xml:space="preserve">, Phó Chủ tịch HĐND </w:t>
      </w:r>
      <w:r w:rsidR="00EB6B23" w:rsidRPr="00A36D55">
        <w:rPr>
          <w:rFonts w:ascii="Times New Roman" w:hAnsi="Times New Roman" w:cs="Times New Roman"/>
          <w:sz w:val="28"/>
          <w:szCs w:val="28"/>
        </w:rPr>
        <w:t xml:space="preserve">xã </w:t>
      </w:r>
      <w:r w:rsidR="005E5300" w:rsidRPr="00A36D55">
        <w:rPr>
          <w:rFonts w:ascii="Times New Roman" w:hAnsi="Times New Roman" w:cs="Times New Roman"/>
          <w:sz w:val="28"/>
          <w:szCs w:val="28"/>
        </w:rPr>
        <w:t>, Phó Chủ tịch UBBC: Giúp Chủ tịch UBBC chỉ đạo nhiệm vụ thuộc thẩm quyền HĐND; theo dõi công tác hiệp thương, giới thiệu người ứng cử.</w:t>
      </w:r>
    </w:p>
    <w:p w14:paraId="02B58AD5" w14:textId="4C330D5C" w:rsidR="005205FA" w:rsidRPr="00A36D55" w:rsidRDefault="00B43E55" w:rsidP="00395B7D">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3</w:t>
      </w:r>
      <w:r w:rsidR="001E40B9"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A36D55">
        <w:rPr>
          <w:rFonts w:ascii="Times New Roman" w:hAnsi="Times New Roman" w:cs="Times New Roman"/>
          <w:sz w:val="28"/>
          <w:szCs w:val="28"/>
        </w:rPr>
        <w:t>Ông/Bà ……………….</w:t>
      </w:r>
      <w:r w:rsidR="005E5300" w:rsidRPr="00A36D55">
        <w:rPr>
          <w:rFonts w:ascii="Times New Roman" w:hAnsi="Times New Roman" w:cs="Times New Roman"/>
          <w:sz w:val="28"/>
          <w:szCs w:val="28"/>
        </w:rPr>
        <w:t xml:space="preserve">, Chủ tịch UBMTTQ Việt Nam </w:t>
      </w:r>
      <w:r w:rsidR="00EB6B23" w:rsidRPr="00A36D55">
        <w:rPr>
          <w:rFonts w:ascii="Times New Roman" w:hAnsi="Times New Roman" w:cs="Times New Roman"/>
          <w:sz w:val="28"/>
          <w:szCs w:val="28"/>
        </w:rPr>
        <w:t xml:space="preserve">xã </w:t>
      </w:r>
      <w:r w:rsidR="005E5300" w:rsidRPr="00A36D55">
        <w:rPr>
          <w:rFonts w:ascii="Times New Roman" w:hAnsi="Times New Roman" w:cs="Times New Roman"/>
          <w:sz w:val="28"/>
          <w:szCs w:val="28"/>
        </w:rPr>
        <w:t xml:space="preserve">, Phó Chủ tịch UBBC: </w:t>
      </w:r>
      <w:r w:rsidR="0060615C" w:rsidRPr="00A36D55">
        <w:rPr>
          <w:rFonts w:ascii="Times New Roman" w:hAnsi="Times New Roman" w:cs="Times New Roman"/>
          <w:sz w:val="28"/>
          <w:szCs w:val="28"/>
        </w:rPr>
        <w:t>Chủ trì, phối hợp t</w:t>
      </w:r>
      <w:r w:rsidR="005E5300" w:rsidRPr="00A36D55">
        <w:rPr>
          <w:rFonts w:ascii="Times New Roman" w:hAnsi="Times New Roman" w:cs="Times New Roman"/>
          <w:sz w:val="28"/>
          <w:szCs w:val="28"/>
        </w:rPr>
        <w:t>hực hiện hiệ</w:t>
      </w:r>
      <w:r w:rsidR="0060615C" w:rsidRPr="00A36D55">
        <w:rPr>
          <w:rFonts w:ascii="Times New Roman" w:hAnsi="Times New Roman" w:cs="Times New Roman"/>
          <w:sz w:val="28"/>
          <w:szCs w:val="28"/>
        </w:rPr>
        <w:t>p thương. Trực tiếp chỉ đạo, điều hành công tác hiệp thương, hội nghị cử tri nơi công tác, nơi cư trú của người ứng cử, chỉ đạo tổ chức vận động bầu cử và thực hiện các nhiệm vụ khác do chủ tịch Ủy ban bầu cử phân công.</w:t>
      </w:r>
    </w:p>
    <w:p w14:paraId="099BB013" w14:textId="1ECF9196" w:rsidR="005205FA" w:rsidRPr="00A36D55" w:rsidRDefault="00B43E55" w:rsidP="00395B7D">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4</w:t>
      </w:r>
      <w:r w:rsidR="001E40B9"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A36D55">
        <w:rPr>
          <w:rFonts w:ascii="Times New Roman" w:hAnsi="Times New Roman" w:cs="Times New Roman"/>
          <w:sz w:val="28"/>
          <w:szCs w:val="28"/>
        </w:rPr>
        <w:t>Ông/Bà ……………….</w:t>
      </w:r>
      <w:r w:rsidR="00EB6B23" w:rsidRPr="00A36D55">
        <w:rPr>
          <w:rFonts w:ascii="Times New Roman" w:hAnsi="Times New Roman" w:cs="Times New Roman"/>
          <w:sz w:val="28"/>
        </w:rPr>
        <w:t>,</w:t>
      </w:r>
      <w:r w:rsidR="00EB6B23" w:rsidRPr="00A36D55">
        <w:rPr>
          <w:rFonts w:ascii="Times New Roman" w:hAnsi="Times New Roman" w:cs="Times New Roman"/>
          <w:spacing w:val="35"/>
          <w:sz w:val="28"/>
        </w:rPr>
        <w:t xml:space="preserve"> </w:t>
      </w:r>
      <w:r w:rsidR="00EB6B23" w:rsidRPr="00A36D55">
        <w:rPr>
          <w:rFonts w:ascii="Times New Roman" w:hAnsi="Times New Roman" w:cs="Times New Roman"/>
          <w:sz w:val="28"/>
        </w:rPr>
        <w:t>Chủ nhiệm UBKT,</w:t>
      </w:r>
      <w:r w:rsidR="005E5300" w:rsidRPr="00A36D55">
        <w:rPr>
          <w:rFonts w:ascii="Times New Roman" w:hAnsi="Times New Roman" w:cs="Times New Roman"/>
          <w:sz w:val="28"/>
          <w:szCs w:val="28"/>
        </w:rPr>
        <w:t xml:space="preserve"> </w:t>
      </w:r>
      <w:r w:rsidR="00EB6B23" w:rsidRPr="00A36D55">
        <w:rPr>
          <w:rFonts w:ascii="Times New Roman" w:hAnsi="Times New Roman" w:cs="Times New Roman"/>
          <w:sz w:val="28"/>
          <w:szCs w:val="28"/>
        </w:rPr>
        <w:t>Uỷ viên UBBC</w:t>
      </w:r>
      <w:r w:rsidR="005E5300" w:rsidRPr="00A36D55">
        <w:rPr>
          <w:rFonts w:ascii="Times New Roman" w:hAnsi="Times New Roman" w:cs="Times New Roman"/>
          <w:sz w:val="28"/>
          <w:szCs w:val="28"/>
        </w:rPr>
        <w:t>: Theo dõi, kiểm tra công tác bầu cử; tham mưu xử lý vấn đề liên quan công tác Đảng và vận động quần chúng.</w:t>
      </w:r>
    </w:p>
    <w:p w14:paraId="5A44EA37" w14:textId="798C6F97" w:rsidR="007474A3" w:rsidRPr="00A36D55" w:rsidRDefault="00B43E55" w:rsidP="007474A3">
      <w:pPr>
        <w:spacing w:before="120" w:after="120" w:line="380" w:lineRule="atLeast"/>
        <w:ind w:firstLine="720"/>
        <w:jc w:val="both"/>
        <w:rPr>
          <w:rFonts w:ascii="Times New Roman" w:hAnsi="Times New Roman" w:cs="Times New Roman"/>
          <w:color w:val="EE0000"/>
          <w:sz w:val="28"/>
          <w:szCs w:val="28"/>
        </w:rPr>
      </w:pPr>
      <w:r w:rsidRPr="00A36D55">
        <w:rPr>
          <w:rFonts w:ascii="Times New Roman" w:hAnsi="Times New Roman" w:cs="Times New Roman"/>
          <w:sz w:val="28"/>
          <w:szCs w:val="28"/>
        </w:rPr>
        <w:lastRenderedPageBreak/>
        <w:t>5</w:t>
      </w:r>
      <w:r w:rsidR="007474A3" w:rsidRPr="00A36D55">
        <w:rPr>
          <w:rFonts w:ascii="Times New Roman" w:hAnsi="Times New Roman" w:cs="Times New Roman"/>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7474A3" w:rsidRPr="00A36D55">
        <w:rPr>
          <w:rFonts w:ascii="Times New Roman" w:hAnsi="Times New Roman" w:cs="Times New Roman"/>
          <w:sz w:val="28"/>
          <w:szCs w:val="28"/>
        </w:rPr>
        <w:t>, Phó Chủ tịch UBND xã , Uỷ viên UBBC: Chỉ đạo chuẩn bị cơ sở vật chất, điều kiện phục vụ bầu cử; phối hợp các đơn vị đảm bảo an ninh, trật tự, hậu cần.</w:t>
      </w:r>
    </w:p>
    <w:p w14:paraId="34BE8034" w14:textId="2CEF0E49" w:rsidR="005205FA" w:rsidRPr="00A36D55" w:rsidRDefault="00B43E55" w:rsidP="00395B7D">
      <w:pPr>
        <w:spacing w:before="120" w:after="120" w:line="380" w:lineRule="atLeast"/>
        <w:ind w:firstLine="720"/>
        <w:jc w:val="both"/>
        <w:rPr>
          <w:rFonts w:ascii="Times New Roman" w:hAnsi="Times New Roman" w:cs="Times New Roman"/>
          <w:color w:val="000000"/>
          <w:sz w:val="28"/>
          <w:szCs w:val="28"/>
          <w:shd w:val="clear" w:color="auto" w:fill="FFFFFF"/>
        </w:rPr>
      </w:pPr>
      <w:r w:rsidRPr="00A36D55">
        <w:rPr>
          <w:rFonts w:ascii="Times New Roman" w:hAnsi="Times New Roman" w:cs="Times New Roman"/>
          <w:sz w:val="28"/>
          <w:szCs w:val="28"/>
        </w:rPr>
        <w:t>6</w:t>
      </w:r>
      <w:r w:rsidR="001E40B9"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5E5300" w:rsidRPr="00A36D55">
        <w:rPr>
          <w:rFonts w:ascii="Times New Roman" w:hAnsi="Times New Roman" w:cs="Times New Roman"/>
          <w:sz w:val="28"/>
          <w:szCs w:val="28"/>
        </w:rPr>
        <w:t>, Trưởng phòng Văn hóa – Xã hội, Thư ký UBBC: Tham mưu tổng hợp; hướng dẫn nghiệp vụ</w:t>
      </w:r>
      <w:r w:rsidR="00862268" w:rsidRPr="00A36D55">
        <w:rPr>
          <w:rFonts w:ascii="Times New Roman" w:hAnsi="Times New Roman" w:cs="Times New Roman"/>
          <w:sz w:val="28"/>
          <w:szCs w:val="28"/>
        </w:rPr>
        <w:t xml:space="preserve"> công tác bầu cử</w:t>
      </w:r>
      <w:r w:rsidR="005E5300" w:rsidRPr="00A36D55">
        <w:rPr>
          <w:rFonts w:ascii="Times New Roman" w:hAnsi="Times New Roman" w:cs="Times New Roman"/>
          <w:sz w:val="28"/>
          <w:szCs w:val="28"/>
        </w:rPr>
        <w:t xml:space="preserve">; </w:t>
      </w:r>
      <w:r w:rsidR="00862268" w:rsidRPr="00A36D55">
        <w:rPr>
          <w:rFonts w:ascii="Times New Roman" w:hAnsi="Times New Roman" w:cs="Times New Roman"/>
          <w:sz w:val="28"/>
          <w:szCs w:val="28"/>
        </w:rPr>
        <w:t>tiếp nhận hồ sơ của người ứng cử, tự ứng cử, in ấn hồ sơ, tài liệu, biểu mẫu và chuẩn bị các điều kiện phục vụ bầu cử. Th</w:t>
      </w:r>
      <w:r w:rsidR="006874A1" w:rsidRPr="00A36D55">
        <w:rPr>
          <w:rFonts w:ascii="Times New Roman" w:hAnsi="Times New Roman" w:cs="Times New Roman"/>
          <w:sz w:val="28"/>
          <w:szCs w:val="28"/>
        </w:rPr>
        <w:t>e</w:t>
      </w:r>
      <w:r w:rsidR="00862268" w:rsidRPr="00A36D55">
        <w:rPr>
          <w:rFonts w:ascii="Times New Roman" w:hAnsi="Times New Roman" w:cs="Times New Roman"/>
          <w:sz w:val="28"/>
          <w:szCs w:val="28"/>
        </w:rPr>
        <w:t xml:space="preserve">o dõi, đông đốc tình hình chuẩn bị, tiến độ thực hiện để tổng hợp báo cáo cơ quan cấp trên theo quy định. </w:t>
      </w:r>
      <w:r w:rsidR="006874A1" w:rsidRPr="00A36D55">
        <w:rPr>
          <w:rFonts w:ascii="Times New Roman" w:hAnsi="Times New Roman" w:cs="Times New Roman"/>
          <w:sz w:val="28"/>
          <w:szCs w:val="28"/>
        </w:rPr>
        <w:t xml:space="preserve">Thực hiện đôn đốc </w:t>
      </w:r>
      <w:r w:rsidR="006874A1" w:rsidRPr="00A36D55">
        <w:rPr>
          <w:rFonts w:ascii="Times New Roman" w:hAnsi="Times New Roman" w:cs="Times New Roman"/>
          <w:color w:val="000000"/>
          <w:sz w:val="28"/>
          <w:szCs w:val="28"/>
          <w:shd w:val="clear" w:color="auto" w:fill="FFFFFF"/>
        </w:rPr>
        <w:t>công tác thông tin, tuyên truyền và vận động bầu cử đại biểu Hội đồng nhân dân ở địa phương;</w:t>
      </w:r>
    </w:p>
    <w:p w14:paraId="0B491750" w14:textId="31D15A73" w:rsidR="005205FA" w:rsidRPr="00A36D55" w:rsidRDefault="00B43E55" w:rsidP="00AD0DB7">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7</w:t>
      </w:r>
      <w:r w:rsidR="001E40B9"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EB6B23" w:rsidRPr="00A36D55">
        <w:rPr>
          <w:rFonts w:ascii="Times New Roman" w:hAnsi="Times New Roman" w:cs="Times New Roman"/>
          <w:spacing w:val="-10"/>
          <w:sz w:val="28"/>
        </w:rPr>
        <w:t xml:space="preserve">, Phó trưởng Ban KT – NS, </w:t>
      </w:r>
      <w:r w:rsidR="00EB6B23" w:rsidRPr="00A36D55">
        <w:rPr>
          <w:rFonts w:ascii="Times New Roman" w:hAnsi="Times New Roman" w:cs="Times New Roman"/>
          <w:sz w:val="28"/>
          <w:szCs w:val="28"/>
        </w:rPr>
        <w:t xml:space="preserve"> </w:t>
      </w:r>
      <w:r w:rsidR="005E5300" w:rsidRPr="00A36D55">
        <w:rPr>
          <w:rFonts w:ascii="Times New Roman" w:hAnsi="Times New Roman" w:cs="Times New Roman"/>
          <w:sz w:val="28"/>
          <w:szCs w:val="28"/>
        </w:rPr>
        <w:t>Ủy viên UBBC: Tham mưu giám sát, kiểm tra công tác bầu cử; tiếp nhận và xử lý thông tin liên quan đến vi phạm bầu cử.</w:t>
      </w:r>
    </w:p>
    <w:p w14:paraId="0E1006C9" w14:textId="3BDA0E69" w:rsidR="006874A1" w:rsidRPr="00A36D55" w:rsidRDefault="00B43E55" w:rsidP="006874A1">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8</w:t>
      </w:r>
      <w:r w:rsidR="006874A1" w:rsidRPr="00A36D55">
        <w:rPr>
          <w:rFonts w:ascii="Times New Roman" w:hAnsi="Times New Roman" w:cs="Times New Roman"/>
          <w:sz w:val="28"/>
          <w:szCs w:val="28"/>
        </w:rPr>
        <w:t xml:space="preserve">. </w:t>
      </w:r>
      <w:bookmarkStart w:id="1" w:name="_Hlk213830225"/>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C01B0A" w:rsidRPr="00A36D55">
        <w:rPr>
          <w:rFonts w:ascii="Times New Roman" w:hAnsi="Times New Roman" w:cs="Times New Roman"/>
          <w:sz w:val="28"/>
          <w:szCs w:val="28"/>
        </w:rPr>
        <w:t xml:space="preserve">, Phó trưởng </w:t>
      </w:r>
      <w:r w:rsidR="006874A1" w:rsidRPr="00A36D55">
        <w:rPr>
          <w:rFonts w:ascii="Times New Roman" w:hAnsi="Times New Roman" w:cs="Times New Roman"/>
          <w:sz w:val="28"/>
          <w:szCs w:val="28"/>
        </w:rPr>
        <w:t xml:space="preserve">Công an </w:t>
      </w:r>
      <w:r w:rsidR="00EB6B23" w:rsidRPr="00A36D55">
        <w:rPr>
          <w:rFonts w:ascii="Times New Roman" w:hAnsi="Times New Roman" w:cs="Times New Roman"/>
          <w:sz w:val="28"/>
          <w:szCs w:val="28"/>
        </w:rPr>
        <w:t xml:space="preserve">xã </w:t>
      </w:r>
      <w:r w:rsidR="006874A1" w:rsidRPr="00A36D55">
        <w:rPr>
          <w:rFonts w:ascii="Times New Roman" w:hAnsi="Times New Roman" w:cs="Times New Roman"/>
          <w:sz w:val="28"/>
          <w:szCs w:val="28"/>
        </w:rPr>
        <w:t>, Ủy viên UBBC</w:t>
      </w:r>
      <w:bookmarkEnd w:id="1"/>
      <w:r w:rsidR="006874A1" w:rsidRPr="00A36D55">
        <w:rPr>
          <w:rFonts w:ascii="Times New Roman" w:hAnsi="Times New Roman" w:cs="Times New Roman"/>
          <w:sz w:val="28"/>
          <w:szCs w:val="28"/>
        </w:rPr>
        <w:t xml:space="preserve">: </w:t>
      </w:r>
      <w:r w:rsidR="006874A1" w:rsidRPr="00A36D55">
        <w:rPr>
          <w:rFonts w:ascii="Times New Roman" w:hAnsi="Times New Roman" w:cs="Times New Roman"/>
          <w:color w:val="000000"/>
          <w:sz w:val="28"/>
          <w:szCs w:val="28"/>
          <w:shd w:val="clear" w:color="auto" w:fill="FFFFFF"/>
        </w:rPr>
        <w:t>Chỉ đạo thực hiện công tác bảo vệ an ninh, trật tự, an toàn xã hội trong cuộc bầu cử đại biểu Hội đồng nhân dân ở địa phương;</w:t>
      </w:r>
    </w:p>
    <w:p w14:paraId="17E0F705" w14:textId="203D88B6" w:rsidR="005205FA" w:rsidRPr="00A36D55" w:rsidRDefault="00B43E55" w:rsidP="00395B7D">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9</w:t>
      </w:r>
      <w:r w:rsidR="001E40B9"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Chỉ huy trưởng BCHQS </w:t>
      </w:r>
      <w:r w:rsidR="00EB6B23" w:rsidRPr="00A36D55">
        <w:rPr>
          <w:rFonts w:ascii="Times New Roman" w:hAnsi="Times New Roman" w:cs="Times New Roman"/>
          <w:sz w:val="28"/>
          <w:szCs w:val="28"/>
        </w:rPr>
        <w:t xml:space="preserve">xã </w:t>
      </w:r>
      <w:r w:rsidR="005E5300" w:rsidRPr="00A36D55">
        <w:rPr>
          <w:rFonts w:ascii="Times New Roman" w:hAnsi="Times New Roman" w:cs="Times New Roman"/>
          <w:sz w:val="28"/>
          <w:szCs w:val="28"/>
        </w:rPr>
        <w:t>, Ủy viên UBBC: Phối hợp đảm bảo an ninh, an toàn bầu cử; huy động lực lượng hỗ trợ tại điểm bầu cử.</w:t>
      </w:r>
    </w:p>
    <w:p w14:paraId="2C713A2B" w14:textId="1FCC5992" w:rsidR="005205FA" w:rsidRPr="00A36D55" w:rsidRDefault="001E40B9" w:rsidP="00395B7D">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1</w:t>
      </w:r>
      <w:r w:rsidR="00B43E55" w:rsidRPr="00A36D55">
        <w:rPr>
          <w:rFonts w:ascii="Times New Roman" w:hAnsi="Times New Roman" w:cs="Times New Roman"/>
          <w:sz w:val="28"/>
          <w:szCs w:val="28"/>
        </w:rPr>
        <w:t>0</w:t>
      </w:r>
      <w:r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Phó Chủ tịch UBND </w:t>
      </w:r>
      <w:r w:rsidR="00EB6B23" w:rsidRPr="00A36D55">
        <w:rPr>
          <w:rFonts w:ascii="Times New Roman" w:hAnsi="Times New Roman" w:cs="Times New Roman"/>
          <w:sz w:val="28"/>
          <w:szCs w:val="28"/>
        </w:rPr>
        <w:t xml:space="preserve">xã </w:t>
      </w:r>
      <w:r w:rsidR="005E5300" w:rsidRPr="00A36D55">
        <w:rPr>
          <w:rFonts w:ascii="Times New Roman" w:hAnsi="Times New Roman" w:cs="Times New Roman"/>
          <w:sz w:val="28"/>
          <w:szCs w:val="28"/>
        </w:rPr>
        <w:t>, Ủy viên UBBC: Theo dõi, đôn đốc chuẩn bị cơ sở vật chất, trang thiết bị phục vụ bầu cử</w:t>
      </w:r>
      <w:r w:rsidR="006874A1" w:rsidRPr="00A36D55">
        <w:rPr>
          <w:rFonts w:ascii="Times New Roman" w:hAnsi="Times New Roman" w:cs="Times New Roman"/>
          <w:sz w:val="28"/>
          <w:szCs w:val="28"/>
        </w:rPr>
        <w:t xml:space="preserve">. Chỉ đạo </w:t>
      </w:r>
      <w:r w:rsidR="006874A1" w:rsidRPr="00A36D55">
        <w:rPr>
          <w:rFonts w:ascii="Times New Roman" w:hAnsi="Times New Roman" w:cs="Times New Roman"/>
          <w:color w:val="000000"/>
          <w:sz w:val="28"/>
          <w:szCs w:val="28"/>
          <w:shd w:val="clear" w:color="auto" w:fill="FFFFFF"/>
        </w:rPr>
        <w:t>công tác thông tin, tuyên truyền và vận động bầu cử đại biểu Hội đồng nhân dân ở địa phương;</w:t>
      </w:r>
    </w:p>
    <w:p w14:paraId="0ED1606C" w14:textId="577B5FD8" w:rsidR="005205FA" w:rsidRPr="00A36D55" w:rsidRDefault="001E40B9" w:rsidP="00395B7D">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1</w:t>
      </w:r>
      <w:r w:rsidR="00B43E55" w:rsidRPr="00A36D55">
        <w:rPr>
          <w:rFonts w:ascii="Times New Roman" w:hAnsi="Times New Roman" w:cs="Times New Roman"/>
          <w:sz w:val="28"/>
          <w:szCs w:val="28"/>
        </w:rPr>
        <w:t>1</w:t>
      </w:r>
      <w:r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7474A3" w:rsidRPr="00A36D55">
        <w:rPr>
          <w:rFonts w:ascii="Times New Roman" w:hAnsi="Times New Roman" w:cs="Times New Roman"/>
          <w:spacing w:val="-6"/>
          <w:sz w:val="28"/>
        </w:rPr>
        <w:t>, Trưởng phòng Kinh tế</w:t>
      </w:r>
      <w:r w:rsidR="005E5300" w:rsidRPr="00A36D55">
        <w:rPr>
          <w:rFonts w:ascii="Times New Roman" w:hAnsi="Times New Roman" w:cs="Times New Roman"/>
          <w:sz w:val="28"/>
          <w:szCs w:val="28"/>
        </w:rPr>
        <w:t xml:space="preserve">, Ủy viên UBBC: </w:t>
      </w:r>
      <w:r w:rsidR="00560152" w:rsidRPr="00A36D55">
        <w:rPr>
          <w:rFonts w:ascii="Times New Roman" w:hAnsi="Times New Roman" w:cs="Times New Roman"/>
          <w:sz w:val="28"/>
          <w:szCs w:val="28"/>
        </w:rPr>
        <w:t>Phối hợp cùng Ủy viên Thư ký giúp Ủy ban bầu cử phân bổ kinh phí và đảm bảo cơ sở vật chất phục vụ bầu cử; hướng dẫn việc lập dự toán, quyết toán, kiểm tra việc sử dụng kinh phí đúng mục đích, tiết kiệm, hiệu quả.</w:t>
      </w:r>
    </w:p>
    <w:p w14:paraId="116CD46F" w14:textId="59437B6F" w:rsidR="005205FA" w:rsidRPr="00A36D55" w:rsidRDefault="001E40B9" w:rsidP="00395B7D">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1</w:t>
      </w:r>
      <w:r w:rsidR="00B43E55" w:rsidRPr="00A36D55">
        <w:rPr>
          <w:rFonts w:ascii="Times New Roman" w:hAnsi="Times New Roman" w:cs="Times New Roman"/>
          <w:sz w:val="28"/>
          <w:szCs w:val="28"/>
        </w:rPr>
        <w:t>2</w:t>
      </w:r>
      <w:r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Chánh VP Đảng ủy, Ủy viên UBBC: </w:t>
      </w:r>
      <w:r w:rsidR="00862268" w:rsidRPr="00A36D55">
        <w:rPr>
          <w:rFonts w:ascii="Times New Roman" w:hAnsi="Times New Roman" w:cs="Times New Roman"/>
          <w:sz w:val="28"/>
          <w:szCs w:val="28"/>
        </w:rPr>
        <w:t xml:space="preserve">Phối hợp thực hiện tổng hợp, báo cáo, kiểm tra, đôn đốc việc thi hành pháp luật về bầu cử; Chuẩn bị các điều kiện, </w:t>
      </w:r>
      <w:r w:rsidR="005E5300" w:rsidRPr="00A36D55">
        <w:rPr>
          <w:rFonts w:ascii="Times New Roman" w:hAnsi="Times New Roman" w:cs="Times New Roman"/>
          <w:sz w:val="28"/>
          <w:szCs w:val="28"/>
        </w:rPr>
        <w:t>tham mưu công tác Đảng phục vụ bầu cử; tổng hợp báo cáo cấp ủy.</w:t>
      </w:r>
    </w:p>
    <w:p w14:paraId="171E6335" w14:textId="067F47F2" w:rsidR="00560152" w:rsidRPr="00A36D55" w:rsidRDefault="001E40B9" w:rsidP="00395B7D">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1</w:t>
      </w:r>
      <w:r w:rsidR="00B43E55" w:rsidRPr="00A36D55">
        <w:rPr>
          <w:rFonts w:ascii="Times New Roman" w:hAnsi="Times New Roman" w:cs="Times New Roman"/>
          <w:sz w:val="28"/>
          <w:szCs w:val="28"/>
        </w:rPr>
        <w:t>3</w:t>
      </w:r>
      <w:r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Chánh VP HĐND–UBND, Ủy viên UBBC: </w:t>
      </w:r>
      <w:r w:rsidR="00560152" w:rsidRPr="00A36D55">
        <w:rPr>
          <w:rFonts w:ascii="Times New Roman" w:hAnsi="Times New Roman" w:cs="Times New Roman"/>
          <w:sz w:val="28"/>
          <w:szCs w:val="28"/>
        </w:rPr>
        <w:t xml:space="preserve">Phối hợp thực hiện tổng hợp, báo cáo, kiểm tra, đôn đốc việc thi hành các quy định pháp luật về bầu cử; Chuẩn bị các điều kiện hoạt động của Ủy ban bầu cử. Tham mưu thực </w:t>
      </w:r>
      <w:r w:rsidR="00560152" w:rsidRPr="00A36D55">
        <w:rPr>
          <w:rFonts w:ascii="Times New Roman" w:hAnsi="Times New Roman" w:cs="Times New Roman"/>
          <w:sz w:val="28"/>
          <w:szCs w:val="28"/>
        </w:rPr>
        <w:lastRenderedPageBreak/>
        <w:t>hiện các nội dung về giải quyết đơn thư, khiếu nại, tố cáo liên quan đến hoạt động bầu cử. Tuyên truyền văn bản quy phạm pháp luật liên quan đến cuộc bầu cử</w:t>
      </w:r>
    </w:p>
    <w:p w14:paraId="03D09EEB" w14:textId="49C9D4EF" w:rsidR="005205FA" w:rsidRPr="00A36D55" w:rsidRDefault="001E40B9" w:rsidP="00395B7D">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1</w:t>
      </w:r>
      <w:r w:rsidR="00B43E55" w:rsidRPr="00A36D55">
        <w:rPr>
          <w:rFonts w:ascii="Times New Roman" w:hAnsi="Times New Roman" w:cs="Times New Roman"/>
          <w:sz w:val="28"/>
          <w:szCs w:val="28"/>
        </w:rPr>
        <w:t>4</w:t>
      </w:r>
      <w:r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5E5300" w:rsidRPr="00A36D55">
        <w:rPr>
          <w:rFonts w:ascii="Times New Roman" w:hAnsi="Times New Roman" w:cs="Times New Roman"/>
          <w:sz w:val="28"/>
          <w:szCs w:val="28"/>
        </w:rPr>
        <w:t>, Phó Chủ tịch MTTQ, Chủ tịch Hội LHPN, Ủy viên UBBC: Vận động hội viên phụ nữ tham gia bầu cử; giám sát niêm yết danh sách cử tri; tiếp nhận phản ánh phụ nữ cử tri.</w:t>
      </w:r>
    </w:p>
    <w:p w14:paraId="756D511B" w14:textId="507ED347" w:rsidR="005205FA" w:rsidRPr="00A36D55" w:rsidRDefault="001E40B9" w:rsidP="00395B7D">
      <w:pPr>
        <w:spacing w:before="120" w:after="120" w:line="380" w:lineRule="atLeast"/>
        <w:ind w:firstLine="720"/>
        <w:jc w:val="both"/>
        <w:rPr>
          <w:rFonts w:ascii="Times New Roman" w:hAnsi="Times New Roman" w:cs="Times New Roman"/>
          <w:spacing w:val="-4"/>
          <w:sz w:val="28"/>
          <w:szCs w:val="28"/>
        </w:rPr>
      </w:pPr>
      <w:r w:rsidRPr="00A36D55">
        <w:rPr>
          <w:rFonts w:ascii="Times New Roman" w:hAnsi="Times New Roman" w:cs="Times New Roman"/>
          <w:spacing w:val="-4"/>
          <w:sz w:val="28"/>
          <w:szCs w:val="28"/>
        </w:rPr>
        <w:t>1</w:t>
      </w:r>
      <w:r w:rsidR="00B43E55" w:rsidRPr="00A36D55">
        <w:rPr>
          <w:rFonts w:ascii="Times New Roman" w:hAnsi="Times New Roman" w:cs="Times New Roman"/>
          <w:spacing w:val="-4"/>
          <w:sz w:val="28"/>
          <w:szCs w:val="28"/>
        </w:rPr>
        <w:t>5</w:t>
      </w:r>
      <w:r w:rsidRPr="00A36D55">
        <w:rPr>
          <w:rFonts w:ascii="Times New Roman" w:hAnsi="Times New Roman" w:cs="Times New Roman"/>
          <w:spacing w:val="-4"/>
          <w:sz w:val="28"/>
          <w:szCs w:val="28"/>
        </w:rPr>
        <w:t>.</w:t>
      </w:r>
      <w:r w:rsidR="005E5300" w:rsidRPr="00A36D55">
        <w:rPr>
          <w:rFonts w:ascii="Times New Roman" w:hAnsi="Times New Roman" w:cs="Times New Roman"/>
          <w:spacing w:val="-4"/>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5E5300" w:rsidRPr="00A36D55">
        <w:rPr>
          <w:rFonts w:ascii="Times New Roman" w:hAnsi="Times New Roman" w:cs="Times New Roman"/>
          <w:spacing w:val="-4"/>
          <w:sz w:val="28"/>
          <w:szCs w:val="28"/>
        </w:rPr>
        <w:t>, Chủ tịch Hội Nông dân, Ủy viên UBBC: Tuyên truyền hội viên nông dân; theo dõi địa bàn khu dân cư; hỗ trợ niêm yết danh sách cử tri.</w:t>
      </w:r>
    </w:p>
    <w:p w14:paraId="7DCD760C" w14:textId="308238F1" w:rsidR="001E40B9" w:rsidRPr="00A36D55" w:rsidRDefault="001E40B9" w:rsidP="00395B7D">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1</w:t>
      </w:r>
      <w:r w:rsidR="00B43E55" w:rsidRPr="00A36D55">
        <w:rPr>
          <w:rFonts w:ascii="Times New Roman" w:hAnsi="Times New Roman" w:cs="Times New Roman"/>
          <w:sz w:val="28"/>
          <w:szCs w:val="28"/>
        </w:rPr>
        <w:t>6</w:t>
      </w:r>
      <w:r w:rsidRP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w:t>
      </w:r>
      <w:r w:rsidR="00A36D55" w:rsidRPr="0017550B">
        <w:rPr>
          <w:rFonts w:ascii="Times New Roman" w:hAnsi="Times New Roman" w:cs="Times New Roman"/>
          <w:sz w:val="28"/>
          <w:szCs w:val="28"/>
        </w:rPr>
        <w:t>Ông</w:t>
      </w:r>
      <w:r w:rsidR="00A36D55">
        <w:rPr>
          <w:rFonts w:ascii="Times New Roman" w:hAnsi="Times New Roman" w:cs="Times New Roman"/>
          <w:sz w:val="28"/>
          <w:szCs w:val="28"/>
        </w:rPr>
        <w:t>/Bà</w:t>
      </w:r>
      <w:r w:rsidR="00A36D55" w:rsidRPr="0017550B">
        <w:rPr>
          <w:rFonts w:ascii="Times New Roman" w:hAnsi="Times New Roman" w:cs="Times New Roman"/>
          <w:sz w:val="28"/>
          <w:szCs w:val="28"/>
        </w:rPr>
        <w:t xml:space="preserve"> </w:t>
      </w:r>
      <w:r w:rsidR="00A36D55">
        <w:rPr>
          <w:rFonts w:ascii="Times New Roman" w:hAnsi="Times New Roman" w:cs="Times New Roman"/>
          <w:sz w:val="28"/>
          <w:szCs w:val="28"/>
        </w:rPr>
        <w:t>……………….</w:t>
      </w:r>
      <w:r w:rsidR="005E5300" w:rsidRPr="00A36D55">
        <w:rPr>
          <w:rFonts w:ascii="Times New Roman" w:hAnsi="Times New Roman" w:cs="Times New Roman"/>
          <w:sz w:val="28"/>
          <w:szCs w:val="28"/>
        </w:rPr>
        <w:t xml:space="preserve">, Chủ tịch Hội CCB, Ủy viên UBBC: </w:t>
      </w:r>
      <w:r w:rsidRPr="00A36D55">
        <w:rPr>
          <w:rFonts w:ascii="Times New Roman" w:hAnsi="Times New Roman" w:cs="Times New Roman"/>
          <w:sz w:val="28"/>
          <w:szCs w:val="28"/>
        </w:rPr>
        <w:t>Phụ trách công tác v</w:t>
      </w:r>
      <w:r w:rsidR="005E5300" w:rsidRPr="00A36D55">
        <w:rPr>
          <w:rFonts w:ascii="Times New Roman" w:hAnsi="Times New Roman" w:cs="Times New Roman"/>
          <w:sz w:val="28"/>
          <w:szCs w:val="28"/>
        </w:rPr>
        <w:t xml:space="preserve">ận động hội viên CCB tham gia bầu cử; </w:t>
      </w:r>
    </w:p>
    <w:p w14:paraId="22E0E08F" w14:textId="2799BA66" w:rsidR="009B695E" w:rsidRPr="00A36D55" w:rsidRDefault="001E40B9" w:rsidP="00395B7D">
      <w:pPr>
        <w:spacing w:before="120" w:after="120" w:line="380" w:lineRule="atLeast"/>
        <w:ind w:firstLine="720"/>
        <w:jc w:val="both"/>
        <w:rPr>
          <w:rFonts w:ascii="Times New Roman" w:hAnsi="Times New Roman" w:cs="Times New Roman"/>
          <w:sz w:val="28"/>
          <w:szCs w:val="28"/>
        </w:rPr>
      </w:pPr>
      <w:r w:rsidRPr="00A36D55">
        <w:rPr>
          <w:rFonts w:ascii="Times New Roman" w:hAnsi="Times New Roman" w:cs="Times New Roman"/>
          <w:sz w:val="28"/>
          <w:szCs w:val="28"/>
        </w:rPr>
        <w:t xml:space="preserve">Trên đây là nội dung thông báo phân công nhiệm vụ đối với các thành viên của Ủy ban bầu cử </w:t>
      </w:r>
      <w:r w:rsidR="00EB6B23" w:rsidRPr="00A36D55">
        <w:rPr>
          <w:rFonts w:ascii="Times New Roman" w:hAnsi="Times New Roman" w:cs="Times New Roman"/>
          <w:sz w:val="28"/>
          <w:szCs w:val="28"/>
        </w:rPr>
        <w:t xml:space="preserve">xã </w:t>
      </w:r>
      <w:r w:rsidR="00A36D55">
        <w:rPr>
          <w:rFonts w:ascii="Times New Roman" w:hAnsi="Times New Roman" w:cs="Times New Roman"/>
          <w:sz w:val="28"/>
          <w:szCs w:val="28"/>
        </w:rPr>
        <w:t>…………………</w:t>
      </w:r>
      <w:r w:rsidRPr="00A36D55">
        <w:rPr>
          <w:rFonts w:ascii="Times New Roman" w:hAnsi="Times New Roman" w:cs="Times New Roman"/>
          <w:sz w:val="28"/>
          <w:szCs w:val="28"/>
        </w:rPr>
        <w:t xml:space="preserve">. Yêu cầu các thành viên căn cứ chức năng, nhiệm vụ được phân công, chủ động xây dựng kế hoạch thực hiện nhằm đảm bảo cho cuộc bầu cử đại biểu Quốc hội khóa </w:t>
      </w:r>
      <w:r w:rsidR="009B695E" w:rsidRPr="00A36D55">
        <w:rPr>
          <w:rFonts w:ascii="Times New Roman" w:hAnsi="Times New Roman" w:cs="Times New Roman"/>
          <w:sz w:val="28"/>
          <w:szCs w:val="28"/>
        </w:rPr>
        <w:t xml:space="preserve">khóa </w:t>
      </w:r>
      <w:r w:rsidR="00A36D55">
        <w:rPr>
          <w:rFonts w:ascii="Times New Roman" w:hAnsi="Times New Roman" w:cs="Times New Roman"/>
          <w:sz w:val="28"/>
          <w:szCs w:val="28"/>
        </w:rPr>
        <w:t>…..</w:t>
      </w:r>
      <w:r w:rsidR="009B695E" w:rsidRPr="00A36D55">
        <w:rPr>
          <w:rFonts w:ascii="Times New Roman" w:hAnsi="Times New Roman" w:cs="Times New Roman"/>
          <w:sz w:val="28"/>
          <w:szCs w:val="28"/>
        </w:rPr>
        <w:t xml:space="preserve"> và đại biểu Hội đồng nhân dân </w:t>
      </w:r>
      <w:r w:rsidR="00EB6B23" w:rsidRPr="00A36D55">
        <w:rPr>
          <w:rFonts w:ascii="Times New Roman" w:hAnsi="Times New Roman" w:cs="Times New Roman"/>
          <w:sz w:val="28"/>
          <w:szCs w:val="28"/>
        </w:rPr>
        <w:t xml:space="preserve">xã </w:t>
      </w:r>
      <w:r w:rsidR="00A36D55">
        <w:rPr>
          <w:rFonts w:ascii="Times New Roman" w:hAnsi="Times New Roman" w:cs="Times New Roman"/>
          <w:sz w:val="28"/>
          <w:szCs w:val="28"/>
        </w:rPr>
        <w:t>………………..</w:t>
      </w:r>
      <w:r w:rsidR="009B695E" w:rsidRPr="00A36D55">
        <w:rPr>
          <w:rFonts w:ascii="Times New Roman" w:hAnsi="Times New Roman" w:cs="Times New Roman"/>
          <w:sz w:val="28"/>
          <w:szCs w:val="28"/>
        </w:rPr>
        <w:t xml:space="preserve"> nhiệm kỳ</w:t>
      </w:r>
      <w:r w:rsidR="00A36D55">
        <w:rPr>
          <w:rFonts w:ascii="Times New Roman" w:hAnsi="Times New Roman" w:cs="Times New Roman"/>
          <w:sz w:val="28"/>
          <w:szCs w:val="28"/>
        </w:rPr>
        <w:t xml:space="preserve"> 20…-20…</w:t>
      </w:r>
      <w:r w:rsidR="00395B7D" w:rsidRPr="00A36D55">
        <w:rPr>
          <w:rFonts w:ascii="Times New Roman" w:hAnsi="Times New Roman" w:cs="Times New Roman"/>
          <w:sz w:val="28"/>
          <w:szCs w:val="28"/>
        </w:rPr>
        <w:t>./.</w:t>
      </w:r>
    </w:p>
    <w:p w14:paraId="2813A578" w14:textId="77777777" w:rsidR="00395B7D" w:rsidRPr="00A36D55" w:rsidRDefault="00395B7D" w:rsidP="009B695E">
      <w:pPr>
        <w:spacing w:before="120" w:after="120" w:line="380" w:lineRule="atLeast"/>
        <w:ind w:firstLine="720"/>
        <w:jc w:val="both"/>
        <w:rPr>
          <w:rFonts w:ascii="Times New Roman" w:hAnsi="Times New Roman" w:cs="Times New Roman"/>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732"/>
      </w:tblGrid>
      <w:tr w:rsidR="009B695E" w:rsidRPr="00A36D55" w14:paraId="7A2A8772" w14:textId="77777777" w:rsidTr="009B695E">
        <w:tc>
          <w:tcPr>
            <w:tcW w:w="4810" w:type="dxa"/>
          </w:tcPr>
          <w:p w14:paraId="14BFA611" w14:textId="77777777" w:rsidR="009B695E" w:rsidRPr="00A36D55" w:rsidRDefault="009B695E" w:rsidP="009B695E">
            <w:pPr>
              <w:rPr>
                <w:rFonts w:ascii="Times New Roman" w:hAnsi="Times New Roman" w:cs="Times New Roman"/>
              </w:rPr>
            </w:pPr>
            <w:r w:rsidRPr="00A36D55">
              <w:rPr>
                <w:rFonts w:ascii="Times New Roman" w:hAnsi="Times New Roman" w:cs="Times New Roman"/>
                <w:b/>
                <w:i/>
                <w:sz w:val="24"/>
                <w:szCs w:val="24"/>
              </w:rPr>
              <w:t>Nơi nhận:</w:t>
            </w:r>
            <w:r w:rsidRPr="00A36D55">
              <w:rPr>
                <w:rFonts w:ascii="Times New Roman" w:hAnsi="Times New Roman" w:cs="Times New Roman"/>
                <w:b/>
                <w:sz w:val="28"/>
                <w:szCs w:val="28"/>
              </w:rPr>
              <w:br/>
            </w:r>
            <w:r w:rsidRPr="00A36D55">
              <w:rPr>
                <w:rFonts w:ascii="Times New Roman" w:hAnsi="Times New Roman" w:cs="Times New Roman"/>
              </w:rPr>
              <w:t xml:space="preserve">- </w:t>
            </w:r>
            <w:r w:rsidR="004C2ED2" w:rsidRPr="00A36D55">
              <w:rPr>
                <w:rFonts w:ascii="Times New Roman" w:hAnsi="Times New Roman" w:cs="Times New Roman"/>
              </w:rPr>
              <w:t>Thành viên UBBC</w:t>
            </w:r>
            <w:r w:rsidRPr="00A36D55">
              <w:rPr>
                <w:rFonts w:ascii="Times New Roman" w:hAnsi="Times New Roman" w:cs="Times New Roman"/>
              </w:rPr>
              <w:t>;</w:t>
            </w:r>
            <w:r w:rsidRPr="00A36D55">
              <w:rPr>
                <w:rFonts w:ascii="Times New Roman" w:hAnsi="Times New Roman" w:cs="Times New Roman"/>
              </w:rPr>
              <w:br/>
              <w:t>- Lưu: VT, UBBC.</w:t>
            </w:r>
          </w:p>
          <w:p w14:paraId="175299DE" w14:textId="77777777" w:rsidR="009B695E" w:rsidRPr="00A36D55" w:rsidRDefault="009B695E" w:rsidP="009B695E">
            <w:pPr>
              <w:jc w:val="center"/>
              <w:rPr>
                <w:rFonts w:ascii="Times New Roman" w:hAnsi="Times New Roman" w:cs="Times New Roman"/>
                <w:b/>
                <w:sz w:val="28"/>
                <w:szCs w:val="28"/>
              </w:rPr>
            </w:pPr>
          </w:p>
        </w:tc>
        <w:tc>
          <w:tcPr>
            <w:tcW w:w="4811" w:type="dxa"/>
          </w:tcPr>
          <w:p w14:paraId="56E59C42" w14:textId="77777777" w:rsidR="009B695E" w:rsidRPr="00A36D55" w:rsidRDefault="009B695E" w:rsidP="009B695E">
            <w:pPr>
              <w:jc w:val="center"/>
              <w:rPr>
                <w:rFonts w:ascii="Times New Roman" w:hAnsi="Times New Roman" w:cs="Times New Roman"/>
                <w:b/>
                <w:sz w:val="26"/>
                <w:szCs w:val="26"/>
              </w:rPr>
            </w:pPr>
            <w:r w:rsidRPr="00A36D55">
              <w:rPr>
                <w:rFonts w:ascii="Times New Roman" w:hAnsi="Times New Roman" w:cs="Times New Roman"/>
                <w:b/>
                <w:sz w:val="26"/>
                <w:szCs w:val="26"/>
              </w:rPr>
              <w:t>TM. ỦY BAN BẦU CỬ</w:t>
            </w:r>
            <w:r w:rsidRPr="00A36D55">
              <w:rPr>
                <w:rFonts w:ascii="Times New Roman" w:hAnsi="Times New Roman" w:cs="Times New Roman"/>
                <w:b/>
                <w:sz w:val="26"/>
                <w:szCs w:val="26"/>
              </w:rPr>
              <w:br/>
              <w:t>CHỦ TỊCH</w:t>
            </w:r>
          </w:p>
          <w:p w14:paraId="41A87C2C" w14:textId="77777777" w:rsidR="009B695E" w:rsidRPr="00A36D55" w:rsidRDefault="009B695E" w:rsidP="009B695E">
            <w:pPr>
              <w:jc w:val="center"/>
              <w:rPr>
                <w:rFonts w:ascii="Times New Roman" w:hAnsi="Times New Roman" w:cs="Times New Roman"/>
                <w:b/>
              </w:rPr>
            </w:pPr>
          </w:p>
          <w:p w14:paraId="77B088E9" w14:textId="77777777" w:rsidR="009B695E" w:rsidRPr="00A36D55" w:rsidRDefault="009B695E" w:rsidP="009B695E">
            <w:pPr>
              <w:jc w:val="center"/>
              <w:rPr>
                <w:rFonts w:ascii="Times New Roman" w:hAnsi="Times New Roman" w:cs="Times New Roman"/>
                <w:b/>
              </w:rPr>
            </w:pPr>
          </w:p>
          <w:p w14:paraId="4A81462F" w14:textId="77777777" w:rsidR="009B695E" w:rsidRPr="00A36D55" w:rsidRDefault="009B695E" w:rsidP="009B695E">
            <w:pPr>
              <w:jc w:val="center"/>
              <w:rPr>
                <w:rFonts w:ascii="Times New Roman" w:hAnsi="Times New Roman" w:cs="Times New Roman"/>
                <w:b/>
              </w:rPr>
            </w:pPr>
          </w:p>
          <w:p w14:paraId="5C6E5682" w14:textId="77777777" w:rsidR="009B695E" w:rsidRPr="00A36D55" w:rsidRDefault="009B695E" w:rsidP="009B695E">
            <w:pPr>
              <w:jc w:val="center"/>
              <w:rPr>
                <w:rFonts w:ascii="Times New Roman" w:hAnsi="Times New Roman" w:cs="Times New Roman"/>
                <w:b/>
              </w:rPr>
            </w:pPr>
          </w:p>
          <w:p w14:paraId="0FF9A67A" w14:textId="77777777" w:rsidR="009B695E" w:rsidRPr="00A36D55" w:rsidRDefault="009B695E" w:rsidP="009B695E">
            <w:pPr>
              <w:jc w:val="center"/>
              <w:rPr>
                <w:rFonts w:ascii="Times New Roman" w:hAnsi="Times New Roman" w:cs="Times New Roman"/>
                <w:b/>
              </w:rPr>
            </w:pPr>
          </w:p>
          <w:p w14:paraId="77744359" w14:textId="77777777" w:rsidR="009B695E" w:rsidRPr="00A36D55" w:rsidRDefault="009B695E" w:rsidP="009B695E">
            <w:pPr>
              <w:jc w:val="center"/>
              <w:rPr>
                <w:rFonts w:ascii="Times New Roman" w:hAnsi="Times New Roman" w:cs="Times New Roman"/>
                <w:b/>
              </w:rPr>
            </w:pPr>
          </w:p>
          <w:p w14:paraId="4248B3E7" w14:textId="2704FA83" w:rsidR="009B695E" w:rsidRPr="00A36D55" w:rsidRDefault="007772FD" w:rsidP="009B695E">
            <w:pPr>
              <w:jc w:val="center"/>
              <w:rPr>
                <w:rFonts w:ascii="Times New Roman" w:hAnsi="Times New Roman" w:cs="Times New Roman"/>
                <w:b/>
                <w:sz w:val="28"/>
                <w:szCs w:val="28"/>
              </w:rPr>
            </w:pPr>
            <w:r>
              <w:rPr>
                <w:rFonts w:ascii="Times New Roman" w:hAnsi="Times New Roman" w:cs="Times New Roman"/>
                <w:b/>
                <w:sz w:val="28"/>
                <w:szCs w:val="28"/>
              </w:rPr>
              <w:t>…………………….</w:t>
            </w:r>
          </w:p>
        </w:tc>
      </w:tr>
    </w:tbl>
    <w:p w14:paraId="4C9B1B25" w14:textId="77777777" w:rsidR="009B695E" w:rsidRPr="00A36D55" w:rsidRDefault="009B695E" w:rsidP="009B695E">
      <w:pPr>
        <w:jc w:val="both"/>
        <w:rPr>
          <w:rFonts w:ascii="Times New Roman" w:hAnsi="Times New Roman" w:cs="Times New Roman"/>
          <w:sz w:val="28"/>
          <w:szCs w:val="28"/>
        </w:rPr>
      </w:pPr>
    </w:p>
    <w:p w14:paraId="756D48A8" w14:textId="77777777" w:rsidR="005205FA" w:rsidRPr="00A36D55" w:rsidRDefault="005205FA">
      <w:pPr>
        <w:rPr>
          <w:rFonts w:ascii="Times New Roman" w:hAnsi="Times New Roman" w:cs="Times New Roman"/>
          <w:sz w:val="28"/>
          <w:szCs w:val="28"/>
        </w:rPr>
      </w:pPr>
    </w:p>
    <w:p w14:paraId="7C895CA6" w14:textId="77777777" w:rsidR="005205FA" w:rsidRPr="00A36D55" w:rsidRDefault="005E5300">
      <w:pPr>
        <w:jc w:val="center"/>
        <w:rPr>
          <w:rFonts w:ascii="Times New Roman" w:hAnsi="Times New Roman" w:cs="Times New Roman"/>
        </w:rPr>
      </w:pPr>
      <w:r w:rsidRPr="00A36D55">
        <w:rPr>
          <w:rFonts w:ascii="Times New Roman" w:hAnsi="Times New Roman" w:cs="Times New Roman"/>
        </w:rPr>
        <w:br/>
      </w:r>
    </w:p>
    <w:sectPr w:rsidR="005205FA" w:rsidRPr="00A36D55" w:rsidSect="009B695E">
      <w:headerReference w:type="default" r:id="rId8"/>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C4039" w14:textId="77777777" w:rsidR="008D1792" w:rsidRDefault="008D1792" w:rsidP="009B695E">
      <w:pPr>
        <w:spacing w:after="0" w:line="240" w:lineRule="auto"/>
      </w:pPr>
      <w:r>
        <w:separator/>
      </w:r>
    </w:p>
  </w:endnote>
  <w:endnote w:type="continuationSeparator" w:id="0">
    <w:p w14:paraId="46170974" w14:textId="77777777" w:rsidR="008D1792" w:rsidRDefault="008D1792" w:rsidP="009B6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AD610A" w14:textId="77777777" w:rsidR="008D1792" w:rsidRDefault="008D1792" w:rsidP="009B695E">
      <w:pPr>
        <w:spacing w:after="0" w:line="240" w:lineRule="auto"/>
      </w:pPr>
      <w:r>
        <w:separator/>
      </w:r>
    </w:p>
  </w:footnote>
  <w:footnote w:type="continuationSeparator" w:id="0">
    <w:p w14:paraId="146556CA" w14:textId="77777777" w:rsidR="008D1792" w:rsidRDefault="008D1792" w:rsidP="009B69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3898000"/>
      <w:docPartObj>
        <w:docPartGallery w:val="Page Numbers (Top of Page)"/>
        <w:docPartUnique/>
      </w:docPartObj>
    </w:sdtPr>
    <w:sdtEndPr>
      <w:rPr>
        <w:noProof/>
      </w:rPr>
    </w:sdtEndPr>
    <w:sdtContent>
      <w:p w14:paraId="10506B49" w14:textId="77777777" w:rsidR="009B695E" w:rsidRDefault="009B695E">
        <w:pPr>
          <w:pStyle w:val="Header"/>
          <w:jc w:val="center"/>
        </w:pPr>
        <w:r>
          <w:fldChar w:fldCharType="begin"/>
        </w:r>
        <w:r>
          <w:instrText xml:space="preserve"> PAGE   \* MERGEFORMAT </w:instrText>
        </w:r>
        <w:r>
          <w:fldChar w:fldCharType="separate"/>
        </w:r>
        <w:r w:rsidR="002C2FFF">
          <w:rPr>
            <w:noProof/>
          </w:rPr>
          <w:t>3</w:t>
        </w:r>
        <w:r>
          <w:rPr>
            <w:noProof/>
          </w:rPr>
          <w:fldChar w:fldCharType="end"/>
        </w:r>
      </w:p>
    </w:sdtContent>
  </w:sdt>
  <w:p w14:paraId="78308192" w14:textId="77777777" w:rsidR="009B695E" w:rsidRDefault="009B69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7550B"/>
    <w:rsid w:val="001C073A"/>
    <w:rsid w:val="001E40B9"/>
    <w:rsid w:val="0029639D"/>
    <w:rsid w:val="002C2FFF"/>
    <w:rsid w:val="002E36CE"/>
    <w:rsid w:val="00326F90"/>
    <w:rsid w:val="00395B7D"/>
    <w:rsid w:val="00451D12"/>
    <w:rsid w:val="00484CC4"/>
    <w:rsid w:val="004C2ED2"/>
    <w:rsid w:val="005205FA"/>
    <w:rsid w:val="00560152"/>
    <w:rsid w:val="00570FEF"/>
    <w:rsid w:val="005A1A88"/>
    <w:rsid w:val="005B3E71"/>
    <w:rsid w:val="005E5300"/>
    <w:rsid w:val="0060615C"/>
    <w:rsid w:val="0062225A"/>
    <w:rsid w:val="006874A1"/>
    <w:rsid w:val="00731655"/>
    <w:rsid w:val="007474A3"/>
    <w:rsid w:val="007772FD"/>
    <w:rsid w:val="00862268"/>
    <w:rsid w:val="008C478D"/>
    <w:rsid w:val="008D1792"/>
    <w:rsid w:val="00925B80"/>
    <w:rsid w:val="009B695E"/>
    <w:rsid w:val="00A17AF3"/>
    <w:rsid w:val="00A36D55"/>
    <w:rsid w:val="00A83D52"/>
    <w:rsid w:val="00AA1D8D"/>
    <w:rsid w:val="00AD0DB7"/>
    <w:rsid w:val="00B203F9"/>
    <w:rsid w:val="00B43E55"/>
    <w:rsid w:val="00B47730"/>
    <w:rsid w:val="00B558EE"/>
    <w:rsid w:val="00C01B0A"/>
    <w:rsid w:val="00CB0664"/>
    <w:rsid w:val="00D62CDC"/>
    <w:rsid w:val="00D831E7"/>
    <w:rsid w:val="00E532F7"/>
    <w:rsid w:val="00E63811"/>
    <w:rsid w:val="00E962BF"/>
    <w:rsid w:val="00EB6B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B7C1EE"/>
  <w14:defaultImageDpi w14:val="300"/>
  <w15:docId w15:val="{59B7166C-CA1A-4EE6-A306-F3F0EFF4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75C58-15FC-425D-87D8-E63598C09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PC</cp:lastModifiedBy>
  <cp:revision>24</cp:revision>
  <dcterms:created xsi:type="dcterms:W3CDTF">2025-10-31T09:26:00Z</dcterms:created>
  <dcterms:modified xsi:type="dcterms:W3CDTF">2025-11-13T02:26:00Z</dcterms:modified>
  <cp:category/>
</cp:coreProperties>
</file>