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6839E8" w14:textId="6BF792F5" w:rsidR="009635EF" w:rsidRPr="00555E0D" w:rsidRDefault="009635EF" w:rsidP="007E7D98">
      <w:pPr>
        <w:spacing w:after="0" w:line="360" w:lineRule="exact"/>
        <w:ind w:firstLine="720"/>
        <w:jc w:val="center"/>
        <w:outlineLvl w:val="1"/>
        <w:rPr>
          <w:rFonts w:ascii="Times New Roman" w:hAnsi="Times New Roman" w:cs="Times New Roman"/>
          <w:b/>
          <w:bCs/>
          <w:sz w:val="28"/>
          <w:szCs w:val="28"/>
        </w:rPr>
      </w:pPr>
      <w:r w:rsidRPr="00555E0D">
        <w:rPr>
          <w:rFonts w:ascii="Times New Roman" w:hAnsi="Times New Roman" w:cs="Times New Roman"/>
          <w:b/>
          <w:bCs/>
          <w:sz w:val="28"/>
          <w:szCs w:val="28"/>
        </w:rPr>
        <w:t>KỊCH BẢN ĐIỀU HÀNH</w:t>
      </w:r>
    </w:p>
    <w:p w14:paraId="5ED7C353" w14:textId="5BD38FC5" w:rsidR="00BB08C7" w:rsidRPr="00555E0D" w:rsidRDefault="009635EF" w:rsidP="009635EF">
      <w:pPr>
        <w:spacing w:after="0" w:line="360" w:lineRule="exact"/>
        <w:ind w:firstLine="720"/>
        <w:jc w:val="center"/>
        <w:rPr>
          <w:rFonts w:ascii="Times New Roman" w:hAnsi="Times New Roman" w:cs="Times New Roman"/>
          <w:b/>
          <w:bCs/>
          <w:sz w:val="28"/>
          <w:szCs w:val="28"/>
        </w:rPr>
      </w:pPr>
      <w:r w:rsidRPr="00555E0D">
        <w:rPr>
          <w:rFonts w:ascii="Times New Roman" w:hAnsi="Times New Roman" w:cs="Times New Roman"/>
          <w:b/>
          <w:bCs/>
          <w:sz w:val="28"/>
          <w:szCs w:val="28"/>
        </w:rPr>
        <w:t xml:space="preserve">Hội nghị </w:t>
      </w:r>
      <w:r w:rsidR="00E1327C" w:rsidRPr="00555E0D">
        <w:rPr>
          <w:rFonts w:ascii="Times New Roman" w:hAnsi="Times New Roman" w:cs="Times New Roman"/>
          <w:b/>
          <w:bCs/>
          <w:sz w:val="28"/>
          <w:szCs w:val="28"/>
        </w:rPr>
        <w:t>tổng kết</w:t>
      </w:r>
      <w:r w:rsidRPr="00555E0D">
        <w:rPr>
          <w:rFonts w:ascii="Times New Roman" w:hAnsi="Times New Roman" w:cs="Times New Roman"/>
          <w:b/>
          <w:bCs/>
          <w:sz w:val="28"/>
          <w:szCs w:val="28"/>
        </w:rPr>
        <w:t xml:space="preserve"> công tác bầu cử đại biểu Quốc hội khóa XVI</w:t>
      </w:r>
      <w:r w:rsidRPr="00555E0D">
        <w:rPr>
          <w:rFonts w:ascii="Times New Roman" w:hAnsi="Times New Roman" w:cs="Times New Roman"/>
          <w:b/>
          <w:bCs/>
          <w:sz w:val="28"/>
          <w:szCs w:val="28"/>
        </w:rPr>
        <w:br/>
        <w:t>và đại biểu HĐND các cấp nhiệm kỳ 2026–2031</w:t>
      </w:r>
      <w:r w:rsidRPr="00555E0D">
        <w:rPr>
          <w:rFonts w:ascii="Times New Roman" w:hAnsi="Times New Roman" w:cs="Times New Roman"/>
          <w:b/>
          <w:bCs/>
          <w:sz w:val="28"/>
          <w:szCs w:val="28"/>
        </w:rPr>
        <w:br/>
      </w:r>
    </w:p>
    <w:p w14:paraId="3C1519F9" w14:textId="595DD0DA" w:rsidR="009635EF" w:rsidRPr="00555E0D" w:rsidRDefault="00AD62D6" w:rsidP="009635EF">
      <w:pPr>
        <w:spacing w:after="0" w:line="360" w:lineRule="exact"/>
        <w:ind w:firstLine="720"/>
        <w:outlineLvl w:val="2"/>
        <w:rPr>
          <w:rFonts w:ascii="Times New Roman" w:hAnsi="Times New Roman" w:cs="Times New Roman"/>
          <w:b/>
          <w:bCs/>
          <w:sz w:val="28"/>
          <w:szCs w:val="28"/>
        </w:rPr>
      </w:pPr>
      <w:r w:rsidRPr="00555E0D">
        <w:rPr>
          <w:rFonts w:ascii="Times New Roman" w:hAnsi="Times New Roman" w:cs="Times New Roman"/>
          <w:b/>
          <w:bCs/>
          <w:sz w:val="28"/>
          <w:szCs w:val="28"/>
        </w:rPr>
        <w:t>1</w:t>
      </w:r>
      <w:r w:rsidR="009635EF" w:rsidRPr="00555E0D">
        <w:rPr>
          <w:rFonts w:ascii="Times New Roman" w:hAnsi="Times New Roman" w:cs="Times New Roman"/>
          <w:b/>
          <w:bCs/>
          <w:sz w:val="28"/>
          <w:szCs w:val="28"/>
        </w:rPr>
        <w:t>.</w:t>
      </w:r>
      <w:r w:rsidR="00BB08C7" w:rsidRPr="00555E0D">
        <w:rPr>
          <w:rFonts w:ascii="Times New Roman" w:hAnsi="Times New Roman" w:cs="Times New Roman"/>
          <w:b/>
          <w:bCs/>
          <w:sz w:val="28"/>
          <w:szCs w:val="28"/>
        </w:rPr>
        <w:t xml:space="preserve"> </w:t>
      </w:r>
      <w:r w:rsidR="009635EF" w:rsidRPr="00555E0D">
        <w:rPr>
          <w:rFonts w:ascii="Times New Roman" w:hAnsi="Times New Roman" w:cs="Times New Roman"/>
          <w:b/>
          <w:bCs/>
          <w:sz w:val="28"/>
          <w:szCs w:val="28"/>
        </w:rPr>
        <w:t>Ổn định tổ chức; Tuyên bố lý do; Giới thiệu đại biểu; Thông qua chương trình</w:t>
      </w:r>
      <w:r w:rsidR="00152D26" w:rsidRPr="00555E0D">
        <w:rPr>
          <w:rFonts w:ascii="Times New Roman" w:hAnsi="Times New Roman" w:cs="Times New Roman"/>
          <w:b/>
          <w:bCs/>
          <w:sz w:val="28"/>
          <w:szCs w:val="28"/>
        </w:rPr>
        <w:t xml:space="preserve"> (Đ/c </w:t>
      </w:r>
      <w:r w:rsidR="00780571">
        <w:rPr>
          <w:rFonts w:ascii="Times New Roman" w:hAnsi="Times New Roman" w:cs="Times New Roman"/>
          <w:b/>
          <w:bCs/>
          <w:sz w:val="28"/>
          <w:szCs w:val="28"/>
        </w:rPr>
        <w:t>………………</w:t>
      </w:r>
      <w:r w:rsidR="009635EF" w:rsidRPr="00555E0D">
        <w:rPr>
          <w:rFonts w:ascii="Times New Roman" w:hAnsi="Times New Roman" w:cs="Times New Roman"/>
          <w:b/>
          <w:bCs/>
          <w:sz w:val="28"/>
          <w:szCs w:val="28"/>
        </w:rPr>
        <w:t>)</w:t>
      </w:r>
    </w:p>
    <w:p w14:paraId="25F4ACBB" w14:textId="5FBE3B3A" w:rsidR="00CC06FA" w:rsidRPr="00555E0D" w:rsidRDefault="00CC06FA" w:rsidP="009635EF">
      <w:pPr>
        <w:spacing w:after="0" w:line="360" w:lineRule="exact"/>
        <w:ind w:firstLine="720"/>
        <w:outlineLvl w:val="2"/>
        <w:rPr>
          <w:rFonts w:ascii="Times New Roman" w:hAnsi="Times New Roman" w:cs="Times New Roman"/>
          <w:sz w:val="28"/>
          <w:szCs w:val="28"/>
        </w:rPr>
      </w:pPr>
      <w:r w:rsidRPr="00555E0D">
        <w:rPr>
          <w:rFonts w:ascii="Times New Roman" w:hAnsi="Times New Roman" w:cs="Times New Roman"/>
          <w:b/>
          <w:bCs/>
          <w:sz w:val="28"/>
          <w:szCs w:val="28"/>
        </w:rPr>
        <w:t>(</w:t>
      </w:r>
      <w:proofErr w:type="gramStart"/>
      <w:r w:rsidRPr="00555E0D">
        <w:rPr>
          <w:rFonts w:ascii="Times New Roman" w:hAnsi="Times New Roman" w:cs="Times New Roman"/>
          <w:b/>
          <w:bCs/>
          <w:sz w:val="28"/>
          <w:szCs w:val="28"/>
        </w:rPr>
        <w:t>có</w:t>
      </w:r>
      <w:proofErr w:type="gramEnd"/>
      <w:r w:rsidRPr="00555E0D">
        <w:rPr>
          <w:rFonts w:ascii="Times New Roman" w:hAnsi="Times New Roman" w:cs="Times New Roman"/>
          <w:b/>
          <w:bCs/>
          <w:sz w:val="28"/>
          <w:szCs w:val="28"/>
        </w:rPr>
        <w:t xml:space="preserve"> kịch bản riêng)</w:t>
      </w:r>
    </w:p>
    <w:p w14:paraId="49F3D417" w14:textId="77777777" w:rsidR="00CC06FA" w:rsidRPr="00555E0D" w:rsidRDefault="00CC06FA" w:rsidP="007E5D87">
      <w:pPr>
        <w:spacing w:after="0" w:line="360" w:lineRule="exact"/>
        <w:ind w:firstLine="720"/>
        <w:jc w:val="both"/>
        <w:rPr>
          <w:rFonts w:ascii="Times New Roman" w:hAnsi="Times New Roman" w:cs="Times New Roman"/>
          <w:b/>
          <w:sz w:val="28"/>
          <w:szCs w:val="28"/>
        </w:rPr>
      </w:pPr>
    </w:p>
    <w:p w14:paraId="2AD7236A" w14:textId="162D21BB" w:rsidR="007E5D87" w:rsidRPr="00555E0D" w:rsidRDefault="00CC06FA" w:rsidP="007E5D87">
      <w:pPr>
        <w:spacing w:after="0" w:line="360" w:lineRule="exact"/>
        <w:ind w:firstLine="720"/>
        <w:jc w:val="both"/>
        <w:rPr>
          <w:rFonts w:ascii="Times New Roman" w:hAnsi="Times New Roman" w:cs="Times New Roman"/>
          <w:b/>
          <w:bCs/>
          <w:sz w:val="28"/>
          <w:szCs w:val="28"/>
        </w:rPr>
      </w:pPr>
      <w:r w:rsidRPr="00555E0D">
        <w:rPr>
          <w:rFonts w:ascii="Times New Roman" w:hAnsi="Times New Roman" w:cs="Times New Roman"/>
          <w:b/>
          <w:sz w:val="28"/>
          <w:szCs w:val="28"/>
        </w:rPr>
        <w:t>2</w:t>
      </w:r>
      <w:r w:rsidR="007E5D87" w:rsidRPr="00555E0D">
        <w:rPr>
          <w:rFonts w:ascii="Times New Roman" w:hAnsi="Times New Roman" w:cs="Times New Roman"/>
          <w:b/>
          <w:sz w:val="28"/>
          <w:szCs w:val="28"/>
        </w:rPr>
        <w:t>.</w:t>
      </w:r>
      <w:r w:rsidR="007E5D87" w:rsidRPr="00555E0D">
        <w:rPr>
          <w:rFonts w:ascii="Times New Roman" w:hAnsi="Times New Roman" w:cs="Times New Roman"/>
          <w:sz w:val="28"/>
          <w:szCs w:val="28"/>
        </w:rPr>
        <w:t xml:space="preserve"> </w:t>
      </w:r>
      <w:r w:rsidR="007E5D87" w:rsidRPr="00555E0D">
        <w:rPr>
          <w:rFonts w:ascii="Times New Roman" w:hAnsi="Times New Roman" w:cs="Times New Roman"/>
          <w:b/>
          <w:bCs/>
          <w:sz w:val="28"/>
          <w:szCs w:val="28"/>
        </w:rPr>
        <w:t xml:space="preserve">Khai mạc Hội nghị </w:t>
      </w:r>
      <w:r w:rsidR="008E00D7" w:rsidRPr="00555E0D">
        <w:rPr>
          <w:rFonts w:ascii="Times New Roman" w:hAnsi="Times New Roman" w:cs="Times New Roman"/>
          <w:b/>
          <w:bCs/>
          <w:iCs/>
          <w:sz w:val="28"/>
          <w:szCs w:val="28"/>
        </w:rPr>
        <w:t xml:space="preserve">(Đ/c </w:t>
      </w:r>
      <w:r w:rsidR="00780571">
        <w:rPr>
          <w:rFonts w:ascii="Times New Roman" w:hAnsi="Times New Roman" w:cs="Times New Roman"/>
          <w:b/>
          <w:bCs/>
          <w:iCs/>
          <w:sz w:val="28"/>
          <w:szCs w:val="28"/>
        </w:rPr>
        <w:t>…………………</w:t>
      </w:r>
      <w:r w:rsidR="008E00D7" w:rsidRPr="00555E0D">
        <w:rPr>
          <w:rFonts w:ascii="Times New Roman" w:hAnsi="Times New Roman" w:cs="Times New Roman"/>
          <w:b/>
          <w:bCs/>
          <w:iCs/>
          <w:sz w:val="28"/>
          <w:szCs w:val="28"/>
          <w:lang w:val="vi-VN"/>
        </w:rPr>
        <w:t xml:space="preserve"> </w:t>
      </w:r>
      <w:r w:rsidR="007E5D87" w:rsidRPr="00555E0D">
        <w:rPr>
          <w:rFonts w:ascii="Times New Roman" w:hAnsi="Times New Roman" w:cs="Times New Roman"/>
          <w:b/>
          <w:bCs/>
          <w:iCs/>
          <w:sz w:val="28"/>
          <w:szCs w:val="28"/>
        </w:rPr>
        <w:t>– Chủ trì)</w:t>
      </w:r>
    </w:p>
    <w:p w14:paraId="7D2E9FB9" w14:textId="77777777"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b/>
          <w:bCs/>
          <w:sz w:val="28"/>
          <w:szCs w:val="28"/>
        </w:rPr>
        <w:t>Kính thưa các đồng chí lãnh đạo!</w:t>
      </w:r>
    </w:p>
    <w:p w14:paraId="7737CC9F" w14:textId="32262A39"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b/>
          <w:bCs/>
          <w:sz w:val="28"/>
          <w:szCs w:val="28"/>
        </w:rPr>
        <w:t>Kính thưa toàn thể các đồng chí đại biểu dự Hội nghị!</w:t>
      </w:r>
    </w:p>
    <w:p w14:paraId="32B1F1D7" w14:textId="7D1B0A8E"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Trước hết, thay mặt UBND </w:t>
      </w:r>
      <w:r w:rsidR="0062657B" w:rsidRPr="00555E0D">
        <w:rPr>
          <w:rFonts w:ascii="Times New Roman" w:eastAsia="Times New Roman" w:hAnsi="Times New Roman" w:cs="Times New Roman"/>
          <w:sz w:val="28"/>
          <w:szCs w:val="28"/>
        </w:rPr>
        <w:t>xã</w:t>
      </w:r>
      <w:r w:rsidR="00997073" w:rsidRPr="00555E0D">
        <w:rPr>
          <w:rFonts w:ascii="Times New Roman" w:eastAsia="Times New Roman" w:hAnsi="Times New Roman" w:cs="Times New Roman"/>
          <w:sz w:val="28"/>
          <w:szCs w:val="28"/>
        </w:rPr>
        <w:t xml:space="preserve"> </w:t>
      </w:r>
      <w:r w:rsidRPr="00555E0D">
        <w:rPr>
          <w:rFonts w:ascii="Times New Roman" w:eastAsia="Times New Roman" w:hAnsi="Times New Roman" w:cs="Times New Roman"/>
          <w:sz w:val="28"/>
          <w:szCs w:val="28"/>
        </w:rPr>
        <w:t xml:space="preserve">và Ủy ban bầu cử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 xml:space="preserve">, tôi xin gửi lời chào trân trọng và lời cảm ơn sâu sắc đến toàn thể các đồng chí đại biểu đã dành thời gian đến dự Hội nghị tổng kết công tác bầu cử đại biểu Quốc hội khóa XVI và đại biểu Hội đồng nhân dân các cấp nhiệm kỳ 2026–2031 trên địa bàn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w:t>
      </w:r>
    </w:p>
    <w:p w14:paraId="6F97852B" w14:textId="18933161"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Cuộc bầu cử vừa qua đã thành công tốt đẹp, là sự kiện chính trị trọng đại thể hiện quyền làm chủ của nhân dân, góp phần xây dựng bộ máy Nhà nước trong sạch, vững mạnh và đáp ứng nguyện vọng của cử tri. Thành công đó có sự đóng góp tích cực, thống nhất của các cấp ủy Đảng, chính quyền, Mặt trận và các đoàn thể cùng toàn thể cán bộ, nhân dân trong </w:t>
      </w:r>
      <w:r w:rsidR="00CC06FA" w:rsidRPr="00555E0D">
        <w:rPr>
          <w:rFonts w:ascii="Times New Roman" w:eastAsia="Times New Roman" w:hAnsi="Times New Roman" w:cs="Times New Roman"/>
          <w:sz w:val="28"/>
          <w:szCs w:val="28"/>
        </w:rPr>
        <w:t xml:space="preserve">toàn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w:t>
      </w:r>
    </w:p>
    <w:p w14:paraId="22DCA813" w14:textId="77777777"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Hội nghị hôm nay là dịp quan trọng để chúng ta cùng nhau nhìn lại quá trình tổ chức bầu cử, đánh giá những kết quả đạt được, nhận diện những khó khăn, hạn chế còn tồn tại, từ đó rút ra những bài học kinh nghiệm quý báu.</w:t>
      </w:r>
    </w:p>
    <w:p w14:paraId="0628B8A6" w14:textId="61C650A4"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Trên cơ sở đó, đề ra những giải pháp thiết thực, phù hợp nhằm tiếp tục nâng cao chất lượng, hiệu quả công tác bầu cử trong các nhiệm kỳ tới, góp phần vào sự phát triển ổn định và bền vững của địa phương.</w:t>
      </w:r>
    </w:p>
    <w:p w14:paraId="63406051" w14:textId="128CCE2B"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chúc Hội nghị sẽ diễn ra thành công tốt đẹp, nhận được nhiều ý kiến đóng góp tâm huyết, xây dựng của các đại biểu.</w:t>
      </w:r>
    </w:p>
    <w:p w14:paraId="37BBDD1E" w14:textId="77777777" w:rsidR="00350E90" w:rsidRPr="00555E0D" w:rsidRDefault="00350E90" w:rsidP="00350E9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Một lần nữa, xin kính chúc các đồng chí đại biểu sức khỏe, hạnh phúc và thành công trong công việc.</w:t>
      </w:r>
    </w:p>
    <w:p w14:paraId="242AF0CE" w14:textId="4DFA20F8" w:rsidR="005A5A6B" w:rsidRPr="00555E0D" w:rsidRDefault="00350E90" w:rsidP="005A5A6B">
      <w:pPr>
        <w:pStyle w:val="NormalWeb"/>
        <w:spacing w:before="0" w:beforeAutospacing="0" w:after="0" w:afterAutospacing="0" w:line="360" w:lineRule="exact"/>
        <w:ind w:firstLine="720"/>
        <w:jc w:val="both"/>
        <w:rPr>
          <w:b/>
          <w:sz w:val="28"/>
          <w:szCs w:val="28"/>
        </w:rPr>
      </w:pPr>
      <w:r w:rsidRPr="00555E0D">
        <w:rPr>
          <w:sz w:val="28"/>
          <w:szCs w:val="28"/>
        </w:rPr>
        <w:t>Xin trân trọng tuyên bố khai mạc Hội nghị</w:t>
      </w:r>
      <w:r w:rsidR="005A5A6B" w:rsidRPr="00555E0D">
        <w:rPr>
          <w:sz w:val="28"/>
          <w:szCs w:val="28"/>
        </w:rPr>
        <w:t xml:space="preserve"> tổng kết </w:t>
      </w:r>
      <w:r w:rsidR="005A5A6B" w:rsidRPr="00555E0D">
        <w:rPr>
          <w:rStyle w:val="Strong"/>
          <w:b w:val="0"/>
          <w:sz w:val="28"/>
          <w:szCs w:val="28"/>
        </w:rPr>
        <w:t xml:space="preserve">công tác bầu cử đại biểu Quốc hội khóa XVI và đại biểu Hội đồng nhân dân các cấp nhiệm kỳ 2026–2031 trên địa bàn </w:t>
      </w:r>
      <w:r w:rsidR="0062657B" w:rsidRPr="00555E0D">
        <w:rPr>
          <w:rStyle w:val="Strong"/>
          <w:b w:val="0"/>
          <w:sz w:val="28"/>
          <w:szCs w:val="28"/>
        </w:rPr>
        <w:t>xã</w:t>
      </w:r>
      <w:r w:rsidR="005A5A6B" w:rsidRPr="00555E0D">
        <w:rPr>
          <w:rStyle w:val="Strong"/>
          <w:b w:val="0"/>
          <w:sz w:val="28"/>
          <w:szCs w:val="28"/>
        </w:rPr>
        <w:t xml:space="preserve"> </w:t>
      </w:r>
      <w:r w:rsidR="00AE4A99">
        <w:rPr>
          <w:rStyle w:val="Strong"/>
          <w:b w:val="0"/>
          <w:sz w:val="28"/>
          <w:szCs w:val="28"/>
        </w:rPr>
        <w:t>………………..</w:t>
      </w:r>
      <w:r w:rsidR="005A5A6B" w:rsidRPr="00555E0D">
        <w:rPr>
          <w:b/>
          <w:sz w:val="28"/>
          <w:szCs w:val="28"/>
        </w:rPr>
        <w:t>.</w:t>
      </w:r>
    </w:p>
    <w:p w14:paraId="04030A34" w14:textId="0485853A" w:rsidR="005A5A6B" w:rsidRPr="00555E0D" w:rsidRDefault="00CC06FA" w:rsidP="005A5A6B">
      <w:pPr>
        <w:pStyle w:val="Heading3"/>
        <w:spacing w:before="0" w:line="360" w:lineRule="exact"/>
        <w:ind w:firstLine="720"/>
        <w:rPr>
          <w:rFonts w:ascii="Times New Roman" w:hAnsi="Times New Roman" w:cs="Times New Roman"/>
          <w:color w:val="auto"/>
          <w:sz w:val="28"/>
          <w:szCs w:val="28"/>
          <w:lang w:val="vi-VN"/>
        </w:rPr>
      </w:pPr>
      <w:r w:rsidRPr="00555E0D">
        <w:rPr>
          <w:rStyle w:val="Strong"/>
          <w:rFonts w:ascii="Times New Roman" w:hAnsi="Times New Roman" w:cs="Times New Roman"/>
          <w:b/>
          <w:bCs/>
          <w:color w:val="auto"/>
          <w:sz w:val="28"/>
          <w:szCs w:val="28"/>
        </w:rPr>
        <w:t>3</w:t>
      </w:r>
      <w:r w:rsidR="005A5A6B" w:rsidRPr="00555E0D">
        <w:rPr>
          <w:rStyle w:val="Strong"/>
          <w:rFonts w:ascii="Times New Roman" w:hAnsi="Times New Roman" w:cs="Times New Roman"/>
          <w:b/>
          <w:bCs/>
          <w:color w:val="auto"/>
          <w:sz w:val="28"/>
          <w:szCs w:val="28"/>
        </w:rPr>
        <w:t>. Báo cáo tổng kết công tác bầu cử</w:t>
      </w:r>
      <w:r w:rsidR="000D51E8" w:rsidRPr="00555E0D">
        <w:rPr>
          <w:rStyle w:val="Strong"/>
          <w:rFonts w:ascii="Times New Roman" w:hAnsi="Times New Roman" w:cs="Times New Roman"/>
          <w:b/>
          <w:bCs/>
          <w:color w:val="auto"/>
          <w:sz w:val="28"/>
          <w:szCs w:val="28"/>
        </w:rPr>
        <w:t xml:space="preserve"> (tóm tắt</w:t>
      </w:r>
      <w:r w:rsidR="000D51E8" w:rsidRPr="00555E0D">
        <w:rPr>
          <w:rStyle w:val="Strong"/>
          <w:rFonts w:ascii="Times New Roman" w:hAnsi="Times New Roman" w:cs="Times New Roman"/>
          <w:b/>
          <w:bCs/>
          <w:color w:val="auto"/>
          <w:sz w:val="28"/>
          <w:szCs w:val="28"/>
          <w:lang w:val="vi-VN"/>
        </w:rPr>
        <w:t>)</w:t>
      </w:r>
    </w:p>
    <w:p w14:paraId="03AB3041" w14:textId="0D40E10F" w:rsidR="005A5A6B" w:rsidRPr="00555E0D" w:rsidRDefault="002C12FD" w:rsidP="005A5A6B">
      <w:pPr>
        <w:pStyle w:val="NormalWeb"/>
        <w:spacing w:before="0" w:beforeAutospacing="0" w:after="0" w:afterAutospacing="0" w:line="360" w:lineRule="exact"/>
        <w:ind w:firstLine="720"/>
        <w:rPr>
          <w:sz w:val="28"/>
          <w:szCs w:val="28"/>
          <w:lang w:val="vi-VN"/>
        </w:rPr>
      </w:pPr>
      <w:r w:rsidRPr="00555E0D">
        <w:rPr>
          <w:rStyle w:val="Strong"/>
          <w:sz w:val="28"/>
          <w:szCs w:val="28"/>
        </w:rPr>
        <w:t xml:space="preserve">(Đ/C </w:t>
      </w:r>
      <w:r w:rsidR="0055689C">
        <w:rPr>
          <w:rStyle w:val="Strong"/>
          <w:sz w:val="28"/>
          <w:szCs w:val="28"/>
        </w:rPr>
        <w:t>……………………….</w:t>
      </w:r>
      <w:r w:rsidRPr="00555E0D">
        <w:rPr>
          <w:rStyle w:val="Strong"/>
          <w:sz w:val="28"/>
          <w:szCs w:val="28"/>
        </w:rPr>
        <w:t xml:space="preserve"> giới thiệu</w:t>
      </w:r>
      <w:r w:rsidRPr="00555E0D">
        <w:rPr>
          <w:rStyle w:val="Strong"/>
          <w:sz w:val="28"/>
          <w:szCs w:val="28"/>
          <w:lang w:val="vi-VN"/>
        </w:rPr>
        <w:t>)</w:t>
      </w:r>
    </w:p>
    <w:p w14:paraId="5966EC67" w14:textId="127E4C4F" w:rsidR="005A5A6B" w:rsidRPr="00555E0D" w:rsidRDefault="005A5A6B" w:rsidP="005A5A6B">
      <w:pPr>
        <w:pStyle w:val="NormalWeb"/>
        <w:spacing w:before="0" w:beforeAutospacing="0" w:after="0" w:afterAutospacing="0" w:line="360" w:lineRule="exact"/>
        <w:ind w:left="720"/>
        <w:rPr>
          <w:sz w:val="28"/>
          <w:szCs w:val="28"/>
        </w:rPr>
      </w:pPr>
      <w:r w:rsidRPr="00555E0D">
        <w:rPr>
          <w:sz w:val="28"/>
          <w:szCs w:val="28"/>
        </w:rPr>
        <w:t>- Kính thưa các đồng chí!</w:t>
      </w:r>
    </w:p>
    <w:p w14:paraId="12C5DFA9" w14:textId="0C339F8B" w:rsidR="005A5A6B" w:rsidRPr="00555E0D" w:rsidRDefault="005A5A6B" w:rsidP="005A5A6B">
      <w:pPr>
        <w:spacing w:after="0" w:line="360" w:lineRule="exact"/>
        <w:ind w:firstLine="720"/>
        <w:jc w:val="both"/>
        <w:rPr>
          <w:rFonts w:ascii="Times New Roman" w:hAnsi="Times New Roman" w:cs="Times New Roman"/>
          <w:sz w:val="28"/>
          <w:szCs w:val="28"/>
        </w:rPr>
      </w:pPr>
      <w:r w:rsidRPr="00555E0D">
        <w:rPr>
          <w:rFonts w:ascii="Times New Roman" w:hAnsi="Times New Roman" w:cs="Times New Roman"/>
          <w:sz w:val="28"/>
          <w:szCs w:val="28"/>
        </w:rPr>
        <w:t xml:space="preserve">Tiếp theo chương trình, xin trân trọng </w:t>
      </w:r>
      <w:r w:rsidR="00CC06FA" w:rsidRPr="00555E0D">
        <w:rPr>
          <w:rFonts w:ascii="Times New Roman" w:hAnsi="Times New Roman" w:cs="Times New Roman"/>
          <w:sz w:val="28"/>
          <w:szCs w:val="28"/>
        </w:rPr>
        <w:t xml:space="preserve">kính </w:t>
      </w:r>
      <w:r w:rsidRPr="00555E0D">
        <w:rPr>
          <w:rFonts w:ascii="Times New Roman" w:hAnsi="Times New Roman" w:cs="Times New Roman"/>
          <w:sz w:val="28"/>
          <w:szCs w:val="28"/>
        </w:rPr>
        <w:t>mời đồn</w:t>
      </w:r>
      <w:r w:rsidR="002C12FD" w:rsidRPr="00555E0D">
        <w:rPr>
          <w:rFonts w:ascii="Times New Roman" w:hAnsi="Times New Roman" w:cs="Times New Roman"/>
          <w:sz w:val="28"/>
          <w:szCs w:val="28"/>
        </w:rPr>
        <w:t>g</w:t>
      </w:r>
      <w:r w:rsidR="002C12FD" w:rsidRPr="00555E0D">
        <w:rPr>
          <w:rFonts w:ascii="Times New Roman" w:hAnsi="Times New Roman" w:cs="Times New Roman"/>
          <w:sz w:val="28"/>
          <w:szCs w:val="28"/>
          <w:lang w:val="vi-VN"/>
        </w:rPr>
        <w:t xml:space="preserve"> chí </w:t>
      </w:r>
      <w:r w:rsidR="0055689C">
        <w:rPr>
          <w:rFonts w:ascii="Times New Roman" w:hAnsi="Times New Roman" w:cs="Times New Roman"/>
          <w:sz w:val="28"/>
          <w:szCs w:val="28"/>
        </w:rPr>
        <w:t>…………………</w:t>
      </w:r>
      <w:r w:rsidRPr="00555E0D">
        <w:rPr>
          <w:rStyle w:val="Strong"/>
          <w:rFonts w:ascii="Times New Roman" w:hAnsi="Times New Roman" w:cs="Times New Roman"/>
          <w:b w:val="0"/>
          <w:bCs w:val="0"/>
          <w:sz w:val="28"/>
          <w:szCs w:val="28"/>
        </w:rPr>
        <w:t xml:space="preserve">– </w:t>
      </w:r>
      <w:r w:rsidR="00CC06FA" w:rsidRPr="00555E0D">
        <w:rPr>
          <w:rStyle w:val="Strong"/>
          <w:rFonts w:ascii="Times New Roman" w:hAnsi="Times New Roman" w:cs="Times New Roman"/>
          <w:b w:val="0"/>
          <w:bCs w:val="0"/>
          <w:sz w:val="28"/>
          <w:szCs w:val="28"/>
        </w:rPr>
        <w:t>Chủ tịch UBMTTQ</w:t>
      </w:r>
      <w:r w:rsidRPr="00555E0D">
        <w:rPr>
          <w:rStyle w:val="Strong"/>
          <w:rFonts w:ascii="Times New Roman" w:hAnsi="Times New Roman" w:cs="Times New Roman"/>
          <w:b w:val="0"/>
          <w:bCs w:val="0"/>
          <w:sz w:val="28"/>
          <w:szCs w:val="28"/>
        </w:rPr>
        <w:t xml:space="preserve"> </w:t>
      </w:r>
      <w:r w:rsidR="0062657B" w:rsidRPr="00555E0D">
        <w:rPr>
          <w:rStyle w:val="Strong"/>
          <w:rFonts w:ascii="Times New Roman" w:hAnsi="Times New Roman" w:cs="Times New Roman"/>
          <w:b w:val="0"/>
          <w:bCs w:val="0"/>
          <w:sz w:val="28"/>
          <w:szCs w:val="28"/>
        </w:rPr>
        <w:t>xã</w:t>
      </w:r>
      <w:r w:rsidRPr="00555E0D">
        <w:rPr>
          <w:rStyle w:val="Strong"/>
          <w:rFonts w:ascii="Times New Roman" w:hAnsi="Times New Roman" w:cs="Times New Roman"/>
          <w:b w:val="0"/>
          <w:bCs w:val="0"/>
          <w:sz w:val="28"/>
          <w:szCs w:val="28"/>
        </w:rPr>
        <w:t xml:space="preserve">, Phó Chủ tịch UBBC </w:t>
      </w:r>
      <w:r w:rsidR="0062657B" w:rsidRPr="00555E0D">
        <w:rPr>
          <w:rStyle w:val="Strong"/>
          <w:rFonts w:ascii="Times New Roman" w:hAnsi="Times New Roman" w:cs="Times New Roman"/>
          <w:b w:val="0"/>
          <w:bCs w:val="0"/>
          <w:sz w:val="28"/>
          <w:szCs w:val="28"/>
        </w:rPr>
        <w:t>xã</w:t>
      </w:r>
      <w:r w:rsidRPr="00555E0D">
        <w:rPr>
          <w:rFonts w:ascii="Times New Roman" w:hAnsi="Times New Roman" w:cs="Times New Roman"/>
          <w:sz w:val="28"/>
          <w:szCs w:val="28"/>
        </w:rPr>
        <w:t xml:space="preserve"> </w:t>
      </w:r>
      <w:r w:rsidR="00CC06FA" w:rsidRPr="00555E0D">
        <w:rPr>
          <w:rFonts w:ascii="Times New Roman" w:hAnsi="Times New Roman" w:cs="Times New Roman"/>
          <w:sz w:val="28"/>
          <w:szCs w:val="28"/>
        </w:rPr>
        <w:t xml:space="preserve">lên </w:t>
      </w:r>
      <w:r w:rsidR="00401454" w:rsidRPr="00555E0D">
        <w:rPr>
          <w:rFonts w:ascii="Times New Roman" w:hAnsi="Times New Roman" w:cs="Times New Roman"/>
          <w:sz w:val="28"/>
          <w:szCs w:val="28"/>
        </w:rPr>
        <w:t xml:space="preserve">thông qua </w:t>
      </w:r>
      <w:r w:rsidRPr="00555E0D">
        <w:rPr>
          <w:rFonts w:ascii="Times New Roman" w:hAnsi="Times New Roman" w:cs="Times New Roman"/>
          <w:sz w:val="28"/>
          <w:szCs w:val="28"/>
        </w:rPr>
        <w:t xml:space="preserve">báo cáo </w:t>
      </w:r>
      <w:r w:rsidR="00CC06FA" w:rsidRPr="00555E0D">
        <w:rPr>
          <w:rFonts w:ascii="Times New Roman" w:hAnsi="Times New Roman" w:cs="Times New Roman"/>
          <w:sz w:val="28"/>
          <w:szCs w:val="28"/>
        </w:rPr>
        <w:t xml:space="preserve">tổng kết </w:t>
      </w:r>
      <w:r w:rsidRPr="00555E0D">
        <w:rPr>
          <w:rFonts w:ascii="Times New Roman" w:hAnsi="Times New Roman" w:cs="Times New Roman"/>
          <w:sz w:val="28"/>
          <w:szCs w:val="28"/>
        </w:rPr>
        <w:t xml:space="preserve">công tác bầu cử đại biểu Quốc hội khóa XVI và đại biểu HĐND các cấp nhiệm kỳ 2026–2031 trên địa bàn </w:t>
      </w:r>
      <w:r w:rsidR="0062657B" w:rsidRPr="00555E0D">
        <w:rPr>
          <w:rFonts w:ascii="Times New Roman" w:hAnsi="Times New Roman" w:cs="Times New Roman"/>
          <w:sz w:val="28"/>
          <w:szCs w:val="28"/>
        </w:rPr>
        <w:t>xã</w:t>
      </w:r>
      <w:r w:rsidRPr="00555E0D">
        <w:rPr>
          <w:rFonts w:ascii="Times New Roman" w:hAnsi="Times New Roman" w:cs="Times New Roman"/>
          <w:sz w:val="28"/>
          <w:szCs w:val="28"/>
        </w:rPr>
        <w:t>.</w:t>
      </w:r>
      <w:r w:rsidR="00CC06FA" w:rsidRPr="00555E0D">
        <w:rPr>
          <w:rFonts w:ascii="Times New Roman" w:hAnsi="Times New Roman" w:cs="Times New Roman"/>
          <w:sz w:val="28"/>
          <w:szCs w:val="28"/>
        </w:rPr>
        <w:t xml:space="preserve"> Xin trân trọng kính mời đồng chí.</w:t>
      </w:r>
    </w:p>
    <w:p w14:paraId="1DD73F9E" w14:textId="024DFC04" w:rsidR="005A5A6B" w:rsidRPr="00555E0D" w:rsidRDefault="005A5A6B" w:rsidP="005A5A6B">
      <w:pPr>
        <w:spacing w:after="0" w:line="360" w:lineRule="exact"/>
        <w:ind w:firstLine="720"/>
        <w:jc w:val="both"/>
        <w:rPr>
          <w:rFonts w:ascii="Times New Roman" w:hAnsi="Times New Roman" w:cs="Times New Roman"/>
          <w:i/>
          <w:iCs/>
          <w:sz w:val="28"/>
          <w:szCs w:val="28"/>
        </w:rPr>
      </w:pPr>
      <w:r w:rsidRPr="00555E0D">
        <w:rPr>
          <w:rFonts w:ascii="Times New Roman" w:hAnsi="Times New Roman" w:cs="Times New Roman"/>
          <w:i/>
          <w:iCs/>
          <w:sz w:val="28"/>
          <w:szCs w:val="28"/>
        </w:rPr>
        <w:lastRenderedPageBreak/>
        <w:t xml:space="preserve">(Đ/c </w:t>
      </w:r>
      <w:r w:rsidR="0055689C">
        <w:rPr>
          <w:rFonts w:ascii="Times New Roman" w:hAnsi="Times New Roman" w:cs="Times New Roman"/>
          <w:i/>
          <w:iCs/>
          <w:sz w:val="28"/>
          <w:szCs w:val="28"/>
        </w:rPr>
        <w:t>……………………….</w:t>
      </w:r>
      <w:r w:rsidR="00401454" w:rsidRPr="00555E0D">
        <w:rPr>
          <w:rStyle w:val="Strong"/>
          <w:rFonts w:ascii="Times New Roman" w:hAnsi="Times New Roman" w:cs="Times New Roman"/>
          <w:b w:val="0"/>
          <w:bCs w:val="0"/>
          <w:i/>
          <w:iCs/>
          <w:sz w:val="28"/>
          <w:szCs w:val="28"/>
        </w:rPr>
        <w:t xml:space="preserve"> </w:t>
      </w:r>
      <w:r w:rsidRPr="00555E0D">
        <w:rPr>
          <w:rFonts w:ascii="Times New Roman" w:hAnsi="Times New Roman" w:cs="Times New Roman"/>
          <w:i/>
          <w:iCs/>
          <w:sz w:val="28"/>
          <w:szCs w:val="28"/>
        </w:rPr>
        <w:t>báo cáo tổng kết công tác bầu cử (tóm tắt)</w:t>
      </w:r>
    </w:p>
    <w:p w14:paraId="63E3D068" w14:textId="3F3A3894" w:rsidR="005A5A6B" w:rsidRPr="00555E0D" w:rsidRDefault="00CC06FA" w:rsidP="009635EF">
      <w:pPr>
        <w:spacing w:after="0" w:line="360" w:lineRule="exact"/>
        <w:ind w:firstLine="720"/>
        <w:jc w:val="both"/>
        <w:outlineLvl w:val="2"/>
        <w:rPr>
          <w:rFonts w:ascii="Times New Roman" w:hAnsi="Times New Roman" w:cs="Times New Roman"/>
          <w:b/>
          <w:bCs/>
          <w:sz w:val="28"/>
          <w:szCs w:val="28"/>
        </w:rPr>
      </w:pPr>
      <w:r w:rsidRPr="00555E0D">
        <w:rPr>
          <w:rFonts w:ascii="Times New Roman" w:hAnsi="Times New Roman" w:cs="Times New Roman"/>
          <w:b/>
          <w:bCs/>
          <w:sz w:val="28"/>
          <w:szCs w:val="28"/>
        </w:rPr>
        <w:t>4</w:t>
      </w:r>
      <w:r w:rsidR="005A5A6B" w:rsidRPr="00555E0D">
        <w:rPr>
          <w:rFonts w:ascii="Times New Roman" w:hAnsi="Times New Roman" w:cs="Times New Roman"/>
          <w:b/>
          <w:bCs/>
          <w:sz w:val="28"/>
          <w:szCs w:val="28"/>
        </w:rPr>
        <w:t>. Tham luận</w:t>
      </w:r>
    </w:p>
    <w:p w14:paraId="18CBB91C" w14:textId="4270B8C2" w:rsidR="006744CC" w:rsidRPr="00555E0D" w:rsidRDefault="00555E0D" w:rsidP="006744CC">
      <w:pPr>
        <w:spacing w:after="0" w:line="360" w:lineRule="exact"/>
        <w:ind w:left="720"/>
        <w:jc w:val="both"/>
        <w:rPr>
          <w:rFonts w:ascii="Times New Roman" w:eastAsia="Times New Roman" w:hAnsi="Times New Roman" w:cs="Times New Roman"/>
          <w:sz w:val="28"/>
          <w:szCs w:val="28"/>
        </w:rPr>
      </w:pPr>
      <w:r w:rsidRPr="00555E0D">
        <w:rPr>
          <w:rFonts w:ascii="Times New Roman" w:eastAsia="Times New Roman" w:hAnsi="Times New Roman" w:cs="Times New Roman"/>
          <w:b/>
          <w:bCs/>
          <w:sz w:val="28"/>
          <w:szCs w:val="28"/>
        </w:rPr>
        <w:t xml:space="preserve">(Đồng chí </w:t>
      </w:r>
      <w:r w:rsidR="0055689C">
        <w:rPr>
          <w:rFonts w:ascii="Times New Roman" w:eastAsia="Times New Roman" w:hAnsi="Times New Roman" w:cs="Times New Roman"/>
          <w:b/>
          <w:bCs/>
          <w:sz w:val="28"/>
          <w:szCs w:val="28"/>
        </w:rPr>
        <w:t>………………………</w:t>
      </w:r>
      <w:r w:rsidRPr="00555E0D">
        <w:rPr>
          <w:rFonts w:ascii="Times New Roman" w:eastAsia="Times New Roman" w:hAnsi="Times New Roman" w:cs="Times New Roman"/>
          <w:b/>
          <w:bCs/>
          <w:sz w:val="28"/>
          <w:szCs w:val="28"/>
        </w:rPr>
        <w:t xml:space="preserve"> điều hành).</w:t>
      </w:r>
    </w:p>
    <w:p w14:paraId="5E8A2489" w14:textId="77777777" w:rsidR="006744CC" w:rsidRPr="00555E0D" w:rsidRDefault="006744CC" w:rsidP="006744CC">
      <w:pPr>
        <w:spacing w:after="0" w:line="360" w:lineRule="exact"/>
        <w:ind w:left="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72B4B6D5" w14:textId="0D583200" w:rsidR="006744CC" w:rsidRPr="00555E0D" w:rsidRDefault="006744CC" w:rsidP="006744CC">
      <w:pPr>
        <w:spacing w:after="0" w:line="360" w:lineRule="exact"/>
        <w:ind w:left="-142" w:firstLine="851"/>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Vừa rồi, Hội nghị đã được nghe đồng chí </w:t>
      </w:r>
      <w:r w:rsidR="0055689C">
        <w:rPr>
          <w:rFonts w:ascii="Times New Roman" w:hAnsi="Times New Roman" w:cs="Times New Roman"/>
          <w:sz w:val="28"/>
          <w:szCs w:val="28"/>
        </w:rPr>
        <w:t>……………….</w:t>
      </w:r>
      <w:r w:rsidR="00555E0D" w:rsidRPr="00555E0D">
        <w:rPr>
          <w:rStyle w:val="Strong"/>
          <w:rFonts w:ascii="Times New Roman" w:hAnsi="Times New Roman" w:cs="Times New Roman"/>
          <w:b w:val="0"/>
          <w:bCs w:val="0"/>
          <w:sz w:val="28"/>
          <w:szCs w:val="28"/>
        </w:rPr>
        <w:t>– Chủ tịch UBMTTQ xã, Phó Chủ tịch UBBC xã</w:t>
      </w:r>
      <w:r w:rsidR="00555E0D" w:rsidRPr="00555E0D">
        <w:rPr>
          <w:rFonts w:ascii="Times New Roman" w:hAnsi="Times New Roman" w:cs="Times New Roman"/>
          <w:sz w:val="28"/>
          <w:szCs w:val="28"/>
        </w:rPr>
        <w:t xml:space="preserve"> </w:t>
      </w:r>
      <w:r w:rsidRPr="00555E0D">
        <w:rPr>
          <w:rFonts w:ascii="Times New Roman" w:eastAsia="Times New Roman" w:hAnsi="Times New Roman" w:cs="Times New Roman"/>
          <w:sz w:val="28"/>
          <w:szCs w:val="28"/>
        </w:rPr>
        <w:t xml:space="preserve">trình bày báo cáo tổng kết công tác bầu cử đại biểu Quốc hội khóa XVI và đại biểu Hội đồng nhân dân các cấp nhiệm kỳ 2026–2031 trên địa bàn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w:t>
      </w:r>
    </w:p>
    <w:p w14:paraId="4B53A93C" w14:textId="77777777" w:rsidR="006744CC" w:rsidRPr="00555E0D" w:rsidRDefault="006744CC" w:rsidP="006744CC">
      <w:pPr>
        <w:spacing w:after="0" w:line="360" w:lineRule="exact"/>
        <w:ind w:left="-142" w:firstLine="851"/>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Báo cáo đã đánh giá toàn diện, khách quan những kết quả đạt được, đồng thời chỉ ra những tồn tại, hạn chế và rút ra những bài học kinh nghiệm quan trọng trong quá trình tổ chức thực hiện.</w:t>
      </w:r>
    </w:p>
    <w:p w14:paraId="39B92E56" w14:textId="77777777" w:rsidR="006744CC" w:rsidRPr="00555E0D" w:rsidRDefault="006744CC" w:rsidP="006744CC">
      <w:pPr>
        <w:spacing w:after="0" w:line="360" w:lineRule="exact"/>
        <w:ind w:left="-142" w:firstLine="851"/>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Để làm rõ hơn những kết quả đã đạt được cũng như chia sẻ kinh nghiệm thực tiễn trong công tác phối hợp triển khai bầu cử tại cơ sở, tiếp </w:t>
      </w:r>
      <w:proofErr w:type="gramStart"/>
      <w:r w:rsidRPr="00555E0D">
        <w:rPr>
          <w:rFonts w:ascii="Times New Roman" w:eastAsia="Times New Roman" w:hAnsi="Times New Roman" w:cs="Times New Roman"/>
          <w:sz w:val="28"/>
          <w:szCs w:val="28"/>
        </w:rPr>
        <w:t>theo</w:t>
      </w:r>
      <w:proofErr w:type="gramEnd"/>
      <w:r w:rsidRPr="00555E0D">
        <w:rPr>
          <w:rFonts w:ascii="Times New Roman" w:eastAsia="Times New Roman" w:hAnsi="Times New Roman" w:cs="Times New Roman"/>
          <w:sz w:val="28"/>
          <w:szCs w:val="28"/>
        </w:rPr>
        <w:t xml:space="preserve"> chương trình, Hội nghị sẽ nghe tham luận.</w:t>
      </w:r>
    </w:p>
    <w:p w14:paraId="26A5CAC3" w14:textId="7E12A92C" w:rsidR="006744CC" w:rsidRPr="00555E0D" w:rsidRDefault="00895F14" w:rsidP="006744CC">
      <w:pPr>
        <w:spacing w:after="0" w:line="360" w:lineRule="exact"/>
        <w:ind w:left="-142" w:firstLine="851"/>
        <w:jc w:val="both"/>
        <w:rPr>
          <w:rFonts w:ascii="Times New Roman" w:eastAsia="Times New Roman" w:hAnsi="Times New Roman" w:cs="Times New Roman"/>
          <w:sz w:val="32"/>
          <w:szCs w:val="32"/>
        </w:rPr>
      </w:pPr>
      <w:r w:rsidRPr="00555E0D">
        <w:rPr>
          <w:rFonts w:ascii="Times New Roman" w:eastAsia="Times New Roman" w:hAnsi="Times New Roman" w:cs="Times New Roman"/>
          <w:sz w:val="28"/>
          <w:szCs w:val="28"/>
        </w:rPr>
        <w:t>Xin trân trọng kính mời đồng chí</w:t>
      </w:r>
      <w:r w:rsidRPr="00555E0D">
        <w:rPr>
          <w:rFonts w:ascii="Times New Roman" w:eastAsia="Times New Roman" w:hAnsi="Times New Roman" w:cs="Times New Roman"/>
          <w:sz w:val="28"/>
          <w:szCs w:val="28"/>
          <w:lang w:val="vi-VN"/>
        </w:rPr>
        <w:t xml:space="preserve"> </w:t>
      </w:r>
      <w:r w:rsidR="0055689C">
        <w:rPr>
          <w:rFonts w:ascii="Times New Roman" w:eastAsia="Times New Roman" w:hAnsi="Times New Roman" w:cs="Times New Roman"/>
          <w:sz w:val="28"/>
          <w:szCs w:val="28"/>
        </w:rPr>
        <w:t>…………….</w:t>
      </w:r>
      <w:r w:rsidRPr="00555E0D">
        <w:rPr>
          <w:rFonts w:ascii="Times New Roman" w:eastAsia="Times New Roman" w:hAnsi="Times New Roman" w:cs="Times New Roman"/>
          <w:sz w:val="28"/>
          <w:szCs w:val="28"/>
          <w:lang w:val="vi-VN"/>
        </w:rPr>
        <w:t xml:space="preserve"> </w:t>
      </w:r>
      <w:r w:rsidR="006744CC" w:rsidRPr="00555E0D">
        <w:rPr>
          <w:rFonts w:ascii="Times New Roman" w:eastAsia="Times New Roman" w:hAnsi="Times New Roman" w:cs="Times New Roman"/>
          <w:sz w:val="28"/>
          <w:szCs w:val="28"/>
        </w:rPr>
        <w:t xml:space="preserve">– </w:t>
      </w:r>
      <w:r w:rsidR="00555E0D" w:rsidRPr="00555E0D">
        <w:rPr>
          <w:rFonts w:ascii="Times New Roman" w:eastAsia="Times New Roman" w:hAnsi="Times New Roman" w:cs="Times New Roman"/>
          <w:sz w:val="28"/>
          <w:szCs w:val="28"/>
        </w:rPr>
        <w:t xml:space="preserve">xóm trưởng xóm </w:t>
      </w:r>
      <w:r w:rsidR="0055689C">
        <w:rPr>
          <w:rFonts w:ascii="Times New Roman" w:eastAsia="Times New Roman" w:hAnsi="Times New Roman" w:cs="Times New Roman"/>
          <w:sz w:val="28"/>
          <w:szCs w:val="28"/>
        </w:rPr>
        <w:t>…………….</w:t>
      </w:r>
      <w:r w:rsidR="00555E0D" w:rsidRPr="00555E0D">
        <w:rPr>
          <w:rFonts w:ascii="Times New Roman" w:eastAsia="Times New Roman" w:hAnsi="Times New Roman" w:cs="Times New Roman"/>
          <w:sz w:val="28"/>
          <w:szCs w:val="28"/>
        </w:rPr>
        <w:t xml:space="preserve"> lên</w:t>
      </w:r>
      <w:r w:rsidR="006744CC" w:rsidRPr="00555E0D">
        <w:rPr>
          <w:rFonts w:ascii="Times New Roman" w:eastAsia="Times New Roman" w:hAnsi="Times New Roman" w:cs="Times New Roman"/>
          <w:sz w:val="28"/>
          <w:szCs w:val="28"/>
        </w:rPr>
        <w:t xml:space="preserve"> trình bày tham luận tại Hội nghị.</w:t>
      </w:r>
      <w:r w:rsidR="00555E0D" w:rsidRPr="00555E0D">
        <w:rPr>
          <w:rFonts w:ascii="Times New Roman" w:eastAsia="Times New Roman" w:hAnsi="Times New Roman" w:cs="Times New Roman"/>
          <w:sz w:val="28"/>
          <w:szCs w:val="28"/>
        </w:rPr>
        <w:t xml:space="preserve"> Xin trân trọng kính mời đồng chí.</w:t>
      </w:r>
    </w:p>
    <w:p w14:paraId="20FC3117" w14:textId="7D4EC808" w:rsidR="006744CC" w:rsidRPr="00555E0D" w:rsidRDefault="006744CC" w:rsidP="006744CC">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i/>
          <w:iCs/>
          <w:sz w:val="28"/>
          <w:szCs w:val="28"/>
        </w:rPr>
        <w:t xml:space="preserve">(Sau khi đồng chí </w:t>
      </w:r>
      <w:r w:rsidR="0055689C">
        <w:rPr>
          <w:rFonts w:ascii="Times New Roman" w:eastAsia="Times New Roman" w:hAnsi="Times New Roman" w:cs="Times New Roman"/>
          <w:b/>
          <w:bCs/>
          <w:sz w:val="28"/>
          <w:szCs w:val="28"/>
        </w:rPr>
        <w:t>………………….</w:t>
      </w:r>
      <w:r w:rsidR="00555E0D" w:rsidRPr="00555E0D">
        <w:rPr>
          <w:rFonts w:ascii="Times New Roman" w:eastAsia="Times New Roman" w:hAnsi="Times New Roman" w:cs="Times New Roman"/>
          <w:b/>
          <w:bCs/>
          <w:sz w:val="28"/>
          <w:szCs w:val="28"/>
          <w:lang w:val="vi-VN"/>
        </w:rPr>
        <w:t xml:space="preserve"> </w:t>
      </w:r>
      <w:r w:rsidRPr="00555E0D">
        <w:rPr>
          <w:rFonts w:ascii="Times New Roman" w:eastAsia="Times New Roman" w:hAnsi="Times New Roman" w:cs="Times New Roman"/>
          <w:i/>
          <w:iCs/>
          <w:sz w:val="28"/>
          <w:szCs w:val="28"/>
        </w:rPr>
        <w:t>trình bày xong tham luận)</w:t>
      </w:r>
    </w:p>
    <w:p w14:paraId="05F400B2" w14:textId="3305886A" w:rsidR="006744CC" w:rsidRPr="00555E0D" w:rsidRDefault="00555E0D" w:rsidP="006744CC">
      <w:pPr>
        <w:spacing w:after="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(Đồng chí </w:t>
      </w:r>
      <w:r w:rsidR="0055689C">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sidR="006744CC" w:rsidRPr="00555E0D">
        <w:rPr>
          <w:rFonts w:ascii="Times New Roman" w:eastAsia="Times New Roman" w:hAnsi="Times New Roman" w:cs="Times New Roman"/>
          <w:b/>
          <w:bCs/>
          <w:sz w:val="28"/>
          <w:szCs w:val="28"/>
        </w:rPr>
        <w:t>Chủ trì tiếp lời</w:t>
      </w:r>
      <w:r>
        <w:rPr>
          <w:rFonts w:ascii="Times New Roman" w:eastAsia="Times New Roman" w:hAnsi="Times New Roman" w:cs="Times New Roman"/>
          <w:b/>
          <w:bCs/>
          <w:sz w:val="28"/>
          <w:szCs w:val="28"/>
        </w:rPr>
        <w:t>):</w:t>
      </w:r>
    </w:p>
    <w:p w14:paraId="7CCB6F1F" w14:textId="77777777" w:rsidR="006744CC" w:rsidRPr="00555E0D" w:rsidRDefault="006744CC" w:rsidP="006744CC">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0D5C576D" w14:textId="1C49E7A0" w:rsidR="006744CC" w:rsidRPr="00555E0D" w:rsidRDefault="006744CC" w:rsidP="006744CC">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Tiếp </w:t>
      </w:r>
      <w:proofErr w:type="gramStart"/>
      <w:r w:rsidRPr="00555E0D">
        <w:rPr>
          <w:rFonts w:ascii="Times New Roman" w:eastAsia="Times New Roman" w:hAnsi="Times New Roman" w:cs="Times New Roman"/>
          <w:sz w:val="28"/>
          <w:szCs w:val="28"/>
        </w:rPr>
        <w:t>theo</w:t>
      </w:r>
      <w:proofErr w:type="gramEnd"/>
      <w:r w:rsidRPr="00555E0D">
        <w:rPr>
          <w:rFonts w:ascii="Times New Roman" w:eastAsia="Times New Roman" w:hAnsi="Times New Roman" w:cs="Times New Roman"/>
          <w:sz w:val="28"/>
          <w:szCs w:val="28"/>
        </w:rPr>
        <w:t xml:space="preserve"> chương trình, để có thêm góc nhìn từ cơ sở, đặc biệt là từ các tổ bầu cử trực tiếp triển khai nhiệm vụ, Hội nghị xin được lắng nghe ý kiến tham luận của đại diện </w:t>
      </w:r>
      <w:r w:rsidR="00555E0D">
        <w:rPr>
          <w:rFonts w:ascii="Times New Roman" w:eastAsia="Times New Roman" w:hAnsi="Times New Roman" w:cs="Times New Roman"/>
          <w:sz w:val="28"/>
          <w:szCs w:val="28"/>
        </w:rPr>
        <w:t>các tổ bầu cử</w:t>
      </w:r>
      <w:r w:rsidRPr="00555E0D">
        <w:rPr>
          <w:rFonts w:ascii="Times New Roman" w:eastAsia="Times New Roman" w:hAnsi="Times New Roman" w:cs="Times New Roman"/>
          <w:sz w:val="28"/>
          <w:szCs w:val="28"/>
        </w:rPr>
        <w:t>.</w:t>
      </w:r>
    </w:p>
    <w:p w14:paraId="2A92A499" w14:textId="2C918476" w:rsidR="006744CC" w:rsidRPr="00555E0D" w:rsidRDefault="006744CC" w:rsidP="006744CC">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b/>
          <w:bCs/>
          <w:sz w:val="28"/>
          <w:szCs w:val="28"/>
        </w:rPr>
        <w:t xml:space="preserve">Xin trân trọng kính mời </w:t>
      </w:r>
      <w:proofErr w:type="gramStart"/>
      <w:r w:rsidR="0055689C">
        <w:rPr>
          <w:rFonts w:ascii="Times New Roman" w:eastAsia="Times New Roman" w:hAnsi="Times New Roman" w:cs="Times New Roman"/>
          <w:b/>
          <w:bCs/>
          <w:sz w:val="28"/>
          <w:szCs w:val="28"/>
        </w:rPr>
        <w:t>………………..</w:t>
      </w:r>
      <w:r w:rsidR="00555E0D">
        <w:rPr>
          <w:rFonts w:ascii="Times New Roman" w:eastAsia="Times New Roman" w:hAnsi="Times New Roman" w:cs="Times New Roman"/>
          <w:b/>
          <w:bCs/>
          <w:sz w:val="28"/>
          <w:szCs w:val="28"/>
        </w:rPr>
        <w:t>,</w:t>
      </w:r>
      <w:proofErr w:type="gramEnd"/>
      <w:r w:rsidR="00555E0D">
        <w:rPr>
          <w:rFonts w:ascii="Times New Roman" w:eastAsia="Times New Roman" w:hAnsi="Times New Roman" w:cs="Times New Roman"/>
          <w:b/>
          <w:bCs/>
          <w:sz w:val="28"/>
          <w:szCs w:val="28"/>
        </w:rPr>
        <w:t xml:space="preserve"> tổ trưởng tổ bầu cử số </w:t>
      </w:r>
      <w:r w:rsidR="0055689C">
        <w:rPr>
          <w:rFonts w:ascii="Times New Roman" w:eastAsia="Times New Roman" w:hAnsi="Times New Roman" w:cs="Times New Roman"/>
          <w:b/>
          <w:bCs/>
          <w:sz w:val="28"/>
          <w:szCs w:val="28"/>
        </w:rPr>
        <w:t>…</w:t>
      </w:r>
      <w:r w:rsidR="00555E0D">
        <w:rPr>
          <w:rFonts w:ascii="Times New Roman" w:eastAsia="Times New Roman" w:hAnsi="Times New Roman" w:cs="Times New Roman"/>
          <w:b/>
          <w:bCs/>
          <w:sz w:val="28"/>
          <w:szCs w:val="28"/>
        </w:rPr>
        <w:t xml:space="preserve"> xóm </w:t>
      </w:r>
      <w:r w:rsidR="0055689C">
        <w:rPr>
          <w:rFonts w:ascii="Times New Roman" w:eastAsia="Times New Roman" w:hAnsi="Times New Roman" w:cs="Times New Roman"/>
          <w:b/>
          <w:bCs/>
          <w:sz w:val="28"/>
          <w:szCs w:val="28"/>
        </w:rPr>
        <w:t>………………….</w:t>
      </w:r>
      <w:r w:rsidRPr="00555E0D">
        <w:rPr>
          <w:rFonts w:ascii="Times New Roman" w:eastAsia="Times New Roman" w:hAnsi="Times New Roman" w:cs="Times New Roman"/>
          <w:b/>
          <w:bCs/>
          <w:sz w:val="28"/>
          <w:szCs w:val="28"/>
        </w:rPr>
        <w:t xml:space="preserve"> </w:t>
      </w:r>
      <w:r w:rsidR="00555E0D">
        <w:rPr>
          <w:rFonts w:ascii="Times New Roman" w:eastAsia="Times New Roman" w:hAnsi="Times New Roman" w:cs="Times New Roman"/>
          <w:b/>
          <w:bCs/>
          <w:sz w:val="28"/>
          <w:szCs w:val="28"/>
        </w:rPr>
        <w:t>lên</w:t>
      </w:r>
      <w:r w:rsidRPr="00555E0D">
        <w:rPr>
          <w:rFonts w:ascii="Times New Roman" w:eastAsia="Times New Roman" w:hAnsi="Times New Roman" w:cs="Times New Roman"/>
          <w:b/>
          <w:bCs/>
          <w:sz w:val="28"/>
          <w:szCs w:val="28"/>
        </w:rPr>
        <w:t xml:space="preserve"> trình bày tham luận tại Hội nghị.</w:t>
      </w:r>
      <w:r w:rsidR="00555E0D">
        <w:rPr>
          <w:rFonts w:ascii="Times New Roman" w:eastAsia="Times New Roman" w:hAnsi="Times New Roman" w:cs="Times New Roman"/>
          <w:b/>
          <w:bCs/>
          <w:sz w:val="28"/>
          <w:szCs w:val="28"/>
        </w:rPr>
        <w:t xml:space="preserve"> Xin trân trọng kính mời đồng chí.</w:t>
      </w:r>
    </w:p>
    <w:p w14:paraId="79DA781E" w14:textId="786E586F" w:rsidR="00F1280F" w:rsidRPr="00555E0D" w:rsidRDefault="00F1280F" w:rsidP="00F1280F">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i/>
          <w:iCs/>
          <w:sz w:val="28"/>
          <w:szCs w:val="28"/>
        </w:rPr>
        <w:t xml:space="preserve">(Sau tham luận </w:t>
      </w:r>
      <w:r w:rsidR="00555E0D">
        <w:rPr>
          <w:rFonts w:ascii="Times New Roman" w:eastAsia="Times New Roman" w:hAnsi="Times New Roman" w:cs="Times New Roman"/>
          <w:i/>
          <w:iCs/>
          <w:sz w:val="28"/>
          <w:szCs w:val="28"/>
        </w:rPr>
        <w:t xml:space="preserve">của đồng chí </w:t>
      </w:r>
      <w:r w:rsidR="0055689C">
        <w:rPr>
          <w:rFonts w:ascii="Times New Roman" w:eastAsia="Times New Roman" w:hAnsi="Times New Roman" w:cs="Times New Roman"/>
          <w:i/>
          <w:iCs/>
          <w:sz w:val="28"/>
          <w:szCs w:val="28"/>
        </w:rPr>
        <w:t>……………………</w:t>
      </w:r>
      <w:r w:rsidR="00555E0D">
        <w:rPr>
          <w:rFonts w:ascii="Times New Roman" w:eastAsia="Times New Roman" w:hAnsi="Times New Roman" w:cs="Times New Roman"/>
          <w:i/>
          <w:iCs/>
          <w:sz w:val="28"/>
          <w:szCs w:val="28"/>
        </w:rPr>
        <w:t xml:space="preserve"> xong</w:t>
      </w:r>
      <w:r w:rsidRPr="00555E0D">
        <w:rPr>
          <w:rFonts w:ascii="Times New Roman" w:eastAsia="Times New Roman" w:hAnsi="Times New Roman" w:cs="Times New Roman"/>
          <w:i/>
          <w:iCs/>
          <w:sz w:val="28"/>
          <w:szCs w:val="28"/>
        </w:rPr>
        <w:t>)</w:t>
      </w:r>
    </w:p>
    <w:p w14:paraId="61ED9CE9" w14:textId="31B781D7" w:rsidR="00555E0D" w:rsidRPr="00555E0D" w:rsidRDefault="00555E0D" w:rsidP="00F1280F">
      <w:pPr>
        <w:spacing w:after="0" w:line="360" w:lineRule="exact"/>
        <w:ind w:firstLine="720"/>
        <w:rPr>
          <w:rFonts w:ascii="Times New Roman" w:eastAsia="Times New Roman" w:hAnsi="Times New Roman" w:cs="Times New Roman"/>
          <w:b/>
          <w:bCs/>
          <w:sz w:val="28"/>
          <w:szCs w:val="28"/>
        </w:rPr>
      </w:pPr>
      <w:r w:rsidRPr="00555E0D">
        <w:rPr>
          <w:rFonts w:ascii="Times New Roman" w:eastAsia="Times New Roman" w:hAnsi="Times New Roman" w:cs="Times New Roman"/>
          <w:b/>
          <w:bCs/>
          <w:sz w:val="28"/>
          <w:szCs w:val="28"/>
        </w:rPr>
        <w:t xml:space="preserve">(Đồng chí </w:t>
      </w:r>
      <w:r w:rsidR="001C0D11">
        <w:rPr>
          <w:rFonts w:ascii="Times New Roman" w:eastAsia="Times New Roman" w:hAnsi="Times New Roman" w:cs="Times New Roman"/>
          <w:b/>
          <w:bCs/>
          <w:sz w:val="28"/>
          <w:szCs w:val="28"/>
        </w:rPr>
        <w:t>……………….</w:t>
      </w:r>
      <w:r w:rsidRPr="00555E0D">
        <w:rPr>
          <w:rFonts w:ascii="Times New Roman" w:eastAsia="Times New Roman" w:hAnsi="Times New Roman" w:cs="Times New Roman"/>
          <w:b/>
          <w:bCs/>
          <w:sz w:val="28"/>
          <w:szCs w:val="28"/>
        </w:rPr>
        <w:t>, chủ trì điều hành)</w:t>
      </w:r>
    </w:p>
    <w:p w14:paraId="0B39D524" w14:textId="1125FA9E" w:rsidR="00555E0D" w:rsidRDefault="00555E0D" w:rsidP="00F1280F">
      <w:pPr>
        <w:spacing w:after="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Xin trân trọng cảm ơn đồng chí </w:t>
      </w:r>
      <w:r w:rsidR="001C0D1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Đại diện cho tổ bầu cử số </w:t>
      </w:r>
      <w:r w:rsidR="001C0D1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xóm </w:t>
      </w:r>
      <w:r w:rsidR="001C0D1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đã c</w:t>
      </w:r>
      <w:proofErr w:type="gramEnd"/>
      <w:r>
        <w:rPr>
          <w:rFonts w:ascii="Times New Roman" w:eastAsia="Times New Roman" w:hAnsi="Times New Roman" w:cs="Times New Roman"/>
          <w:sz w:val="28"/>
          <w:szCs w:val="28"/>
        </w:rPr>
        <w:t>ó bài tham luận, đánh gia lại sự nỗ lực của tổ bầu cử cũng như các thành viên trong tổ bầu cử góp phần tạo nên thành công chung cho công tác bầu cử trên địa bàn xã.</w:t>
      </w:r>
    </w:p>
    <w:p w14:paraId="74C603F4" w14:textId="7FEE4959" w:rsidR="00555E0D" w:rsidRDefault="00555E0D" w:rsidP="00F1280F">
      <w:pPr>
        <w:spacing w:after="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Tiếp </w:t>
      </w:r>
      <w:proofErr w:type="gramStart"/>
      <w:r>
        <w:rPr>
          <w:rFonts w:ascii="Times New Roman" w:eastAsia="Times New Roman" w:hAnsi="Times New Roman" w:cs="Times New Roman"/>
          <w:sz w:val="28"/>
          <w:szCs w:val="28"/>
        </w:rPr>
        <w:t>theo</w:t>
      </w:r>
      <w:proofErr w:type="gramEnd"/>
      <w:r>
        <w:rPr>
          <w:rFonts w:ascii="Times New Roman" w:eastAsia="Times New Roman" w:hAnsi="Times New Roman" w:cs="Times New Roman"/>
          <w:sz w:val="28"/>
          <w:szCs w:val="28"/>
        </w:rPr>
        <w:t xml:space="preserve"> xin trân trọng kính mời đồng chí </w:t>
      </w:r>
      <w:r w:rsidR="001C0D11">
        <w:rPr>
          <w:rFonts w:ascii="Times New Roman" w:eastAsia="Times New Roman" w:hAnsi="Times New Roman" w:cs="Times New Roman"/>
          <w:sz w:val="28"/>
          <w:szCs w:val="28"/>
        </w:rPr>
        <w:t>……………</w:t>
      </w:r>
      <w:r w:rsidR="005F3CF7">
        <w:rPr>
          <w:rFonts w:ascii="Times New Roman" w:eastAsia="Times New Roman" w:hAnsi="Times New Roman" w:cs="Times New Roman"/>
          <w:sz w:val="28"/>
          <w:szCs w:val="28"/>
        </w:rPr>
        <w:t xml:space="preserve">, xóm trưởng xóm </w:t>
      </w:r>
      <w:r w:rsidR="001C0D11">
        <w:rPr>
          <w:rFonts w:ascii="Times New Roman" w:eastAsia="Times New Roman" w:hAnsi="Times New Roman" w:cs="Times New Roman"/>
          <w:sz w:val="28"/>
          <w:szCs w:val="28"/>
        </w:rPr>
        <w:t>…………</w:t>
      </w:r>
      <w:r w:rsidR="005F3CF7">
        <w:rPr>
          <w:rFonts w:ascii="Times New Roman" w:eastAsia="Times New Roman" w:hAnsi="Times New Roman" w:cs="Times New Roman"/>
          <w:sz w:val="28"/>
          <w:szCs w:val="28"/>
        </w:rPr>
        <w:t xml:space="preserve"> lên tham luận tại hội nghị. Trân trọng kính mời đồng chí.</w:t>
      </w:r>
    </w:p>
    <w:p w14:paraId="7ADBA5D8" w14:textId="4C2D90EC" w:rsidR="005F3CF7" w:rsidRPr="005F3CF7" w:rsidRDefault="005F3CF7" w:rsidP="00F1280F">
      <w:pPr>
        <w:spacing w:after="0" w:line="360" w:lineRule="exact"/>
        <w:ind w:firstLine="720"/>
        <w:rPr>
          <w:rFonts w:ascii="Times New Roman" w:eastAsia="Times New Roman" w:hAnsi="Times New Roman" w:cs="Times New Roman"/>
          <w:i/>
          <w:iCs/>
          <w:sz w:val="28"/>
          <w:szCs w:val="28"/>
        </w:rPr>
      </w:pPr>
      <w:r w:rsidRPr="005F3CF7">
        <w:rPr>
          <w:rFonts w:ascii="Times New Roman" w:eastAsia="Times New Roman" w:hAnsi="Times New Roman" w:cs="Times New Roman"/>
          <w:i/>
          <w:iCs/>
          <w:sz w:val="28"/>
          <w:szCs w:val="28"/>
        </w:rPr>
        <w:t>(</w:t>
      </w:r>
      <w:proofErr w:type="gramStart"/>
      <w:r w:rsidRPr="005F3CF7">
        <w:rPr>
          <w:rFonts w:ascii="Times New Roman" w:eastAsia="Times New Roman" w:hAnsi="Times New Roman" w:cs="Times New Roman"/>
          <w:i/>
          <w:iCs/>
          <w:sz w:val="28"/>
          <w:szCs w:val="28"/>
        </w:rPr>
        <w:t>sau</w:t>
      </w:r>
      <w:proofErr w:type="gramEnd"/>
      <w:r w:rsidRPr="005F3CF7">
        <w:rPr>
          <w:rFonts w:ascii="Times New Roman" w:eastAsia="Times New Roman" w:hAnsi="Times New Roman" w:cs="Times New Roman"/>
          <w:i/>
          <w:iCs/>
          <w:sz w:val="28"/>
          <w:szCs w:val="28"/>
        </w:rPr>
        <w:t xml:space="preserve"> khi đồng chí </w:t>
      </w:r>
      <w:r w:rsidR="001C0D11">
        <w:rPr>
          <w:rFonts w:ascii="Times New Roman" w:eastAsia="Times New Roman" w:hAnsi="Times New Roman" w:cs="Times New Roman"/>
          <w:i/>
          <w:iCs/>
          <w:sz w:val="28"/>
          <w:szCs w:val="28"/>
        </w:rPr>
        <w:t>…………………</w:t>
      </w:r>
      <w:r w:rsidRPr="005F3CF7">
        <w:rPr>
          <w:rFonts w:ascii="Times New Roman" w:eastAsia="Times New Roman" w:hAnsi="Times New Roman" w:cs="Times New Roman"/>
          <w:i/>
          <w:iCs/>
          <w:sz w:val="28"/>
          <w:szCs w:val="28"/>
        </w:rPr>
        <w:t xml:space="preserve"> phát biểu xong)</w:t>
      </w:r>
    </w:p>
    <w:p w14:paraId="0393863E" w14:textId="1C48866E" w:rsidR="005F3CF7" w:rsidRPr="005F3CF7" w:rsidRDefault="005F3CF7" w:rsidP="00F1280F">
      <w:pPr>
        <w:spacing w:after="0" w:line="360" w:lineRule="exact"/>
        <w:ind w:firstLine="72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t>
      </w:r>
      <w:proofErr w:type="gramStart"/>
      <w:r>
        <w:rPr>
          <w:rFonts w:ascii="Times New Roman" w:eastAsia="Times New Roman" w:hAnsi="Times New Roman" w:cs="Times New Roman"/>
          <w:b/>
          <w:bCs/>
          <w:sz w:val="28"/>
          <w:szCs w:val="28"/>
        </w:rPr>
        <w:t>đồng</w:t>
      </w:r>
      <w:proofErr w:type="gramEnd"/>
      <w:r>
        <w:rPr>
          <w:rFonts w:ascii="Times New Roman" w:eastAsia="Times New Roman" w:hAnsi="Times New Roman" w:cs="Times New Roman"/>
          <w:b/>
          <w:bCs/>
          <w:sz w:val="28"/>
          <w:szCs w:val="28"/>
        </w:rPr>
        <w:t xml:space="preserve"> chí </w:t>
      </w:r>
      <w:r w:rsidR="001C0D11">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lên điều hành)</w:t>
      </w:r>
    </w:p>
    <w:p w14:paraId="4D3F2137" w14:textId="5A47B00D" w:rsidR="00F1280F" w:rsidRPr="00555E0D" w:rsidRDefault="00F1280F" w:rsidP="00F1280F">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09EA20D0" w14:textId="78A71507" w:rsidR="00F1280F" w:rsidRPr="00555E0D" w:rsidRDefault="00F1280F" w:rsidP="00F1280F">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Hội nghị vừa được nghe ý kiến tham luận rất cụ thể, thiết thực từ đại diện </w:t>
      </w:r>
      <w:r w:rsidR="00555E0D" w:rsidRPr="00555E0D">
        <w:rPr>
          <w:rFonts w:ascii="Times New Roman" w:eastAsia="Times New Roman" w:hAnsi="Times New Roman" w:cs="Times New Roman"/>
          <w:sz w:val="28"/>
          <w:szCs w:val="28"/>
        </w:rPr>
        <w:t xml:space="preserve">tổ bầu </w:t>
      </w:r>
      <w:r w:rsidR="00555E0D" w:rsidRPr="001C0D11">
        <w:rPr>
          <w:rFonts w:ascii="Times New Roman" w:eastAsia="Times New Roman" w:hAnsi="Times New Roman" w:cs="Times New Roman"/>
          <w:sz w:val="28"/>
          <w:szCs w:val="28"/>
        </w:rPr>
        <w:t xml:space="preserve">cử số </w:t>
      </w:r>
      <w:r w:rsidR="001C0D11">
        <w:rPr>
          <w:rFonts w:ascii="Times New Roman" w:eastAsia="Times New Roman" w:hAnsi="Times New Roman" w:cs="Times New Roman"/>
          <w:sz w:val="28"/>
          <w:szCs w:val="28"/>
        </w:rPr>
        <w:t>…</w:t>
      </w:r>
      <w:r w:rsidR="00555E0D" w:rsidRPr="001C0D11">
        <w:rPr>
          <w:rFonts w:ascii="Times New Roman" w:eastAsia="Times New Roman" w:hAnsi="Times New Roman" w:cs="Times New Roman"/>
          <w:sz w:val="28"/>
          <w:szCs w:val="28"/>
        </w:rPr>
        <w:t xml:space="preserve"> xóm </w:t>
      </w:r>
      <w:r w:rsidR="001C0D11">
        <w:rPr>
          <w:rFonts w:ascii="Times New Roman" w:eastAsia="Times New Roman" w:hAnsi="Times New Roman" w:cs="Times New Roman"/>
          <w:sz w:val="28"/>
          <w:szCs w:val="28"/>
        </w:rPr>
        <w:t>……………….</w:t>
      </w:r>
      <w:r w:rsidRPr="00555E0D">
        <w:rPr>
          <w:rFonts w:ascii="Times New Roman" w:eastAsia="Times New Roman" w:hAnsi="Times New Roman" w:cs="Times New Roman"/>
          <w:sz w:val="28"/>
          <w:szCs w:val="28"/>
        </w:rPr>
        <w:t>. Những chia sẻ từ thực tiễn cơ sở đã phản ánh rõ nét quá trình tổ chức thực hiện, những thuận lợi, khó khăn cũng như các kinh nghiệm quý báu trong công tác bầu cử.</w:t>
      </w:r>
    </w:p>
    <w:p w14:paraId="75F97944" w14:textId="6DA8E093" w:rsidR="00F1280F" w:rsidRPr="00555E0D" w:rsidRDefault="00F1280F" w:rsidP="00F1280F">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lastRenderedPageBreak/>
        <w:t xml:space="preserve">Đây là những nội dung hết sức quan trọng, góp phần bổ sung, hoàn thiện bức tranh tổng thể về công tác bầu cử trên địa bàn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w:t>
      </w:r>
    </w:p>
    <w:p w14:paraId="507D8023" w14:textId="5E132F3D" w:rsidR="005A5A6B" w:rsidRPr="00555E0D" w:rsidRDefault="005F3CF7" w:rsidP="009635EF">
      <w:pPr>
        <w:spacing w:after="0" w:line="360" w:lineRule="exact"/>
        <w:ind w:firstLine="720"/>
        <w:jc w:val="both"/>
        <w:outlineLvl w:val="2"/>
        <w:rPr>
          <w:rFonts w:ascii="Times New Roman" w:hAnsi="Times New Roman" w:cs="Times New Roman"/>
          <w:b/>
          <w:bCs/>
          <w:sz w:val="28"/>
          <w:szCs w:val="28"/>
        </w:rPr>
      </w:pPr>
      <w:r>
        <w:rPr>
          <w:rFonts w:ascii="Times New Roman" w:hAnsi="Times New Roman" w:cs="Times New Roman"/>
          <w:b/>
          <w:bCs/>
          <w:sz w:val="28"/>
          <w:szCs w:val="28"/>
        </w:rPr>
        <w:t>5</w:t>
      </w:r>
      <w:r w:rsidR="009E078C" w:rsidRPr="00555E0D">
        <w:rPr>
          <w:rFonts w:ascii="Times New Roman" w:hAnsi="Times New Roman" w:cs="Times New Roman"/>
          <w:b/>
          <w:bCs/>
          <w:sz w:val="28"/>
          <w:szCs w:val="28"/>
        </w:rPr>
        <w:t xml:space="preserve">. Phát biểu tổng kết, chỉ đạo, định hướng các nhiệm vụ tiếp </w:t>
      </w:r>
      <w:proofErr w:type="gramStart"/>
      <w:r w:rsidR="009E078C" w:rsidRPr="00555E0D">
        <w:rPr>
          <w:rFonts w:ascii="Times New Roman" w:hAnsi="Times New Roman" w:cs="Times New Roman"/>
          <w:b/>
          <w:bCs/>
          <w:sz w:val="28"/>
          <w:szCs w:val="28"/>
        </w:rPr>
        <w:t>theo</w:t>
      </w:r>
      <w:proofErr w:type="gramEnd"/>
    </w:p>
    <w:p w14:paraId="2C856CAB" w14:textId="3B05ED81" w:rsidR="009E078C" w:rsidRPr="00555E0D" w:rsidRDefault="005F3CF7" w:rsidP="009E078C">
      <w:pPr>
        <w:spacing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Đồng chí </w:t>
      </w:r>
      <w:r w:rsidR="001C0D11">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điều hành</w:t>
      </w:r>
      <w:r w:rsidR="009E078C" w:rsidRPr="00555E0D">
        <w:rPr>
          <w:rFonts w:ascii="Times New Roman" w:eastAsia="Times New Roman" w:hAnsi="Times New Roman" w:cs="Times New Roman"/>
          <w:b/>
          <w:bCs/>
          <w:sz w:val="28"/>
          <w:szCs w:val="28"/>
        </w:rPr>
        <w:t>:</w:t>
      </w:r>
    </w:p>
    <w:p w14:paraId="15A698AB" w14:textId="77777777" w:rsidR="009E078C" w:rsidRPr="00555E0D" w:rsidRDefault="009E078C" w:rsidP="009E078C">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333B829B" w14:textId="606B7737" w:rsidR="009E078C" w:rsidRPr="00555E0D" w:rsidRDefault="009E078C" w:rsidP="009E078C">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Qua báo cáo tổng kết và các ý kiến tham luận tại Hội nghị, Hội nghị đã có cái nhìn khách quan về công tác bầu cử đại biểu Quốc hội khóa XVI và đại biểu Hội đồng nhân dân các cấp nhiệm kỳ 2026–2031 trên địa bàn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 Những kết quả đạt được là rất đáng ghi nhận; đồng thời, những tồn tại, hạn chế cũng đã được thẳng thắn chỉ ra, cùng với nhiều kinh nghiệm thực tiễn quý báu được chia sẻ.</w:t>
      </w:r>
    </w:p>
    <w:p w14:paraId="0D0E4DC7" w14:textId="3C7FF54F" w:rsidR="009E078C" w:rsidRPr="00555E0D" w:rsidRDefault="009E078C" w:rsidP="009E078C">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Để tiếp tục đánh giá toàn diện hơn nữa, đồng thời định hướng các nhiệm vụ trọng tâm trong thời gian tới, Hội nghị xin được lắng nghe ý kiến phát biểu chỉ đạo của </w:t>
      </w:r>
      <w:r w:rsidR="005F3CF7">
        <w:rPr>
          <w:rFonts w:ascii="Times New Roman" w:eastAsia="Times New Roman" w:hAnsi="Times New Roman" w:cs="Times New Roman"/>
          <w:sz w:val="28"/>
          <w:szCs w:val="28"/>
        </w:rPr>
        <w:t>Thường trực</w:t>
      </w:r>
      <w:r w:rsidRPr="00555E0D">
        <w:rPr>
          <w:rFonts w:ascii="Times New Roman" w:eastAsia="Times New Roman" w:hAnsi="Times New Roman" w:cs="Times New Roman"/>
          <w:sz w:val="28"/>
          <w:szCs w:val="28"/>
        </w:rPr>
        <w:t xml:space="preserve"> Đảng ủy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w:t>
      </w:r>
    </w:p>
    <w:p w14:paraId="4DE62FEC" w14:textId="2AAF1B6C" w:rsidR="00093860" w:rsidRDefault="009E078C" w:rsidP="005D3B10">
      <w:pPr>
        <w:spacing w:after="0" w:line="360" w:lineRule="exact"/>
        <w:ind w:firstLine="720"/>
        <w:jc w:val="both"/>
        <w:rPr>
          <w:rStyle w:val="Strong"/>
          <w:rFonts w:ascii="Times New Roman" w:hAnsi="Times New Roman" w:cs="Times New Roman"/>
          <w:b w:val="0"/>
          <w:bCs w:val="0"/>
          <w:sz w:val="28"/>
          <w:szCs w:val="28"/>
        </w:rPr>
      </w:pPr>
      <w:r w:rsidRPr="00555E0D">
        <w:rPr>
          <w:rFonts w:ascii="Times New Roman" w:eastAsia="Times New Roman" w:hAnsi="Times New Roman" w:cs="Times New Roman"/>
          <w:b/>
          <w:bCs/>
          <w:sz w:val="28"/>
          <w:szCs w:val="28"/>
        </w:rPr>
        <w:t>Xin trân trọng kính mờ</w:t>
      </w:r>
      <w:r w:rsidR="00895F14" w:rsidRPr="00555E0D">
        <w:rPr>
          <w:rFonts w:ascii="Times New Roman" w:eastAsia="Times New Roman" w:hAnsi="Times New Roman" w:cs="Times New Roman"/>
          <w:b/>
          <w:bCs/>
          <w:sz w:val="28"/>
          <w:szCs w:val="28"/>
        </w:rPr>
        <w:t>i</w:t>
      </w:r>
      <w:r w:rsidR="00895F14" w:rsidRPr="00555E0D">
        <w:rPr>
          <w:rFonts w:ascii="Times New Roman" w:eastAsia="Times New Roman" w:hAnsi="Times New Roman" w:cs="Times New Roman"/>
          <w:b/>
          <w:bCs/>
          <w:sz w:val="28"/>
          <w:szCs w:val="28"/>
          <w:lang w:val="vi-VN"/>
        </w:rPr>
        <w:t xml:space="preserve"> Đồng chí </w:t>
      </w:r>
      <w:r w:rsidR="00A35521">
        <w:rPr>
          <w:rStyle w:val="Strong"/>
          <w:rFonts w:ascii="Times New Roman" w:hAnsi="Times New Roman" w:cs="Times New Roman"/>
          <w:b w:val="0"/>
          <w:bCs w:val="0"/>
          <w:sz w:val="28"/>
          <w:szCs w:val="28"/>
        </w:rPr>
        <w:t>……………………</w:t>
      </w:r>
      <w:r w:rsidR="005D3B10" w:rsidRPr="00555E0D">
        <w:rPr>
          <w:rStyle w:val="Strong"/>
          <w:rFonts w:ascii="Times New Roman" w:hAnsi="Times New Roman" w:cs="Times New Roman"/>
          <w:b w:val="0"/>
          <w:bCs w:val="0"/>
          <w:sz w:val="28"/>
          <w:szCs w:val="28"/>
          <w:lang w:val="vi-VN"/>
        </w:rPr>
        <w:t xml:space="preserve">, </w:t>
      </w:r>
      <w:r w:rsidR="005D3B10" w:rsidRPr="00555E0D">
        <w:rPr>
          <w:rStyle w:val="Strong"/>
          <w:rFonts w:ascii="Times New Roman" w:hAnsi="Times New Roman" w:cs="Times New Roman"/>
          <w:b w:val="0"/>
          <w:bCs w:val="0"/>
          <w:sz w:val="28"/>
          <w:szCs w:val="28"/>
        </w:rPr>
        <w:t xml:space="preserve">Bí </w:t>
      </w:r>
      <w:proofErr w:type="gramStart"/>
      <w:r w:rsidR="005D3B10" w:rsidRPr="00555E0D">
        <w:rPr>
          <w:rStyle w:val="Strong"/>
          <w:rFonts w:ascii="Times New Roman" w:hAnsi="Times New Roman" w:cs="Times New Roman"/>
          <w:b w:val="0"/>
          <w:bCs w:val="0"/>
          <w:sz w:val="28"/>
          <w:szCs w:val="28"/>
        </w:rPr>
        <w:t>thư</w:t>
      </w:r>
      <w:proofErr w:type="gramEnd"/>
      <w:r w:rsidR="005D3B10" w:rsidRPr="00555E0D">
        <w:rPr>
          <w:rStyle w:val="Strong"/>
          <w:rFonts w:ascii="Times New Roman" w:hAnsi="Times New Roman" w:cs="Times New Roman"/>
          <w:b w:val="0"/>
          <w:bCs w:val="0"/>
          <w:sz w:val="28"/>
          <w:szCs w:val="28"/>
        </w:rPr>
        <w:t xml:space="preserve"> Đảng uỷ</w:t>
      </w:r>
      <w:r w:rsidR="005D3B10" w:rsidRPr="00555E0D">
        <w:rPr>
          <w:rStyle w:val="Strong"/>
          <w:rFonts w:ascii="Times New Roman" w:hAnsi="Times New Roman" w:cs="Times New Roman"/>
          <w:b w:val="0"/>
          <w:bCs w:val="0"/>
          <w:sz w:val="28"/>
          <w:szCs w:val="28"/>
          <w:lang w:val="vi-VN"/>
        </w:rPr>
        <w:t xml:space="preserve">, Chủ tịch Hội đồng nhân dân, </w:t>
      </w:r>
      <w:r w:rsidR="005D3B10" w:rsidRPr="00555E0D">
        <w:rPr>
          <w:rStyle w:val="Strong"/>
          <w:rFonts w:ascii="Times New Roman" w:hAnsi="Times New Roman" w:cs="Times New Roman"/>
          <w:b w:val="0"/>
          <w:bCs w:val="0"/>
          <w:sz w:val="28"/>
          <w:szCs w:val="28"/>
        </w:rPr>
        <w:t>Trưởng Ban chỉ</w:t>
      </w:r>
      <w:r w:rsidR="005D3B10" w:rsidRPr="00555E0D">
        <w:rPr>
          <w:rStyle w:val="Strong"/>
          <w:rFonts w:ascii="Times New Roman" w:hAnsi="Times New Roman" w:cs="Times New Roman"/>
          <w:b w:val="0"/>
          <w:bCs w:val="0"/>
          <w:sz w:val="28"/>
          <w:szCs w:val="28"/>
          <w:lang w:val="vi-VN"/>
        </w:rPr>
        <w:t xml:space="preserve"> đạo bầu cử </w:t>
      </w:r>
      <w:r w:rsidR="005F3CF7">
        <w:rPr>
          <w:rStyle w:val="Strong"/>
          <w:rFonts w:ascii="Times New Roman" w:hAnsi="Times New Roman" w:cs="Times New Roman"/>
          <w:b w:val="0"/>
          <w:bCs w:val="0"/>
          <w:sz w:val="28"/>
          <w:szCs w:val="28"/>
        </w:rPr>
        <w:t xml:space="preserve">xã lên </w:t>
      </w:r>
      <w:r w:rsidR="00D675ED" w:rsidRPr="00555E0D">
        <w:rPr>
          <w:rStyle w:val="Strong"/>
          <w:rFonts w:ascii="Times New Roman" w:hAnsi="Times New Roman" w:cs="Times New Roman"/>
          <w:b w:val="0"/>
          <w:bCs w:val="0"/>
          <w:sz w:val="28"/>
          <w:szCs w:val="28"/>
          <w:lang w:val="vi-VN"/>
        </w:rPr>
        <w:t>phát biểu chỉ đạo</w:t>
      </w:r>
      <w:r w:rsidR="005F3CF7">
        <w:rPr>
          <w:rStyle w:val="Strong"/>
          <w:rFonts w:ascii="Times New Roman" w:hAnsi="Times New Roman" w:cs="Times New Roman"/>
          <w:b w:val="0"/>
          <w:bCs w:val="0"/>
          <w:sz w:val="28"/>
          <w:szCs w:val="28"/>
        </w:rPr>
        <w:t xml:space="preserve">. </w:t>
      </w:r>
      <w:proofErr w:type="gramStart"/>
      <w:r w:rsidR="005F3CF7">
        <w:rPr>
          <w:rStyle w:val="Strong"/>
          <w:rFonts w:ascii="Times New Roman" w:hAnsi="Times New Roman" w:cs="Times New Roman"/>
          <w:b w:val="0"/>
          <w:bCs w:val="0"/>
          <w:sz w:val="28"/>
          <w:szCs w:val="28"/>
        </w:rPr>
        <w:t>xin</w:t>
      </w:r>
      <w:proofErr w:type="gramEnd"/>
      <w:r w:rsidR="005F3CF7">
        <w:rPr>
          <w:rStyle w:val="Strong"/>
          <w:rFonts w:ascii="Times New Roman" w:hAnsi="Times New Roman" w:cs="Times New Roman"/>
          <w:b w:val="0"/>
          <w:bCs w:val="0"/>
          <w:sz w:val="28"/>
          <w:szCs w:val="28"/>
        </w:rPr>
        <w:t xml:space="preserve"> trân trọng kính mời đồng chí.</w:t>
      </w:r>
    </w:p>
    <w:p w14:paraId="57591993" w14:textId="7D245E77" w:rsidR="005F3CF7" w:rsidRPr="005F3CF7" w:rsidRDefault="005F3CF7" w:rsidP="005D3B10">
      <w:pPr>
        <w:spacing w:after="0" w:line="360" w:lineRule="exact"/>
        <w:ind w:firstLine="720"/>
        <w:jc w:val="both"/>
        <w:rPr>
          <w:rFonts w:ascii="Times New Roman" w:eastAsia="Times New Roman" w:hAnsi="Times New Roman" w:cs="Times New Roman"/>
          <w:sz w:val="24"/>
          <w:szCs w:val="24"/>
        </w:rPr>
      </w:pPr>
      <w:r>
        <w:rPr>
          <w:rStyle w:val="Strong"/>
          <w:rFonts w:ascii="Times New Roman" w:hAnsi="Times New Roman" w:cs="Times New Roman"/>
          <w:b w:val="0"/>
          <w:bCs w:val="0"/>
          <w:sz w:val="28"/>
          <w:szCs w:val="28"/>
        </w:rPr>
        <w:t xml:space="preserve">(Đồng chí </w:t>
      </w:r>
      <w:r w:rsidR="00A35521">
        <w:rPr>
          <w:rStyle w:val="Strong"/>
          <w:rFonts w:ascii="Times New Roman" w:hAnsi="Times New Roman" w:cs="Times New Roman"/>
          <w:b w:val="0"/>
          <w:bCs w:val="0"/>
          <w:sz w:val="28"/>
          <w:szCs w:val="28"/>
        </w:rPr>
        <w:t>……………………</w:t>
      </w:r>
      <w:r>
        <w:rPr>
          <w:rStyle w:val="Strong"/>
          <w:rFonts w:ascii="Times New Roman" w:hAnsi="Times New Roman" w:cs="Times New Roman"/>
          <w:b w:val="0"/>
          <w:bCs w:val="0"/>
          <w:sz w:val="28"/>
          <w:szCs w:val="28"/>
        </w:rPr>
        <w:t xml:space="preserve"> có bài phát biểu riêng).</w:t>
      </w:r>
    </w:p>
    <w:p w14:paraId="72CD61A4" w14:textId="3CEB361E" w:rsidR="00093860" w:rsidRPr="00555E0D" w:rsidRDefault="005F3CF7" w:rsidP="00093860">
      <w:pPr>
        <w:spacing w:after="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6</w:t>
      </w:r>
      <w:r w:rsidR="00093860" w:rsidRPr="00555E0D">
        <w:rPr>
          <w:rFonts w:ascii="Times New Roman" w:eastAsia="Times New Roman" w:hAnsi="Times New Roman" w:cs="Times New Roman"/>
          <w:b/>
          <w:bCs/>
          <w:sz w:val="28"/>
          <w:szCs w:val="28"/>
        </w:rPr>
        <w:t>. Công tác thi đua, khen thưởng</w:t>
      </w:r>
    </w:p>
    <w:p w14:paraId="4C27CA30" w14:textId="6F266139" w:rsidR="00093860" w:rsidRPr="00555E0D" w:rsidRDefault="005F3CF7" w:rsidP="00093860">
      <w:pPr>
        <w:spacing w:after="0" w:line="360" w:lineRule="exact"/>
        <w:ind w:firstLine="72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Đồng chí </w:t>
      </w:r>
      <w:r w:rsidR="00A35521">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điều hành</w:t>
      </w:r>
      <w:r w:rsidR="00093860" w:rsidRPr="00555E0D">
        <w:rPr>
          <w:rFonts w:ascii="Times New Roman" w:eastAsia="Times New Roman" w:hAnsi="Times New Roman" w:cs="Times New Roman"/>
          <w:b/>
          <w:bCs/>
          <w:sz w:val="28"/>
          <w:szCs w:val="28"/>
        </w:rPr>
        <w:t>:</w:t>
      </w:r>
    </w:p>
    <w:p w14:paraId="2D8465C9" w14:textId="77777777"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4B419B66" w14:textId="51C9A1C4"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Hội nghị vừa được nghe ý kiến phát biểu chỉ đạo sâu sắc, toàn diện của</w:t>
      </w:r>
      <w:r w:rsidR="005F3CF7">
        <w:rPr>
          <w:rFonts w:ascii="Times New Roman" w:eastAsia="Times New Roman" w:hAnsi="Times New Roman" w:cs="Times New Roman"/>
          <w:sz w:val="28"/>
          <w:szCs w:val="28"/>
        </w:rPr>
        <w:t xml:space="preserve"> đồng chí </w:t>
      </w:r>
      <w:r w:rsidR="00A35521">
        <w:rPr>
          <w:rStyle w:val="Strong"/>
          <w:rFonts w:ascii="Times New Roman" w:hAnsi="Times New Roman" w:cs="Times New Roman"/>
          <w:b w:val="0"/>
          <w:bCs w:val="0"/>
          <w:sz w:val="28"/>
          <w:szCs w:val="28"/>
        </w:rPr>
        <w:t>…………………</w:t>
      </w:r>
      <w:r w:rsidR="005F3CF7" w:rsidRPr="00555E0D">
        <w:rPr>
          <w:rStyle w:val="Strong"/>
          <w:rFonts w:ascii="Times New Roman" w:hAnsi="Times New Roman" w:cs="Times New Roman"/>
          <w:b w:val="0"/>
          <w:bCs w:val="0"/>
          <w:sz w:val="28"/>
          <w:szCs w:val="28"/>
          <w:lang w:val="vi-VN"/>
        </w:rPr>
        <w:t xml:space="preserve">, </w:t>
      </w:r>
      <w:r w:rsidR="005F3CF7" w:rsidRPr="00555E0D">
        <w:rPr>
          <w:rStyle w:val="Strong"/>
          <w:rFonts w:ascii="Times New Roman" w:hAnsi="Times New Roman" w:cs="Times New Roman"/>
          <w:b w:val="0"/>
          <w:bCs w:val="0"/>
          <w:sz w:val="28"/>
          <w:szCs w:val="28"/>
        </w:rPr>
        <w:t xml:space="preserve">Bí </w:t>
      </w:r>
      <w:proofErr w:type="gramStart"/>
      <w:r w:rsidR="005F3CF7" w:rsidRPr="00555E0D">
        <w:rPr>
          <w:rStyle w:val="Strong"/>
          <w:rFonts w:ascii="Times New Roman" w:hAnsi="Times New Roman" w:cs="Times New Roman"/>
          <w:b w:val="0"/>
          <w:bCs w:val="0"/>
          <w:sz w:val="28"/>
          <w:szCs w:val="28"/>
        </w:rPr>
        <w:t>thư</w:t>
      </w:r>
      <w:proofErr w:type="gramEnd"/>
      <w:r w:rsidR="005F3CF7" w:rsidRPr="00555E0D">
        <w:rPr>
          <w:rStyle w:val="Strong"/>
          <w:rFonts w:ascii="Times New Roman" w:hAnsi="Times New Roman" w:cs="Times New Roman"/>
          <w:b w:val="0"/>
          <w:bCs w:val="0"/>
          <w:sz w:val="28"/>
          <w:szCs w:val="28"/>
        </w:rPr>
        <w:t xml:space="preserve"> Đảng uỷ</w:t>
      </w:r>
      <w:r w:rsidR="005F3CF7" w:rsidRPr="00555E0D">
        <w:rPr>
          <w:rStyle w:val="Strong"/>
          <w:rFonts w:ascii="Times New Roman" w:hAnsi="Times New Roman" w:cs="Times New Roman"/>
          <w:b w:val="0"/>
          <w:bCs w:val="0"/>
          <w:sz w:val="28"/>
          <w:szCs w:val="28"/>
          <w:lang w:val="vi-VN"/>
        </w:rPr>
        <w:t xml:space="preserve">, Chủ tịch Hội đồng nhân dân, </w:t>
      </w:r>
      <w:r w:rsidR="005F3CF7" w:rsidRPr="00555E0D">
        <w:rPr>
          <w:rStyle w:val="Strong"/>
          <w:rFonts w:ascii="Times New Roman" w:hAnsi="Times New Roman" w:cs="Times New Roman"/>
          <w:b w:val="0"/>
          <w:bCs w:val="0"/>
          <w:sz w:val="28"/>
          <w:szCs w:val="28"/>
        </w:rPr>
        <w:t>Trưởng Ban chỉ</w:t>
      </w:r>
      <w:r w:rsidR="005F3CF7" w:rsidRPr="00555E0D">
        <w:rPr>
          <w:rStyle w:val="Strong"/>
          <w:rFonts w:ascii="Times New Roman" w:hAnsi="Times New Roman" w:cs="Times New Roman"/>
          <w:b w:val="0"/>
          <w:bCs w:val="0"/>
          <w:sz w:val="28"/>
          <w:szCs w:val="28"/>
          <w:lang w:val="vi-VN"/>
        </w:rPr>
        <w:t xml:space="preserve"> đạo bầu cử </w:t>
      </w:r>
      <w:r w:rsidR="005F3CF7">
        <w:rPr>
          <w:rStyle w:val="Strong"/>
          <w:rFonts w:ascii="Times New Roman" w:hAnsi="Times New Roman" w:cs="Times New Roman"/>
          <w:b w:val="0"/>
          <w:bCs w:val="0"/>
          <w:sz w:val="28"/>
          <w:szCs w:val="28"/>
        </w:rPr>
        <w:t>xã</w:t>
      </w:r>
      <w:r w:rsidRPr="00555E0D">
        <w:rPr>
          <w:rFonts w:ascii="Times New Roman" w:eastAsia="Times New Roman" w:hAnsi="Times New Roman" w:cs="Times New Roman"/>
          <w:sz w:val="28"/>
          <w:szCs w:val="28"/>
        </w:rPr>
        <w:t>. Đây là những định hướng quan trọng để các cơ quan, đơn vị tiếp tục phát huy kết quả đạt được, khắc phục những hạn chế, nâng cao chất lượng công tác bầu cử trong thời gian tới.</w:t>
      </w:r>
      <w:r w:rsidR="005F3CF7">
        <w:rPr>
          <w:rFonts w:ascii="Times New Roman" w:eastAsia="Times New Roman" w:hAnsi="Times New Roman" w:cs="Times New Roman"/>
          <w:sz w:val="28"/>
          <w:szCs w:val="28"/>
        </w:rPr>
        <w:t xml:space="preserve"> </w:t>
      </w:r>
      <w:proofErr w:type="gramStart"/>
      <w:r w:rsidR="005F3CF7">
        <w:rPr>
          <w:rFonts w:ascii="Times New Roman" w:eastAsia="Times New Roman" w:hAnsi="Times New Roman" w:cs="Times New Roman"/>
          <w:sz w:val="28"/>
          <w:szCs w:val="28"/>
        </w:rPr>
        <w:t>xin</w:t>
      </w:r>
      <w:proofErr w:type="gramEnd"/>
      <w:r w:rsidR="005F3CF7">
        <w:rPr>
          <w:rFonts w:ascii="Times New Roman" w:eastAsia="Times New Roman" w:hAnsi="Times New Roman" w:cs="Times New Roman"/>
          <w:sz w:val="28"/>
          <w:szCs w:val="28"/>
        </w:rPr>
        <w:t xml:space="preserve"> trân trọng cảm ơn đồng chí.</w:t>
      </w:r>
    </w:p>
    <w:p w14:paraId="2EF3678E" w14:textId="57F19179" w:rsidR="00093860" w:rsidRPr="00555E0D" w:rsidRDefault="005F3CF7" w:rsidP="00093860">
      <w:pPr>
        <w:spacing w:after="0" w:line="360" w:lineRule="exact"/>
        <w:ind w:firstLine="720"/>
        <w:jc w:val="both"/>
        <w:rPr>
          <w:rFonts w:ascii="Times New Roman" w:eastAsia="Times New Roman" w:hAnsi="Times New Roman" w:cs="Times New Roman"/>
          <w:sz w:val="28"/>
          <w:szCs w:val="28"/>
        </w:rPr>
      </w:pPr>
      <w:r w:rsidRPr="005F3CF7">
        <w:rPr>
          <w:rFonts w:ascii="Times New Roman" w:eastAsia="Times New Roman" w:hAnsi="Times New Roman" w:cs="Times New Roman"/>
          <w:b/>
          <w:bCs/>
          <w:sz w:val="28"/>
          <w:szCs w:val="28"/>
        </w:rPr>
        <w:t>Kính thưa quý vị đại biểu,</w:t>
      </w:r>
      <w:r>
        <w:rPr>
          <w:rFonts w:ascii="Times New Roman" w:eastAsia="Times New Roman" w:hAnsi="Times New Roman" w:cs="Times New Roman"/>
          <w:sz w:val="28"/>
          <w:szCs w:val="28"/>
        </w:rPr>
        <w:t xml:space="preserve"> t</w:t>
      </w:r>
      <w:r w:rsidR="00093860" w:rsidRPr="00555E0D">
        <w:rPr>
          <w:rFonts w:ascii="Times New Roman" w:eastAsia="Times New Roman" w:hAnsi="Times New Roman" w:cs="Times New Roman"/>
          <w:sz w:val="28"/>
          <w:szCs w:val="28"/>
        </w:rPr>
        <w:t xml:space="preserve">rong quá trình tổ chức thực hiện cuộc bầu cử vừa qua, có nhiều tập thể, cá nhân tiêu biểu, có nhiều đóng góp tích cực, góp phần quan trọng vào thành công chung của cuộc bầu cử trên địa bàn </w:t>
      </w:r>
      <w:r w:rsidR="0062657B" w:rsidRPr="00555E0D">
        <w:rPr>
          <w:rFonts w:ascii="Times New Roman" w:eastAsia="Times New Roman" w:hAnsi="Times New Roman" w:cs="Times New Roman"/>
          <w:sz w:val="28"/>
          <w:szCs w:val="28"/>
        </w:rPr>
        <w:t>xã</w:t>
      </w:r>
      <w:r w:rsidR="00093860" w:rsidRPr="00555E0D">
        <w:rPr>
          <w:rFonts w:ascii="Times New Roman" w:eastAsia="Times New Roman" w:hAnsi="Times New Roman" w:cs="Times New Roman"/>
          <w:sz w:val="28"/>
          <w:szCs w:val="28"/>
        </w:rPr>
        <w:t>.</w:t>
      </w:r>
    </w:p>
    <w:p w14:paraId="4AD881B6" w14:textId="77777777"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Để ghi nhận và biểu dương những thành tích đó, tiếp </w:t>
      </w:r>
      <w:proofErr w:type="gramStart"/>
      <w:r w:rsidRPr="00555E0D">
        <w:rPr>
          <w:rFonts w:ascii="Times New Roman" w:eastAsia="Times New Roman" w:hAnsi="Times New Roman" w:cs="Times New Roman"/>
          <w:sz w:val="28"/>
          <w:szCs w:val="28"/>
        </w:rPr>
        <w:t>theo</w:t>
      </w:r>
      <w:proofErr w:type="gramEnd"/>
      <w:r w:rsidRPr="00555E0D">
        <w:rPr>
          <w:rFonts w:ascii="Times New Roman" w:eastAsia="Times New Roman" w:hAnsi="Times New Roman" w:cs="Times New Roman"/>
          <w:sz w:val="28"/>
          <w:szCs w:val="28"/>
        </w:rPr>
        <w:t xml:space="preserve"> chương trình, Hội nghị tiến hành nội dung thi đua, khen thưởng.</w:t>
      </w:r>
    </w:p>
    <w:p w14:paraId="6EF4F5C3" w14:textId="73D6C93A" w:rsidR="00093860" w:rsidRPr="00555E0D" w:rsidRDefault="00093860" w:rsidP="00C75529">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b/>
          <w:bCs/>
          <w:sz w:val="28"/>
          <w:szCs w:val="28"/>
        </w:rPr>
        <w:t xml:space="preserve">Xin trân trọng kính mời đồng chí </w:t>
      </w:r>
      <w:r w:rsidR="00A35521">
        <w:rPr>
          <w:rFonts w:ascii="Times New Roman" w:eastAsia="Times New Roman" w:hAnsi="Times New Roman" w:cs="Times New Roman"/>
          <w:b/>
          <w:bCs/>
          <w:sz w:val="28"/>
          <w:szCs w:val="28"/>
        </w:rPr>
        <w:t>……………….</w:t>
      </w:r>
      <w:r w:rsidR="00215388" w:rsidRPr="00555E0D">
        <w:rPr>
          <w:rFonts w:ascii="Times New Roman" w:eastAsia="Times New Roman" w:hAnsi="Times New Roman" w:cs="Times New Roman"/>
          <w:b/>
          <w:bCs/>
          <w:sz w:val="28"/>
          <w:szCs w:val="28"/>
          <w:lang w:val="vi-VN"/>
        </w:rPr>
        <w:t xml:space="preserve"> </w:t>
      </w:r>
      <w:r w:rsidRPr="00555E0D">
        <w:rPr>
          <w:rFonts w:ascii="Times New Roman" w:eastAsia="Times New Roman" w:hAnsi="Times New Roman" w:cs="Times New Roman"/>
          <w:b/>
          <w:bCs/>
          <w:sz w:val="28"/>
          <w:szCs w:val="28"/>
        </w:rPr>
        <w:t xml:space="preserve">– </w:t>
      </w:r>
      <w:r w:rsidR="00215388" w:rsidRPr="00555E0D">
        <w:rPr>
          <w:rFonts w:ascii="Times New Roman" w:eastAsia="Times New Roman" w:hAnsi="Times New Roman" w:cs="Times New Roman"/>
          <w:b/>
          <w:bCs/>
          <w:sz w:val="28"/>
          <w:szCs w:val="28"/>
        </w:rPr>
        <w:t>Chánh</w:t>
      </w:r>
      <w:r w:rsidR="00215388" w:rsidRPr="00555E0D">
        <w:rPr>
          <w:rFonts w:ascii="Times New Roman" w:eastAsia="Times New Roman" w:hAnsi="Times New Roman" w:cs="Times New Roman"/>
          <w:b/>
          <w:bCs/>
          <w:sz w:val="28"/>
          <w:szCs w:val="28"/>
          <w:lang w:val="vi-VN"/>
        </w:rPr>
        <w:t xml:space="preserve"> Văn phòng HĐND </w:t>
      </w:r>
      <w:r w:rsidR="005F3CF7">
        <w:rPr>
          <w:rFonts w:ascii="Times New Roman" w:eastAsia="Times New Roman" w:hAnsi="Times New Roman" w:cs="Times New Roman"/>
          <w:b/>
          <w:bCs/>
          <w:sz w:val="28"/>
          <w:szCs w:val="28"/>
          <w:lang w:val="vi-VN"/>
        </w:rPr>
        <w:t>–</w:t>
      </w:r>
      <w:r w:rsidR="00215388" w:rsidRPr="00555E0D">
        <w:rPr>
          <w:rFonts w:ascii="Times New Roman" w:eastAsia="Times New Roman" w:hAnsi="Times New Roman" w:cs="Times New Roman"/>
          <w:b/>
          <w:bCs/>
          <w:sz w:val="28"/>
          <w:szCs w:val="28"/>
          <w:lang w:val="vi-VN"/>
        </w:rPr>
        <w:t xml:space="preserve"> UBND</w:t>
      </w:r>
      <w:r w:rsidR="005F3CF7">
        <w:rPr>
          <w:rFonts w:ascii="Times New Roman" w:eastAsia="Times New Roman" w:hAnsi="Times New Roman" w:cs="Times New Roman"/>
          <w:b/>
          <w:bCs/>
          <w:sz w:val="28"/>
          <w:szCs w:val="28"/>
        </w:rPr>
        <w:t xml:space="preserve"> xã</w:t>
      </w:r>
      <w:r w:rsidR="00215388" w:rsidRPr="00555E0D">
        <w:rPr>
          <w:rFonts w:ascii="Times New Roman" w:eastAsia="Times New Roman" w:hAnsi="Times New Roman" w:cs="Times New Roman"/>
          <w:b/>
          <w:bCs/>
          <w:sz w:val="28"/>
          <w:szCs w:val="28"/>
          <w:lang w:val="vi-VN"/>
        </w:rPr>
        <w:t xml:space="preserve"> </w:t>
      </w:r>
      <w:r w:rsidRPr="00555E0D">
        <w:rPr>
          <w:rFonts w:ascii="Times New Roman" w:eastAsia="Times New Roman" w:hAnsi="Times New Roman" w:cs="Times New Roman"/>
          <w:b/>
          <w:bCs/>
          <w:sz w:val="28"/>
          <w:szCs w:val="28"/>
        </w:rPr>
        <w:t>lên công bố các quyết định khen thưởng.</w:t>
      </w:r>
    </w:p>
    <w:p w14:paraId="56A0D716" w14:textId="79ADE581" w:rsidR="00093860" w:rsidRPr="00555E0D" w:rsidRDefault="00093860" w:rsidP="00093860">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i/>
          <w:iCs/>
          <w:sz w:val="28"/>
          <w:szCs w:val="28"/>
        </w:rPr>
        <w:t xml:space="preserve">(Sau khi công bố quyết định, Đ/c </w:t>
      </w:r>
      <w:r w:rsidR="00A35521">
        <w:rPr>
          <w:rFonts w:ascii="Times New Roman" w:eastAsia="Times New Roman" w:hAnsi="Times New Roman" w:cs="Times New Roman"/>
          <w:b/>
          <w:bCs/>
          <w:sz w:val="28"/>
          <w:szCs w:val="28"/>
        </w:rPr>
        <w:t>…………………</w:t>
      </w:r>
      <w:r w:rsidRPr="00555E0D">
        <w:rPr>
          <w:rFonts w:ascii="Times New Roman" w:eastAsia="Times New Roman" w:hAnsi="Times New Roman" w:cs="Times New Roman"/>
          <w:i/>
          <w:iCs/>
          <w:sz w:val="28"/>
          <w:szCs w:val="28"/>
        </w:rPr>
        <w:t xml:space="preserve"> mời các Đ/c lãnh đạo lê</w:t>
      </w:r>
      <w:r w:rsidR="005F3CF7">
        <w:rPr>
          <w:rFonts w:ascii="Times New Roman" w:eastAsia="Times New Roman" w:hAnsi="Times New Roman" w:cs="Times New Roman"/>
          <w:i/>
          <w:iCs/>
          <w:sz w:val="28"/>
          <w:szCs w:val="28"/>
        </w:rPr>
        <w:t>n</w:t>
      </w:r>
      <w:r w:rsidRPr="00555E0D">
        <w:rPr>
          <w:rFonts w:ascii="Times New Roman" w:eastAsia="Times New Roman" w:hAnsi="Times New Roman" w:cs="Times New Roman"/>
          <w:i/>
          <w:iCs/>
          <w:sz w:val="28"/>
          <w:szCs w:val="28"/>
        </w:rPr>
        <w:t xml:space="preserve"> trao thưởng)</w:t>
      </w:r>
    </w:p>
    <w:p w14:paraId="73685B47" w14:textId="77777777" w:rsidR="00093860" w:rsidRPr="00555E0D" w:rsidRDefault="00093860" w:rsidP="00093860">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0582AF67" w14:textId="77777777" w:rsidR="00093860" w:rsidRPr="00555E0D" w:rsidRDefault="00093860" w:rsidP="00093860">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Sau đây, xin trân trọng kính mời các đồng chí lãnh đạo lên trao thưởng cho các tập thể, cá nhân có thành tích xuất sắc trong công tác bầu cử.</w:t>
      </w:r>
    </w:p>
    <w:p w14:paraId="018FB898" w14:textId="77777777" w:rsidR="00093860" w:rsidRPr="00555E0D" w:rsidRDefault="00093860" w:rsidP="00093860">
      <w:pPr>
        <w:spacing w:after="0" w:line="360" w:lineRule="exact"/>
        <w:ind w:firstLine="720"/>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(Điều hành trao thưởng: mời </w:t>
      </w:r>
      <w:proofErr w:type="gramStart"/>
      <w:r w:rsidRPr="00555E0D">
        <w:rPr>
          <w:rFonts w:ascii="Times New Roman" w:eastAsia="Times New Roman" w:hAnsi="Times New Roman" w:cs="Times New Roman"/>
          <w:sz w:val="28"/>
          <w:szCs w:val="28"/>
        </w:rPr>
        <w:t>theo</w:t>
      </w:r>
      <w:proofErr w:type="gramEnd"/>
      <w:r w:rsidRPr="00555E0D">
        <w:rPr>
          <w:rFonts w:ascii="Times New Roman" w:eastAsia="Times New Roman" w:hAnsi="Times New Roman" w:cs="Times New Roman"/>
          <w:sz w:val="28"/>
          <w:szCs w:val="28"/>
        </w:rPr>
        <w:t xml:space="preserve"> danh sách)</w:t>
      </w:r>
    </w:p>
    <w:p w14:paraId="0FEE95CA" w14:textId="112F1FDC"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i/>
          <w:iCs/>
          <w:sz w:val="28"/>
          <w:szCs w:val="28"/>
        </w:rPr>
        <w:t>(Sau trao thưởng</w:t>
      </w:r>
      <w:r w:rsidR="00C75529" w:rsidRPr="00555E0D">
        <w:rPr>
          <w:rFonts w:ascii="Times New Roman" w:eastAsia="Times New Roman" w:hAnsi="Times New Roman" w:cs="Times New Roman"/>
          <w:i/>
          <w:iCs/>
          <w:sz w:val="28"/>
          <w:szCs w:val="28"/>
        </w:rPr>
        <w:t xml:space="preserve"> Đ/c </w:t>
      </w:r>
      <w:r w:rsidR="00A35521">
        <w:rPr>
          <w:rFonts w:ascii="Times New Roman" w:eastAsia="Times New Roman" w:hAnsi="Times New Roman" w:cs="Times New Roman"/>
          <w:i/>
          <w:iCs/>
          <w:sz w:val="28"/>
          <w:szCs w:val="28"/>
        </w:rPr>
        <w:t>………………..</w:t>
      </w:r>
      <w:r w:rsidR="007D741D" w:rsidRPr="00555E0D">
        <w:rPr>
          <w:rFonts w:ascii="Times New Roman" w:eastAsia="Times New Roman" w:hAnsi="Times New Roman" w:cs="Times New Roman"/>
          <w:i/>
          <w:iCs/>
          <w:sz w:val="28"/>
          <w:szCs w:val="28"/>
        </w:rPr>
        <w:t xml:space="preserve"> chúc mừng tập thể, cá nhân)</w:t>
      </w:r>
      <w:r w:rsidRPr="00555E0D">
        <w:rPr>
          <w:rFonts w:ascii="Times New Roman" w:eastAsia="Times New Roman" w:hAnsi="Times New Roman" w:cs="Times New Roman"/>
          <w:i/>
          <w:iCs/>
          <w:sz w:val="28"/>
          <w:szCs w:val="28"/>
        </w:rPr>
        <w:t>)</w:t>
      </w:r>
    </w:p>
    <w:p w14:paraId="4EF51B5B" w14:textId="77777777"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2C275C02" w14:textId="77777777"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lastRenderedPageBreak/>
        <w:t>Một lần nữa, xin chúc mừng các tập thể, cá nhân đã được biểu dương, khen thưởng tại Hội nghị hôm nay. Đây là sự ghi nhận xứng đáng cho những nỗ lực, đóng góp tích cực trong suốt quá trình triển khai thực hiện công tác bầu cử.</w:t>
      </w:r>
    </w:p>
    <w:p w14:paraId="7D018C6B" w14:textId="77777777" w:rsidR="00093860" w:rsidRPr="00555E0D" w:rsidRDefault="00093860" w:rsidP="00093860">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Đồng thời, cũng là động lực để các cơ quan, đơn vị, cá nhân tiếp tục phấn đấu, </w:t>
      </w:r>
      <w:proofErr w:type="gramStart"/>
      <w:r w:rsidRPr="00555E0D">
        <w:rPr>
          <w:rFonts w:ascii="Times New Roman" w:eastAsia="Times New Roman" w:hAnsi="Times New Roman" w:cs="Times New Roman"/>
          <w:sz w:val="28"/>
          <w:szCs w:val="28"/>
        </w:rPr>
        <w:t>hoàn</w:t>
      </w:r>
      <w:proofErr w:type="gramEnd"/>
      <w:r w:rsidRPr="00555E0D">
        <w:rPr>
          <w:rFonts w:ascii="Times New Roman" w:eastAsia="Times New Roman" w:hAnsi="Times New Roman" w:cs="Times New Roman"/>
          <w:sz w:val="28"/>
          <w:szCs w:val="28"/>
        </w:rPr>
        <w:t xml:space="preserve"> thành tốt hơn nữa nhiệm vụ được giao trong thời gian tới</w:t>
      </w:r>
    </w:p>
    <w:p w14:paraId="7BFC8172" w14:textId="3E12FD1D" w:rsidR="005A5A6B" w:rsidRPr="00555E0D" w:rsidRDefault="005F3CF7" w:rsidP="009635EF">
      <w:pPr>
        <w:spacing w:after="0" w:line="360" w:lineRule="exact"/>
        <w:ind w:firstLine="720"/>
        <w:jc w:val="both"/>
        <w:outlineLvl w:val="2"/>
        <w:rPr>
          <w:rFonts w:ascii="Times New Roman" w:hAnsi="Times New Roman" w:cs="Times New Roman"/>
          <w:b/>
          <w:bCs/>
          <w:sz w:val="28"/>
          <w:szCs w:val="28"/>
        </w:rPr>
      </w:pPr>
      <w:r>
        <w:rPr>
          <w:rFonts w:ascii="Times New Roman" w:hAnsi="Times New Roman" w:cs="Times New Roman"/>
          <w:b/>
          <w:bCs/>
          <w:sz w:val="28"/>
          <w:szCs w:val="28"/>
        </w:rPr>
        <w:t>7</w:t>
      </w:r>
      <w:r w:rsidR="007D741D" w:rsidRPr="00555E0D">
        <w:rPr>
          <w:rFonts w:ascii="Times New Roman" w:hAnsi="Times New Roman" w:cs="Times New Roman"/>
          <w:b/>
          <w:bCs/>
          <w:sz w:val="28"/>
          <w:szCs w:val="28"/>
        </w:rPr>
        <w:t>. Bế mạc Hội nghị</w:t>
      </w:r>
      <w:r w:rsidR="0092194C" w:rsidRPr="00555E0D">
        <w:rPr>
          <w:rFonts w:ascii="Times New Roman" w:hAnsi="Times New Roman" w:cs="Times New Roman"/>
          <w:b/>
          <w:bCs/>
          <w:sz w:val="28"/>
          <w:szCs w:val="28"/>
        </w:rPr>
        <w:t xml:space="preserve"> (Đ/c </w:t>
      </w:r>
      <w:r w:rsidR="00A35521">
        <w:rPr>
          <w:rFonts w:ascii="Times New Roman" w:hAnsi="Times New Roman" w:cs="Times New Roman"/>
          <w:b/>
          <w:bCs/>
          <w:sz w:val="28"/>
          <w:szCs w:val="28"/>
        </w:rPr>
        <w:t>…………………..</w:t>
      </w:r>
      <w:r w:rsidR="007D741D" w:rsidRPr="00555E0D">
        <w:rPr>
          <w:rFonts w:ascii="Times New Roman" w:hAnsi="Times New Roman" w:cs="Times New Roman"/>
          <w:b/>
          <w:bCs/>
          <w:sz w:val="28"/>
          <w:szCs w:val="28"/>
        </w:rPr>
        <w:t>)</w:t>
      </w:r>
    </w:p>
    <w:p w14:paraId="492530DA" w14:textId="77777777" w:rsidR="007D741D" w:rsidRPr="00555E0D" w:rsidRDefault="007D741D" w:rsidP="007D741D">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Kính thưa các đồng chí!</w:t>
      </w:r>
    </w:p>
    <w:p w14:paraId="32CFF855" w14:textId="640E14B9" w:rsidR="007D741D" w:rsidRPr="00555E0D" w:rsidRDefault="007D741D" w:rsidP="007D741D">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Sau một thời gian làm việc nghiêm túc, trách nhiệm và hiệu quả, Hội nghị tổng kết công tác bầu cử đại biểu Quốc hội khóa XVI và đại biểu Hội đồng nhân dân các cấp nhiệm kỳ 2026–2031 trên địa bàn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 xml:space="preserve"> </w:t>
      </w:r>
      <w:r w:rsidR="00A35521">
        <w:rPr>
          <w:rFonts w:ascii="Times New Roman" w:eastAsia="Times New Roman" w:hAnsi="Times New Roman" w:cs="Times New Roman"/>
          <w:sz w:val="28"/>
          <w:szCs w:val="28"/>
        </w:rPr>
        <w:t>…………….</w:t>
      </w:r>
      <w:r w:rsidR="009E14E8" w:rsidRPr="00555E0D">
        <w:rPr>
          <w:rFonts w:ascii="Times New Roman" w:eastAsia="Times New Roman" w:hAnsi="Times New Roman" w:cs="Times New Roman"/>
          <w:sz w:val="28"/>
          <w:szCs w:val="28"/>
          <w:lang w:val="vi-VN"/>
        </w:rPr>
        <w:t xml:space="preserve"> </w:t>
      </w:r>
      <w:r w:rsidRPr="00555E0D">
        <w:rPr>
          <w:rFonts w:ascii="Times New Roman" w:eastAsia="Times New Roman" w:hAnsi="Times New Roman" w:cs="Times New Roman"/>
          <w:sz w:val="28"/>
          <w:szCs w:val="28"/>
        </w:rPr>
        <w:t>đã hoàn thành toàn bộ nội dung, chương trình đề ra.</w:t>
      </w:r>
    </w:p>
    <w:p w14:paraId="6F76A640" w14:textId="744EDCA2" w:rsidR="007D741D" w:rsidRPr="00555E0D" w:rsidRDefault="007D741D" w:rsidP="007D741D">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Hội nghị đã được nghe báo cáo tổng kết, các ý kiến tham luận tâm huyết, trách nhiệm từ các cơ quan, đơn vị và cơ sở; đặc biệt là ý kiến phát biểu chỉ đạo sâu sắc, toàn diện của lãnh đạo Đảng ủy </w:t>
      </w:r>
      <w:r w:rsidR="0062657B" w:rsidRPr="00555E0D">
        <w:rPr>
          <w:rFonts w:ascii="Times New Roman" w:eastAsia="Times New Roman" w:hAnsi="Times New Roman" w:cs="Times New Roman"/>
          <w:sz w:val="28"/>
          <w:szCs w:val="28"/>
        </w:rPr>
        <w:t>xã</w:t>
      </w:r>
      <w:r w:rsidRPr="00555E0D">
        <w:rPr>
          <w:rFonts w:ascii="Times New Roman" w:eastAsia="Times New Roman" w:hAnsi="Times New Roman" w:cs="Times New Roman"/>
          <w:sz w:val="28"/>
          <w:szCs w:val="28"/>
        </w:rPr>
        <w:t>. Những nội dung này có ý nghĩa hết sức quan trọng, là cơ sở để chúng ta tiếp tục phát huy những kết quả đạt được, khắc phục những hạn chế, tồn tại, nâng cao chất lượng công tác bầu cử trong thời gian tới.</w:t>
      </w:r>
    </w:p>
    <w:p w14:paraId="35D4C921" w14:textId="72561332" w:rsidR="007D741D" w:rsidRPr="00555E0D" w:rsidRDefault="007D741D" w:rsidP="007D741D">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Thay mặt</w:t>
      </w:r>
      <w:r w:rsidR="009E14E8" w:rsidRPr="00555E0D">
        <w:rPr>
          <w:rFonts w:ascii="Times New Roman" w:eastAsia="Times New Roman" w:hAnsi="Times New Roman" w:cs="Times New Roman"/>
          <w:sz w:val="28"/>
          <w:szCs w:val="28"/>
        </w:rPr>
        <w:t xml:space="preserve"> Chủ</w:t>
      </w:r>
      <w:r w:rsidR="009E14E8" w:rsidRPr="00555E0D">
        <w:rPr>
          <w:rFonts w:ascii="Times New Roman" w:eastAsia="Times New Roman" w:hAnsi="Times New Roman" w:cs="Times New Roman"/>
          <w:sz w:val="28"/>
          <w:szCs w:val="28"/>
          <w:lang w:val="vi-VN"/>
        </w:rPr>
        <w:t xml:space="preserve"> trì</w:t>
      </w:r>
      <w:r w:rsidRPr="00555E0D">
        <w:rPr>
          <w:rFonts w:ascii="Times New Roman" w:eastAsia="Times New Roman" w:hAnsi="Times New Roman" w:cs="Times New Roman"/>
          <w:sz w:val="28"/>
          <w:szCs w:val="28"/>
        </w:rPr>
        <w:t xml:space="preserve"> Hội nghị, tôi xin trân trọng cảm ơn sự quan tâm lãnh đạo, chỉ đạo của các đồng chí lãnh đạo; cảm ơn sự tham gia đầy đủ, trách nhiệm của các đồng chí đại biểu đã góp phần quan trọng vào thành công của Hội nghị hôm nay.</w:t>
      </w:r>
    </w:p>
    <w:p w14:paraId="3F34D5C6" w14:textId="71C38F04" w:rsidR="007D741D" w:rsidRPr="00555E0D" w:rsidRDefault="007D741D" w:rsidP="007D741D">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 xml:space="preserve">Đề nghị các cơ quan, đơn vị, các </w:t>
      </w:r>
      <w:r w:rsidR="00525EA2">
        <w:rPr>
          <w:rFonts w:ascii="Times New Roman" w:eastAsia="Times New Roman" w:hAnsi="Times New Roman" w:cs="Times New Roman"/>
          <w:sz w:val="28"/>
          <w:szCs w:val="28"/>
        </w:rPr>
        <w:t>xóm</w:t>
      </w:r>
      <w:r w:rsidRPr="00555E0D">
        <w:rPr>
          <w:rFonts w:ascii="Times New Roman" w:eastAsia="Times New Roman" w:hAnsi="Times New Roman" w:cs="Times New Roman"/>
          <w:sz w:val="28"/>
          <w:szCs w:val="28"/>
        </w:rPr>
        <w:t xml:space="preserve"> căn cứ các ý kiến góp ý của Hội nghị, nghiêm túc triển khai thực hiện các nhiệm vụ, giải pháp đã đề ra, góp phần thực hiện thắng lợi các nhiệm vụ chính trị của địa phương trong thời gian tới.</w:t>
      </w:r>
    </w:p>
    <w:p w14:paraId="68F9DE26" w14:textId="77777777" w:rsidR="007D741D" w:rsidRPr="00555E0D" w:rsidRDefault="007D741D" w:rsidP="007D741D">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sz w:val="28"/>
          <w:szCs w:val="28"/>
        </w:rPr>
        <w:t>Cuối cùng, xin kính chúc các đồng chí lãnh đạo, quý vị đại biểu sức khỏe, hạnh phúc và thành công.</w:t>
      </w:r>
    </w:p>
    <w:p w14:paraId="2C58A8E0" w14:textId="69CD6A75" w:rsidR="00893DB2" w:rsidRPr="00870654" w:rsidRDefault="007D741D" w:rsidP="00870654">
      <w:pPr>
        <w:spacing w:after="0" w:line="360" w:lineRule="exact"/>
        <w:ind w:firstLine="720"/>
        <w:jc w:val="both"/>
        <w:rPr>
          <w:rFonts w:ascii="Times New Roman" w:eastAsia="Times New Roman" w:hAnsi="Times New Roman" w:cs="Times New Roman"/>
          <w:sz w:val="28"/>
          <w:szCs w:val="28"/>
        </w:rPr>
      </w:pPr>
      <w:r w:rsidRPr="00555E0D">
        <w:rPr>
          <w:rFonts w:ascii="Times New Roman" w:eastAsia="Times New Roman" w:hAnsi="Times New Roman" w:cs="Times New Roman"/>
          <w:b/>
          <w:bCs/>
          <w:sz w:val="28"/>
          <w:szCs w:val="28"/>
        </w:rPr>
        <w:t xml:space="preserve">Xin trân </w:t>
      </w:r>
      <w:bookmarkStart w:id="0" w:name="_GoBack"/>
      <w:bookmarkEnd w:id="0"/>
      <w:r w:rsidRPr="00555E0D">
        <w:rPr>
          <w:rFonts w:ascii="Times New Roman" w:eastAsia="Times New Roman" w:hAnsi="Times New Roman" w:cs="Times New Roman"/>
          <w:b/>
          <w:bCs/>
          <w:sz w:val="28"/>
          <w:szCs w:val="28"/>
        </w:rPr>
        <w:t>trọng tuyên bố bế mạc Hội nghị!</w:t>
      </w:r>
    </w:p>
    <w:sectPr w:rsidR="00893DB2" w:rsidRPr="00870654" w:rsidSect="00CC06FA">
      <w:pgSz w:w="11907" w:h="16840" w:code="9"/>
      <w:pgMar w:top="1134" w:right="851" w:bottom="1134"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364F72"/>
    <w:multiLevelType w:val="hybridMultilevel"/>
    <w:tmpl w:val="E78C7B5E"/>
    <w:lvl w:ilvl="0" w:tplc="BB621F2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C93165C"/>
    <w:multiLevelType w:val="hybridMultilevel"/>
    <w:tmpl w:val="FDAC3FF4"/>
    <w:lvl w:ilvl="0" w:tplc="D46E3E9A">
      <w:start w:val="1"/>
      <w:numFmt w:val="decimal"/>
      <w:lvlText w:val="%1."/>
      <w:lvlJc w:val="left"/>
      <w:pPr>
        <w:ind w:left="1080" w:hanging="360"/>
      </w:pPr>
      <w:rPr>
        <w:rFonts w:ascii="Times New Roman" w:eastAsiaTheme="minorEastAsia"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08E57AA"/>
    <w:multiLevelType w:val="multilevel"/>
    <w:tmpl w:val="C43C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4134ED5"/>
    <w:multiLevelType w:val="multilevel"/>
    <w:tmpl w:val="0258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CE6745"/>
    <w:multiLevelType w:val="multilevel"/>
    <w:tmpl w:val="FC480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5A22D6B"/>
    <w:multiLevelType w:val="hybridMultilevel"/>
    <w:tmpl w:val="E38E6488"/>
    <w:lvl w:ilvl="0" w:tplc="09FA3B10">
      <w:start w:val="1"/>
      <w:numFmt w:val="decimal"/>
      <w:lvlText w:val="%1."/>
      <w:lvlJc w:val="left"/>
      <w:pPr>
        <w:ind w:left="1080" w:hanging="360"/>
      </w:pPr>
      <w:rPr>
        <w:rFonts w:ascii="Times New Roman" w:eastAsiaTheme="minorEastAsia" w:hAnsi="Times New Roman"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2C62EAF"/>
    <w:multiLevelType w:val="hybridMultilevel"/>
    <w:tmpl w:val="DA4894D2"/>
    <w:lvl w:ilvl="0" w:tplc="BC5EEA5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4C674DA"/>
    <w:multiLevelType w:val="hybridMultilevel"/>
    <w:tmpl w:val="F586D328"/>
    <w:lvl w:ilvl="0" w:tplc="5388F7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67D5351"/>
    <w:multiLevelType w:val="multilevel"/>
    <w:tmpl w:val="3158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94858B7"/>
    <w:multiLevelType w:val="hybridMultilevel"/>
    <w:tmpl w:val="A858B342"/>
    <w:lvl w:ilvl="0" w:tplc="0D327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D4A2836"/>
    <w:multiLevelType w:val="hybridMultilevel"/>
    <w:tmpl w:val="B6FA342E"/>
    <w:lvl w:ilvl="0" w:tplc="8D5C8688">
      <w:start w:val="1"/>
      <w:numFmt w:val="bullet"/>
      <w:lvlText w:val="-"/>
      <w:lvlJc w:val="left"/>
      <w:pPr>
        <w:ind w:left="1080" w:hanging="360"/>
      </w:pPr>
      <w:rPr>
        <w:rFonts w:ascii="Times New Roman" w:eastAsia="Times New Roman" w:hAnsi="Times New Roman" w:cs="Times New Roman" w:hint="default"/>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FEC2DE3"/>
    <w:multiLevelType w:val="hybridMultilevel"/>
    <w:tmpl w:val="50B6F0FA"/>
    <w:lvl w:ilvl="0" w:tplc="3762340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06B3134"/>
    <w:multiLevelType w:val="hybridMultilevel"/>
    <w:tmpl w:val="39A4AD14"/>
    <w:lvl w:ilvl="0" w:tplc="BAF83AFC">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27C712A"/>
    <w:multiLevelType w:val="hybridMultilevel"/>
    <w:tmpl w:val="6886383E"/>
    <w:lvl w:ilvl="0" w:tplc="70A6FC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DDF3434"/>
    <w:multiLevelType w:val="multilevel"/>
    <w:tmpl w:val="FA38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A03DF9"/>
    <w:multiLevelType w:val="hybridMultilevel"/>
    <w:tmpl w:val="BE28749E"/>
    <w:lvl w:ilvl="0" w:tplc="AC8E73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7"/>
  </w:num>
  <w:num w:numId="12">
    <w:abstractNumId w:val="14"/>
  </w:num>
  <w:num w:numId="13">
    <w:abstractNumId w:val="10"/>
  </w:num>
  <w:num w:numId="14">
    <w:abstractNumId w:val="20"/>
  </w:num>
  <w:num w:numId="15">
    <w:abstractNumId w:val="9"/>
  </w:num>
  <w:num w:numId="16">
    <w:abstractNumId w:val="15"/>
  </w:num>
  <w:num w:numId="17">
    <w:abstractNumId w:val="16"/>
  </w:num>
  <w:num w:numId="18">
    <w:abstractNumId w:val="18"/>
  </w:num>
  <w:num w:numId="19">
    <w:abstractNumId w:val="12"/>
  </w:num>
  <w:num w:numId="20">
    <w:abstractNumId w:val="19"/>
  </w:num>
  <w:num w:numId="21">
    <w:abstractNumId w:val="24"/>
  </w:num>
  <w:num w:numId="22">
    <w:abstractNumId w:val="22"/>
  </w:num>
  <w:num w:numId="23">
    <w:abstractNumId w:val="13"/>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3C67"/>
    <w:rsid w:val="00034616"/>
    <w:rsid w:val="000357E1"/>
    <w:rsid w:val="000546E1"/>
    <w:rsid w:val="0006063C"/>
    <w:rsid w:val="00093860"/>
    <w:rsid w:val="000B48E1"/>
    <w:rsid w:val="000D51E8"/>
    <w:rsid w:val="000E4BC1"/>
    <w:rsid w:val="000F13C6"/>
    <w:rsid w:val="00137A16"/>
    <w:rsid w:val="0015074B"/>
    <w:rsid w:val="00152D26"/>
    <w:rsid w:val="0015398D"/>
    <w:rsid w:val="00162FA7"/>
    <w:rsid w:val="001C0D11"/>
    <w:rsid w:val="001D5BD8"/>
    <w:rsid w:val="00215388"/>
    <w:rsid w:val="00242807"/>
    <w:rsid w:val="00290F46"/>
    <w:rsid w:val="0029639D"/>
    <w:rsid w:val="002C12FD"/>
    <w:rsid w:val="002D36F1"/>
    <w:rsid w:val="002D5F33"/>
    <w:rsid w:val="00326F90"/>
    <w:rsid w:val="00350E90"/>
    <w:rsid w:val="003B12EA"/>
    <w:rsid w:val="003F2048"/>
    <w:rsid w:val="00401454"/>
    <w:rsid w:val="004E1DFB"/>
    <w:rsid w:val="004E2246"/>
    <w:rsid w:val="0050639B"/>
    <w:rsid w:val="00525EA2"/>
    <w:rsid w:val="005541F0"/>
    <w:rsid w:val="00555E0D"/>
    <w:rsid w:val="0055689C"/>
    <w:rsid w:val="005923A2"/>
    <w:rsid w:val="005A5A6B"/>
    <w:rsid w:val="005C2889"/>
    <w:rsid w:val="005D0080"/>
    <w:rsid w:val="005D3B10"/>
    <w:rsid w:val="005F3CF7"/>
    <w:rsid w:val="005F506E"/>
    <w:rsid w:val="0062657B"/>
    <w:rsid w:val="006744CC"/>
    <w:rsid w:val="006922E5"/>
    <w:rsid w:val="006D4F8E"/>
    <w:rsid w:val="00717A6E"/>
    <w:rsid w:val="007208F2"/>
    <w:rsid w:val="00780571"/>
    <w:rsid w:val="00782B38"/>
    <w:rsid w:val="007D741D"/>
    <w:rsid w:val="007E5D87"/>
    <w:rsid w:val="007E7D98"/>
    <w:rsid w:val="007F4484"/>
    <w:rsid w:val="008208EB"/>
    <w:rsid w:val="00832089"/>
    <w:rsid w:val="00842DD6"/>
    <w:rsid w:val="00843013"/>
    <w:rsid w:val="00857C01"/>
    <w:rsid w:val="00870654"/>
    <w:rsid w:val="00872D6D"/>
    <w:rsid w:val="00893DB2"/>
    <w:rsid w:val="00895F14"/>
    <w:rsid w:val="008A7D27"/>
    <w:rsid w:val="008B2C4C"/>
    <w:rsid w:val="008C25FC"/>
    <w:rsid w:val="008D0CFC"/>
    <w:rsid w:val="008E00D7"/>
    <w:rsid w:val="0092194C"/>
    <w:rsid w:val="00946ED6"/>
    <w:rsid w:val="009635EF"/>
    <w:rsid w:val="00997073"/>
    <w:rsid w:val="009E078C"/>
    <w:rsid w:val="009E14E8"/>
    <w:rsid w:val="00A1014F"/>
    <w:rsid w:val="00A33444"/>
    <w:rsid w:val="00A35521"/>
    <w:rsid w:val="00A4708F"/>
    <w:rsid w:val="00A5793C"/>
    <w:rsid w:val="00A86BA9"/>
    <w:rsid w:val="00A964EF"/>
    <w:rsid w:val="00AA1D8D"/>
    <w:rsid w:val="00AD62D6"/>
    <w:rsid w:val="00AE4A99"/>
    <w:rsid w:val="00B47730"/>
    <w:rsid w:val="00BB08C7"/>
    <w:rsid w:val="00C15468"/>
    <w:rsid w:val="00C6057D"/>
    <w:rsid w:val="00C73734"/>
    <w:rsid w:val="00C75529"/>
    <w:rsid w:val="00C849A6"/>
    <w:rsid w:val="00CB0664"/>
    <w:rsid w:val="00CC06FA"/>
    <w:rsid w:val="00CD72A2"/>
    <w:rsid w:val="00D212F9"/>
    <w:rsid w:val="00D675ED"/>
    <w:rsid w:val="00D74AD8"/>
    <w:rsid w:val="00DB7E53"/>
    <w:rsid w:val="00E1327C"/>
    <w:rsid w:val="00E7169F"/>
    <w:rsid w:val="00F1280F"/>
    <w:rsid w:val="00F40543"/>
    <w:rsid w:val="00F820A6"/>
    <w:rsid w:val="00FC693F"/>
    <w:rsid w:val="00FF7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7608E2"/>
  <w14:defaultImageDpi w14:val="300"/>
  <w15:docId w15:val="{BBA7A389-F089-41C7-B162-C456F9A0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C2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889"/>
    <w:rPr>
      <w:rFonts w:ascii="Segoe UI" w:hAnsi="Segoe UI" w:cs="Segoe UI"/>
      <w:sz w:val="18"/>
      <w:szCs w:val="18"/>
    </w:rPr>
  </w:style>
  <w:style w:type="paragraph" w:styleId="NormalWeb">
    <w:name w:val="Normal (Web)"/>
    <w:basedOn w:val="Normal"/>
    <w:uiPriority w:val="99"/>
    <w:unhideWhenUsed/>
    <w:rsid w:val="009635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218468">
      <w:bodyDiv w:val="1"/>
      <w:marLeft w:val="0"/>
      <w:marRight w:val="0"/>
      <w:marTop w:val="0"/>
      <w:marBottom w:val="0"/>
      <w:divBdr>
        <w:top w:val="none" w:sz="0" w:space="0" w:color="auto"/>
        <w:left w:val="none" w:sz="0" w:space="0" w:color="auto"/>
        <w:bottom w:val="none" w:sz="0" w:space="0" w:color="auto"/>
        <w:right w:val="none" w:sz="0" w:space="0" w:color="auto"/>
      </w:divBdr>
    </w:div>
    <w:div w:id="674114781">
      <w:bodyDiv w:val="1"/>
      <w:marLeft w:val="0"/>
      <w:marRight w:val="0"/>
      <w:marTop w:val="0"/>
      <w:marBottom w:val="0"/>
      <w:divBdr>
        <w:top w:val="none" w:sz="0" w:space="0" w:color="auto"/>
        <w:left w:val="none" w:sz="0" w:space="0" w:color="auto"/>
        <w:bottom w:val="none" w:sz="0" w:space="0" w:color="auto"/>
        <w:right w:val="none" w:sz="0" w:space="0" w:color="auto"/>
      </w:divBdr>
    </w:div>
    <w:div w:id="869535193">
      <w:bodyDiv w:val="1"/>
      <w:marLeft w:val="0"/>
      <w:marRight w:val="0"/>
      <w:marTop w:val="0"/>
      <w:marBottom w:val="0"/>
      <w:divBdr>
        <w:top w:val="none" w:sz="0" w:space="0" w:color="auto"/>
        <w:left w:val="none" w:sz="0" w:space="0" w:color="auto"/>
        <w:bottom w:val="none" w:sz="0" w:space="0" w:color="auto"/>
        <w:right w:val="none" w:sz="0" w:space="0" w:color="auto"/>
      </w:divBdr>
    </w:div>
    <w:div w:id="872693207">
      <w:bodyDiv w:val="1"/>
      <w:marLeft w:val="0"/>
      <w:marRight w:val="0"/>
      <w:marTop w:val="0"/>
      <w:marBottom w:val="0"/>
      <w:divBdr>
        <w:top w:val="none" w:sz="0" w:space="0" w:color="auto"/>
        <w:left w:val="none" w:sz="0" w:space="0" w:color="auto"/>
        <w:bottom w:val="none" w:sz="0" w:space="0" w:color="auto"/>
        <w:right w:val="none" w:sz="0" w:space="0" w:color="auto"/>
      </w:divBdr>
    </w:div>
    <w:div w:id="874539772">
      <w:bodyDiv w:val="1"/>
      <w:marLeft w:val="0"/>
      <w:marRight w:val="0"/>
      <w:marTop w:val="0"/>
      <w:marBottom w:val="0"/>
      <w:divBdr>
        <w:top w:val="none" w:sz="0" w:space="0" w:color="auto"/>
        <w:left w:val="none" w:sz="0" w:space="0" w:color="auto"/>
        <w:bottom w:val="none" w:sz="0" w:space="0" w:color="auto"/>
        <w:right w:val="none" w:sz="0" w:space="0" w:color="auto"/>
      </w:divBdr>
    </w:div>
    <w:div w:id="920145470">
      <w:bodyDiv w:val="1"/>
      <w:marLeft w:val="0"/>
      <w:marRight w:val="0"/>
      <w:marTop w:val="0"/>
      <w:marBottom w:val="0"/>
      <w:divBdr>
        <w:top w:val="none" w:sz="0" w:space="0" w:color="auto"/>
        <w:left w:val="none" w:sz="0" w:space="0" w:color="auto"/>
        <w:bottom w:val="none" w:sz="0" w:space="0" w:color="auto"/>
        <w:right w:val="none" w:sz="0" w:space="0" w:color="auto"/>
      </w:divBdr>
    </w:div>
    <w:div w:id="1013342631">
      <w:bodyDiv w:val="1"/>
      <w:marLeft w:val="0"/>
      <w:marRight w:val="0"/>
      <w:marTop w:val="0"/>
      <w:marBottom w:val="0"/>
      <w:divBdr>
        <w:top w:val="none" w:sz="0" w:space="0" w:color="auto"/>
        <w:left w:val="none" w:sz="0" w:space="0" w:color="auto"/>
        <w:bottom w:val="none" w:sz="0" w:space="0" w:color="auto"/>
        <w:right w:val="none" w:sz="0" w:space="0" w:color="auto"/>
      </w:divBdr>
    </w:div>
    <w:div w:id="1204251635">
      <w:bodyDiv w:val="1"/>
      <w:marLeft w:val="0"/>
      <w:marRight w:val="0"/>
      <w:marTop w:val="0"/>
      <w:marBottom w:val="0"/>
      <w:divBdr>
        <w:top w:val="none" w:sz="0" w:space="0" w:color="auto"/>
        <w:left w:val="none" w:sz="0" w:space="0" w:color="auto"/>
        <w:bottom w:val="none" w:sz="0" w:space="0" w:color="auto"/>
        <w:right w:val="none" w:sz="0" w:space="0" w:color="auto"/>
      </w:divBdr>
    </w:div>
    <w:div w:id="1332945559">
      <w:bodyDiv w:val="1"/>
      <w:marLeft w:val="0"/>
      <w:marRight w:val="0"/>
      <w:marTop w:val="0"/>
      <w:marBottom w:val="0"/>
      <w:divBdr>
        <w:top w:val="none" w:sz="0" w:space="0" w:color="auto"/>
        <w:left w:val="none" w:sz="0" w:space="0" w:color="auto"/>
        <w:bottom w:val="none" w:sz="0" w:space="0" w:color="auto"/>
        <w:right w:val="none" w:sz="0" w:space="0" w:color="auto"/>
      </w:divBdr>
    </w:div>
    <w:div w:id="1388334146">
      <w:bodyDiv w:val="1"/>
      <w:marLeft w:val="0"/>
      <w:marRight w:val="0"/>
      <w:marTop w:val="0"/>
      <w:marBottom w:val="0"/>
      <w:divBdr>
        <w:top w:val="none" w:sz="0" w:space="0" w:color="auto"/>
        <w:left w:val="none" w:sz="0" w:space="0" w:color="auto"/>
        <w:bottom w:val="none" w:sz="0" w:space="0" w:color="auto"/>
        <w:right w:val="none" w:sz="0" w:space="0" w:color="auto"/>
      </w:divBdr>
    </w:div>
    <w:div w:id="1427966913">
      <w:bodyDiv w:val="1"/>
      <w:marLeft w:val="0"/>
      <w:marRight w:val="0"/>
      <w:marTop w:val="0"/>
      <w:marBottom w:val="0"/>
      <w:divBdr>
        <w:top w:val="none" w:sz="0" w:space="0" w:color="auto"/>
        <w:left w:val="none" w:sz="0" w:space="0" w:color="auto"/>
        <w:bottom w:val="none" w:sz="0" w:space="0" w:color="auto"/>
        <w:right w:val="none" w:sz="0" w:space="0" w:color="auto"/>
      </w:divBdr>
    </w:div>
    <w:div w:id="1456487211">
      <w:bodyDiv w:val="1"/>
      <w:marLeft w:val="0"/>
      <w:marRight w:val="0"/>
      <w:marTop w:val="0"/>
      <w:marBottom w:val="0"/>
      <w:divBdr>
        <w:top w:val="none" w:sz="0" w:space="0" w:color="auto"/>
        <w:left w:val="none" w:sz="0" w:space="0" w:color="auto"/>
        <w:bottom w:val="none" w:sz="0" w:space="0" w:color="auto"/>
        <w:right w:val="none" w:sz="0" w:space="0" w:color="auto"/>
      </w:divBdr>
    </w:div>
    <w:div w:id="1731608722">
      <w:bodyDiv w:val="1"/>
      <w:marLeft w:val="0"/>
      <w:marRight w:val="0"/>
      <w:marTop w:val="0"/>
      <w:marBottom w:val="0"/>
      <w:divBdr>
        <w:top w:val="none" w:sz="0" w:space="0" w:color="auto"/>
        <w:left w:val="none" w:sz="0" w:space="0" w:color="auto"/>
        <w:bottom w:val="none" w:sz="0" w:space="0" w:color="auto"/>
        <w:right w:val="none" w:sz="0" w:space="0" w:color="auto"/>
      </w:divBdr>
    </w:div>
    <w:div w:id="20189259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A5FEA-C0ED-4277-AAB4-9F7555AAF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8355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PC</cp:lastModifiedBy>
  <cp:revision>25</cp:revision>
  <cp:lastPrinted>2026-03-19T07:52:00Z</cp:lastPrinted>
  <dcterms:created xsi:type="dcterms:W3CDTF">2026-03-20T01:20:00Z</dcterms:created>
  <dcterms:modified xsi:type="dcterms:W3CDTF">2026-03-21T02:14:00Z</dcterms:modified>
  <cp:category/>
</cp:coreProperties>
</file>