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22"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6095"/>
      </w:tblGrid>
      <w:tr w:rsidR="002C7F36" w14:paraId="774CE674" w14:textId="77777777" w:rsidTr="002C7F36">
        <w:tc>
          <w:tcPr>
            <w:tcW w:w="3227" w:type="dxa"/>
          </w:tcPr>
          <w:p w14:paraId="0C4758A5" w14:textId="77777777" w:rsidR="002C7F36" w:rsidRPr="00B808C6" w:rsidRDefault="002C7F36" w:rsidP="008B64AF">
            <w:pPr>
              <w:jc w:val="center"/>
              <w:rPr>
                <w:rFonts w:ascii="Times New Roman" w:hAnsi="Times New Roman" w:cs="Times New Roman"/>
                <w:b/>
                <w:sz w:val="26"/>
                <w:szCs w:val="26"/>
              </w:rPr>
            </w:pPr>
            <w:r w:rsidRPr="00B808C6">
              <w:rPr>
                <w:rFonts w:ascii="Times New Roman" w:hAnsi="Times New Roman" w:cs="Times New Roman"/>
                <w:b/>
                <w:sz w:val="26"/>
                <w:szCs w:val="26"/>
              </w:rPr>
              <w:t>ỦY BAN NHÂN DÂN</w:t>
            </w:r>
          </w:p>
          <w:p w14:paraId="282079CD" w14:textId="6CE101FF" w:rsidR="002C7F36" w:rsidRPr="00B808C6" w:rsidRDefault="002C7F36" w:rsidP="008B64AF">
            <w:pPr>
              <w:jc w:val="center"/>
              <w:rPr>
                <w:rFonts w:ascii="Times New Roman" w:hAnsi="Times New Roman" w:cs="Times New Roman"/>
                <w:b/>
                <w:sz w:val="26"/>
                <w:szCs w:val="26"/>
              </w:rPr>
            </w:pPr>
            <w:r w:rsidRPr="00B808C6">
              <w:rPr>
                <w:rFonts w:ascii="Times New Roman" w:hAnsi="Times New Roman" w:cs="Times New Roman"/>
                <w:b/>
                <w:sz w:val="26"/>
                <w:szCs w:val="26"/>
              </w:rPr>
              <w:t xml:space="preserve">XÃ </w:t>
            </w:r>
            <w:r w:rsidR="00BA0650">
              <w:rPr>
                <w:rFonts w:ascii="Times New Roman" w:hAnsi="Times New Roman" w:cs="Times New Roman"/>
                <w:b/>
                <w:sz w:val="26"/>
                <w:szCs w:val="26"/>
              </w:rPr>
              <w:t>…………..</w:t>
            </w:r>
          </w:p>
          <w:p w14:paraId="00ED685F" w14:textId="77777777" w:rsidR="002C7F36" w:rsidRDefault="002C7F36" w:rsidP="008B64AF">
            <w:pPr>
              <w:rPr>
                <w:rFonts w:ascii="Times New Roman" w:hAnsi="Times New Roman" w:cs="Times New Roman"/>
                <w:sz w:val="28"/>
                <w:szCs w:val="28"/>
              </w:rPr>
            </w:pPr>
            <w:r>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0BA6BA7F" wp14:editId="164D5E66">
                      <wp:simplePos x="0" y="0"/>
                      <wp:positionH relativeFrom="column">
                        <wp:posOffset>565150</wp:posOffset>
                      </wp:positionH>
                      <wp:positionV relativeFrom="paragraph">
                        <wp:posOffset>13335</wp:posOffset>
                      </wp:positionV>
                      <wp:extent cx="790575" cy="0"/>
                      <wp:effectExtent l="0" t="0" r="28575" b="19050"/>
                      <wp:wrapNone/>
                      <wp:docPr id="409977227" name="Straight Connector 409977227"/>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74FD1" id="Straight Connector 4099772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pt,1.05pt" to="106.7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" strokecolor="black [3040]"/>
                  </w:pict>
                </mc:Fallback>
              </mc:AlternateContent>
            </w:r>
          </w:p>
          <w:p w14:paraId="2EC9AF26" w14:textId="2059EF68" w:rsidR="002C7F36" w:rsidRPr="00B808C6" w:rsidRDefault="002C7F36" w:rsidP="008B64AF">
            <w:pPr>
              <w:jc w:val="center"/>
              <w:rPr>
                <w:rFonts w:ascii="Times New Roman" w:hAnsi="Times New Roman" w:cs="Times New Roman"/>
                <w:sz w:val="26"/>
                <w:szCs w:val="26"/>
              </w:rPr>
            </w:pPr>
            <w:r w:rsidRPr="00B808C6">
              <w:rPr>
                <w:rFonts w:ascii="Times New Roman" w:hAnsi="Times New Roman" w:cs="Times New Roman"/>
                <w:sz w:val="26"/>
                <w:szCs w:val="26"/>
              </w:rPr>
              <w:t>Số</w:t>
            </w:r>
            <w:r w:rsidR="00BA0650">
              <w:rPr>
                <w:rFonts w:ascii="Times New Roman" w:hAnsi="Times New Roman" w:cs="Times New Roman"/>
                <w:sz w:val="26"/>
                <w:szCs w:val="26"/>
              </w:rPr>
              <w:t xml:space="preserve"> …</w:t>
            </w:r>
            <w:r w:rsidR="00541484">
              <w:rPr>
                <w:rFonts w:ascii="Times New Roman" w:hAnsi="Times New Roman" w:cs="Times New Roman"/>
                <w:sz w:val="26"/>
                <w:szCs w:val="26"/>
              </w:rPr>
              <w:t xml:space="preserve"> </w:t>
            </w:r>
            <w:r w:rsidR="00691C15">
              <w:rPr>
                <w:rFonts w:ascii="Times New Roman" w:hAnsi="Times New Roman" w:cs="Times New Roman"/>
                <w:sz w:val="26"/>
                <w:szCs w:val="26"/>
              </w:rPr>
              <w:t>/</w:t>
            </w:r>
            <w:r w:rsidRPr="00B808C6">
              <w:rPr>
                <w:rFonts w:ascii="Times New Roman" w:hAnsi="Times New Roman" w:cs="Times New Roman"/>
                <w:sz w:val="26"/>
                <w:szCs w:val="26"/>
              </w:rPr>
              <w:t>QĐ-UBND</w:t>
            </w:r>
          </w:p>
        </w:tc>
        <w:tc>
          <w:tcPr>
            <w:tcW w:w="6095" w:type="dxa"/>
          </w:tcPr>
          <w:p w14:paraId="0A5105D9" w14:textId="77777777" w:rsidR="002C7F36" w:rsidRPr="00B808C6" w:rsidRDefault="002C7F36" w:rsidP="008B64AF">
            <w:pPr>
              <w:jc w:val="center"/>
              <w:rPr>
                <w:rFonts w:ascii="Times New Roman" w:hAnsi="Times New Roman" w:cs="Times New Roman"/>
                <w:b/>
                <w:sz w:val="26"/>
                <w:szCs w:val="26"/>
              </w:rPr>
            </w:pPr>
            <w:r w:rsidRPr="00B808C6">
              <w:rPr>
                <w:rFonts w:ascii="Times New Roman" w:hAnsi="Times New Roman" w:cs="Times New Roman"/>
                <w:b/>
                <w:sz w:val="26"/>
                <w:szCs w:val="26"/>
              </w:rPr>
              <w:t>CỘNG HÒA XÃ HỘI CHỦ NGHĨA VIỆT NAM</w:t>
            </w:r>
          </w:p>
          <w:p w14:paraId="615A07EB" w14:textId="77777777" w:rsidR="002C7F36" w:rsidRPr="00B808C6" w:rsidRDefault="002C7F36" w:rsidP="008B64AF">
            <w:pPr>
              <w:jc w:val="center"/>
              <w:rPr>
                <w:rFonts w:ascii="Times New Roman" w:hAnsi="Times New Roman" w:cs="Times New Roman"/>
                <w:b/>
                <w:sz w:val="28"/>
                <w:szCs w:val="28"/>
              </w:rPr>
            </w:pPr>
            <w:r w:rsidRPr="00B808C6">
              <w:rPr>
                <w:rFonts w:ascii="Times New Roman" w:hAnsi="Times New Roman" w:cs="Times New Roman"/>
                <w:b/>
                <w:sz w:val="28"/>
                <w:szCs w:val="28"/>
              </w:rPr>
              <w:t>Độc lập- Tự do- Hạnh phúc</w:t>
            </w:r>
          </w:p>
          <w:p w14:paraId="55EEBFC3" w14:textId="77777777" w:rsidR="002C7F36" w:rsidRDefault="002C7F36" w:rsidP="008B64AF">
            <w:pP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312B34BD" wp14:editId="61930DA6">
                      <wp:simplePos x="0" y="0"/>
                      <wp:positionH relativeFrom="column">
                        <wp:posOffset>868679</wp:posOffset>
                      </wp:positionH>
                      <wp:positionV relativeFrom="paragraph">
                        <wp:posOffset>17780</wp:posOffset>
                      </wp:positionV>
                      <wp:extent cx="1933575" cy="0"/>
                      <wp:effectExtent l="0" t="0" r="28575" b="19050"/>
                      <wp:wrapNone/>
                      <wp:docPr id="1133339592" name="Straight Connector 1133339592"/>
                      <wp:cNvGraphicFramePr/>
                      <a:graphic xmlns:a="http://schemas.openxmlformats.org/drawingml/2006/main">
                        <a:graphicData uri="http://schemas.microsoft.com/office/word/2010/wordprocessingShape">
                          <wps:wsp>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4EF711" id="Straight Connector 113333959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8.4pt,1.4pt" to="220.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" strokecolor="black [3040]"/>
                  </w:pict>
                </mc:Fallback>
              </mc:AlternateContent>
            </w:r>
          </w:p>
          <w:p w14:paraId="433F87E3" w14:textId="16A56DBF" w:rsidR="002C7F36" w:rsidRPr="00B808C6" w:rsidRDefault="002C7F36" w:rsidP="00BA0650">
            <w:pPr>
              <w:rPr>
                <w:rFonts w:ascii="Times New Roman" w:hAnsi="Times New Roman" w:cs="Times New Roman"/>
                <w:i/>
                <w:sz w:val="28"/>
                <w:szCs w:val="28"/>
              </w:rPr>
            </w:pPr>
            <w:r>
              <w:rPr>
                <w:rFonts w:ascii="Times New Roman" w:hAnsi="Times New Roman" w:cs="Times New Roman"/>
                <w:i/>
                <w:sz w:val="28"/>
                <w:szCs w:val="28"/>
              </w:rPr>
              <w:t xml:space="preserve">               </w:t>
            </w:r>
            <w:r w:rsidR="00BA0650">
              <w:rPr>
                <w:rFonts w:ascii="Times New Roman" w:hAnsi="Times New Roman" w:cs="Times New Roman"/>
                <w:i/>
                <w:sz w:val="28"/>
                <w:szCs w:val="28"/>
              </w:rPr>
              <w:t>…………..</w:t>
            </w:r>
            <w:r>
              <w:rPr>
                <w:rFonts w:ascii="Times New Roman" w:hAnsi="Times New Roman" w:cs="Times New Roman"/>
                <w:i/>
                <w:sz w:val="28"/>
                <w:szCs w:val="28"/>
              </w:rPr>
              <w:t xml:space="preserve">, ngày </w:t>
            </w:r>
            <w:r w:rsidR="00BA0650">
              <w:rPr>
                <w:rFonts w:ascii="Times New Roman" w:hAnsi="Times New Roman" w:cs="Times New Roman"/>
                <w:i/>
                <w:sz w:val="28"/>
                <w:szCs w:val="28"/>
              </w:rPr>
              <w:t>…</w:t>
            </w:r>
            <w:r w:rsidRPr="00B808C6">
              <w:rPr>
                <w:rFonts w:ascii="Times New Roman" w:hAnsi="Times New Roman" w:cs="Times New Roman"/>
                <w:i/>
                <w:sz w:val="28"/>
                <w:szCs w:val="28"/>
              </w:rPr>
              <w:t xml:space="preserve"> tháng</w:t>
            </w:r>
            <w:r w:rsidR="00BA0650">
              <w:rPr>
                <w:rFonts w:ascii="Times New Roman" w:hAnsi="Times New Roman" w:cs="Times New Roman"/>
                <w:i/>
                <w:sz w:val="28"/>
                <w:szCs w:val="28"/>
              </w:rPr>
              <w:t xml:space="preserve"> … năm 20…</w:t>
            </w:r>
          </w:p>
        </w:tc>
      </w:tr>
    </w:tbl>
    <w:p w14:paraId="2BA8A479" w14:textId="77777777" w:rsidR="00D77E69" w:rsidRDefault="00D77E69" w:rsidP="00D77E69">
      <w:pPr>
        <w:spacing w:after="0" w:line="260" w:lineRule="atLeast"/>
        <w:rPr>
          <w:rFonts w:ascii="Times New Roman" w:hAnsi="Times New Roman" w:cs="Times New Roman"/>
          <w:b/>
          <w:sz w:val="28"/>
          <w:szCs w:val="28"/>
        </w:rPr>
      </w:pPr>
    </w:p>
    <w:p w14:paraId="4472BF8E" w14:textId="77777777" w:rsidR="004C78F5" w:rsidRPr="004C78F5" w:rsidRDefault="004C78F5" w:rsidP="00D77E69">
      <w:pPr>
        <w:spacing w:after="0" w:line="260" w:lineRule="atLeast"/>
        <w:rPr>
          <w:rFonts w:ascii="Times New Roman" w:hAnsi="Times New Roman" w:cs="Times New Roman"/>
          <w:b/>
          <w:sz w:val="6"/>
          <w:szCs w:val="6"/>
        </w:rPr>
      </w:pPr>
    </w:p>
    <w:p w14:paraId="02349946" w14:textId="77777777" w:rsidR="002C7F36" w:rsidRPr="00B808C6" w:rsidRDefault="002C7F36" w:rsidP="002C7F36">
      <w:pPr>
        <w:spacing w:after="0" w:line="260" w:lineRule="atLeast"/>
        <w:jc w:val="center"/>
        <w:rPr>
          <w:rFonts w:ascii="Times New Roman" w:hAnsi="Times New Roman" w:cs="Times New Roman"/>
          <w:b/>
          <w:sz w:val="28"/>
          <w:szCs w:val="28"/>
        </w:rPr>
      </w:pPr>
      <w:r w:rsidRPr="00B808C6">
        <w:rPr>
          <w:rFonts w:ascii="Times New Roman" w:hAnsi="Times New Roman" w:cs="Times New Roman"/>
          <w:b/>
          <w:sz w:val="28"/>
          <w:szCs w:val="28"/>
        </w:rPr>
        <w:t>QUYẾT ĐỊNH</w:t>
      </w:r>
    </w:p>
    <w:p w14:paraId="180E5387" w14:textId="3B2627D5" w:rsidR="00251FBF" w:rsidRDefault="002C7F36" w:rsidP="00251FBF">
      <w:pPr>
        <w:spacing w:after="0" w:line="260" w:lineRule="atLeast"/>
        <w:jc w:val="center"/>
        <w:rPr>
          <w:rFonts w:ascii="Times New Roman" w:hAnsi="Times New Roman" w:cs="Times New Roman"/>
          <w:b/>
          <w:sz w:val="28"/>
          <w:szCs w:val="28"/>
        </w:rPr>
      </w:pPr>
      <w:r w:rsidRPr="00B808C6">
        <w:rPr>
          <w:rFonts w:ascii="Times New Roman" w:hAnsi="Times New Roman" w:cs="Times New Roman"/>
          <w:b/>
          <w:sz w:val="28"/>
          <w:szCs w:val="28"/>
        </w:rPr>
        <w:t xml:space="preserve">Về việc khen thưởng </w:t>
      </w:r>
      <w:r>
        <w:rPr>
          <w:rFonts w:ascii="Times New Roman" w:hAnsi="Times New Roman" w:cs="Times New Roman"/>
          <w:b/>
          <w:sz w:val="28"/>
          <w:szCs w:val="28"/>
        </w:rPr>
        <w:t>cho T</w:t>
      </w:r>
      <w:r w:rsidRPr="00B808C6">
        <w:rPr>
          <w:rFonts w:ascii="Times New Roman" w:hAnsi="Times New Roman" w:cs="Times New Roman"/>
          <w:b/>
          <w:sz w:val="28"/>
          <w:szCs w:val="28"/>
        </w:rPr>
        <w:t xml:space="preserve">ập thể, cá nhân có thành tích xuất sắc trong phong trào </w:t>
      </w:r>
      <w:r>
        <w:rPr>
          <w:rFonts w:ascii="Times New Roman" w:hAnsi="Times New Roman" w:cs="Times New Roman"/>
          <w:b/>
          <w:sz w:val="28"/>
          <w:szCs w:val="28"/>
        </w:rPr>
        <w:t xml:space="preserve">Thi đua thực hiện thành công cuộc bầu cử Đại biểu Quốc hội khoá </w:t>
      </w:r>
      <w:r w:rsidR="00BA0650">
        <w:rPr>
          <w:rFonts w:ascii="Times New Roman" w:hAnsi="Times New Roman" w:cs="Times New Roman"/>
          <w:b/>
          <w:sz w:val="28"/>
          <w:szCs w:val="28"/>
        </w:rPr>
        <w:t>…</w:t>
      </w:r>
      <w:r>
        <w:rPr>
          <w:rFonts w:ascii="Times New Roman" w:hAnsi="Times New Roman" w:cs="Times New Roman"/>
          <w:b/>
          <w:sz w:val="28"/>
          <w:szCs w:val="28"/>
        </w:rPr>
        <w:t xml:space="preserve"> và bầu cử đại biểu Hội đồng nhân dân các cấp </w:t>
      </w:r>
    </w:p>
    <w:p w14:paraId="60798536" w14:textId="1765A0FA" w:rsidR="002C7F36" w:rsidRPr="00251FBF" w:rsidRDefault="002C7F36" w:rsidP="00251FBF">
      <w:pPr>
        <w:spacing w:after="0" w:line="260" w:lineRule="atLeast"/>
        <w:jc w:val="center"/>
        <w:rPr>
          <w:rFonts w:ascii="Times New Roman" w:hAnsi="Times New Roman" w:cs="Times New Roman"/>
          <w:b/>
          <w:sz w:val="28"/>
          <w:szCs w:val="28"/>
        </w:rPr>
      </w:pPr>
      <w:r>
        <w:rPr>
          <w:rFonts w:ascii="Times New Roman" w:hAnsi="Times New Roman" w:cs="Times New Roman"/>
          <w:b/>
          <w:sz w:val="28"/>
          <w:szCs w:val="28"/>
        </w:rPr>
        <w:t>nhiệm kỳ 20</w:t>
      </w:r>
      <w:r w:rsidR="00BA0650">
        <w:rPr>
          <w:rFonts w:ascii="Times New Roman" w:hAnsi="Times New Roman" w:cs="Times New Roman"/>
          <w:b/>
          <w:sz w:val="28"/>
          <w:szCs w:val="28"/>
        </w:rPr>
        <w:t>…</w:t>
      </w:r>
      <w:r>
        <w:rPr>
          <w:rFonts w:ascii="Times New Roman" w:hAnsi="Times New Roman" w:cs="Times New Roman"/>
          <w:b/>
          <w:sz w:val="28"/>
          <w:szCs w:val="28"/>
        </w:rPr>
        <w:t>-20</w:t>
      </w:r>
      <w:r w:rsidR="00BA0650">
        <w:rPr>
          <w:rFonts w:ascii="Times New Roman" w:hAnsi="Times New Roman" w:cs="Times New Roman"/>
          <w:b/>
          <w:sz w:val="28"/>
          <w:szCs w:val="28"/>
        </w:rPr>
        <w:t>…</w:t>
      </w:r>
    </w:p>
    <w:p w14:paraId="6CBB62C5" w14:textId="446B8303" w:rsidR="002C7F36" w:rsidRPr="002C7F36" w:rsidRDefault="00251FBF" w:rsidP="002C7F36">
      <w:pPr>
        <w:spacing w:after="0" w:line="300" w:lineRule="atLeast"/>
        <w:rPr>
          <w:rFonts w:ascii="Times New Roman" w:hAnsi="Times New Roman" w:cs="Times New Roman"/>
          <w:b/>
          <w:sz w:val="18"/>
          <w:szCs w:val="18"/>
        </w:rPr>
      </w:pPr>
      <w:r>
        <w:rPr>
          <w:rFonts w:ascii="Times New Roman" w:hAnsi="Times New Roman" w:cs="Times New Roman"/>
          <w:b/>
          <w:noProof/>
          <w:sz w:val="18"/>
          <w:szCs w:val="18"/>
        </w:rPr>
        <mc:AlternateContent>
          <mc:Choice Requires="wps">
            <w:drawing>
              <wp:anchor distT="0" distB="0" distL="114300" distR="114300" simplePos="0" relativeHeight="251662336" behindDoc="0" locked="0" layoutInCell="1" allowOverlap="1" wp14:anchorId="6B8DDA43" wp14:editId="4ADD18DB">
                <wp:simplePos x="0" y="0"/>
                <wp:positionH relativeFrom="column">
                  <wp:posOffset>2129789</wp:posOffset>
                </wp:positionH>
                <wp:positionV relativeFrom="paragraph">
                  <wp:posOffset>20320</wp:posOffset>
                </wp:positionV>
                <wp:extent cx="1457325" cy="0"/>
                <wp:effectExtent l="0" t="0" r="0" b="0"/>
                <wp:wrapNone/>
                <wp:docPr id="1887520184" name="Straight Connector 8"/>
                <wp:cNvGraphicFramePr/>
                <a:graphic xmlns:a="http://schemas.openxmlformats.org/drawingml/2006/main">
                  <a:graphicData uri="http://schemas.microsoft.com/office/word/2010/wordprocessingShape">
                    <wps:wsp>
                      <wps:cNvCnPr/>
                      <wps:spPr>
                        <a:xfrm>
                          <a:off x="0" y="0"/>
                          <a:ext cx="1457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80585A"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7.7pt,1.6pt" to="282.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" strokecolor="black [3040]"/>
            </w:pict>
          </mc:Fallback>
        </mc:AlternateContent>
      </w:r>
    </w:p>
    <w:p w14:paraId="6BC9234A" w14:textId="6D0EE667" w:rsidR="002C7F36" w:rsidRDefault="002C7F36" w:rsidP="002C7F36">
      <w:pPr>
        <w:spacing w:after="0" w:line="400" w:lineRule="exact"/>
        <w:jc w:val="center"/>
        <w:rPr>
          <w:rFonts w:ascii="Times New Roman" w:hAnsi="Times New Roman" w:cs="Times New Roman"/>
          <w:b/>
          <w:sz w:val="28"/>
          <w:szCs w:val="28"/>
        </w:rPr>
      </w:pPr>
      <w:r w:rsidRPr="00B808C6">
        <w:rPr>
          <w:rFonts w:ascii="Times New Roman" w:hAnsi="Times New Roman" w:cs="Times New Roman"/>
          <w:b/>
          <w:sz w:val="28"/>
          <w:szCs w:val="28"/>
        </w:rPr>
        <w:t xml:space="preserve">CHỦ TỊCH ỦY BAN NHÂN DÂN XÃ </w:t>
      </w:r>
      <w:r w:rsidR="00BA0650">
        <w:rPr>
          <w:rFonts w:ascii="Times New Roman" w:hAnsi="Times New Roman" w:cs="Times New Roman"/>
          <w:b/>
          <w:sz w:val="28"/>
          <w:szCs w:val="28"/>
        </w:rPr>
        <w:t>……………..</w:t>
      </w:r>
    </w:p>
    <w:p w14:paraId="1E5BB450" w14:textId="77777777" w:rsidR="002C7F36" w:rsidRPr="002C7F36" w:rsidRDefault="002C7F36" w:rsidP="002C7F36">
      <w:pPr>
        <w:spacing w:after="0" w:line="400" w:lineRule="exact"/>
        <w:jc w:val="center"/>
        <w:rPr>
          <w:rFonts w:ascii="Times New Roman" w:hAnsi="Times New Roman" w:cs="Times New Roman"/>
          <w:b/>
          <w:sz w:val="2"/>
          <w:szCs w:val="14"/>
        </w:rPr>
      </w:pPr>
    </w:p>
    <w:p w14:paraId="3F21203A" w14:textId="77777777" w:rsidR="002C7F36" w:rsidRDefault="002C7F36" w:rsidP="002C7F36">
      <w:pPr>
        <w:tabs>
          <w:tab w:val="left" w:pos="709"/>
        </w:tabs>
        <w:spacing w:after="0" w:line="400" w:lineRule="exact"/>
        <w:jc w:val="both"/>
        <w:rPr>
          <w:rFonts w:ascii="Times New Roman" w:hAnsi="Times New Roman"/>
          <w:i/>
          <w:spacing w:val="-10"/>
          <w:sz w:val="28"/>
          <w:szCs w:val="28"/>
        </w:rPr>
      </w:pPr>
      <w:r>
        <w:rPr>
          <w:rFonts w:ascii="Times New Roman" w:hAnsi="Times New Roman"/>
          <w:i/>
          <w:spacing w:val="-10"/>
          <w:sz w:val="28"/>
          <w:szCs w:val="28"/>
        </w:rPr>
        <w:tab/>
      </w:r>
      <w:r w:rsidRPr="00B808C6">
        <w:rPr>
          <w:rFonts w:ascii="Times New Roman" w:hAnsi="Times New Roman"/>
          <w:i/>
          <w:spacing w:val="-10"/>
          <w:sz w:val="28"/>
          <w:szCs w:val="28"/>
        </w:rPr>
        <w:t xml:space="preserve">Căn cứ Luật Tổ chức chính quyền địa phương ngày 16/6/2025; </w:t>
      </w:r>
    </w:p>
    <w:p w14:paraId="74DE2FA0" w14:textId="77777777" w:rsidR="002C7F36" w:rsidRPr="00DA7436" w:rsidRDefault="002C7F36" w:rsidP="002C7F36">
      <w:pPr>
        <w:tabs>
          <w:tab w:val="left" w:pos="709"/>
        </w:tabs>
        <w:spacing w:after="0" w:line="400" w:lineRule="exact"/>
        <w:ind w:firstLine="561"/>
        <w:jc w:val="both"/>
        <w:rPr>
          <w:rFonts w:ascii="Times New Roman" w:hAnsi="Times New Roman"/>
          <w:i/>
          <w:spacing w:val="-10"/>
          <w:sz w:val="28"/>
          <w:szCs w:val="28"/>
        </w:rPr>
      </w:pPr>
      <w:r>
        <w:rPr>
          <w:rFonts w:ascii="Times New Roman" w:hAnsi="Times New Roman"/>
          <w:i/>
          <w:sz w:val="28"/>
          <w:szCs w:val="28"/>
        </w:rPr>
        <w:t xml:space="preserve">  </w:t>
      </w:r>
      <w:r w:rsidRPr="00B808C6">
        <w:rPr>
          <w:rFonts w:ascii="Times New Roman" w:hAnsi="Times New Roman"/>
          <w:i/>
          <w:sz w:val="28"/>
          <w:szCs w:val="28"/>
        </w:rPr>
        <w:t>Căn cứ Luật thi đua, khen thưởng ngày 15/06/2022;</w:t>
      </w:r>
    </w:p>
    <w:p w14:paraId="0AD6162C" w14:textId="77777777" w:rsidR="002C7F36" w:rsidRPr="00B808C6" w:rsidRDefault="002C7F36" w:rsidP="002C7F36">
      <w:pPr>
        <w:spacing w:after="0" w:line="400" w:lineRule="exact"/>
        <w:ind w:firstLine="561"/>
        <w:jc w:val="both"/>
        <w:rPr>
          <w:rFonts w:ascii="Times New Roman" w:hAnsi="Times New Roman"/>
          <w:i/>
          <w:iCs/>
          <w:spacing w:val="-4"/>
          <w:kern w:val="2"/>
          <w:sz w:val="28"/>
          <w:szCs w:val="28"/>
        </w:rPr>
      </w:pPr>
      <w:r>
        <w:rPr>
          <w:rFonts w:ascii="Times New Roman" w:hAnsi="Times New Roman"/>
          <w:i/>
          <w:iCs/>
          <w:kern w:val="2"/>
          <w:sz w:val="28"/>
          <w:szCs w:val="28"/>
        </w:rPr>
        <w:t xml:space="preserve">  </w:t>
      </w:r>
      <w:r w:rsidRPr="00B808C6">
        <w:rPr>
          <w:rFonts w:ascii="Times New Roman" w:hAnsi="Times New Roman"/>
          <w:i/>
          <w:iCs/>
          <w:kern w:val="2"/>
          <w:sz w:val="28"/>
          <w:szCs w:val="28"/>
        </w:rPr>
        <w:t>Căn cứ Nghị định số 152/2025/NĐ-CP ngày 14/6/2025 của Chính phủ quy định về phân cấp</w:t>
      </w:r>
      <w:r>
        <w:rPr>
          <w:rFonts w:ascii="Times New Roman" w:hAnsi="Times New Roman"/>
          <w:i/>
          <w:iCs/>
          <w:kern w:val="2"/>
          <w:sz w:val="28"/>
          <w:szCs w:val="28"/>
        </w:rPr>
        <w:t>,</w:t>
      </w:r>
      <w:r w:rsidRPr="00B808C6">
        <w:rPr>
          <w:rFonts w:ascii="Times New Roman" w:hAnsi="Times New Roman"/>
          <w:i/>
          <w:iCs/>
          <w:kern w:val="2"/>
          <w:sz w:val="28"/>
          <w:szCs w:val="28"/>
        </w:rPr>
        <w:t xml:space="preserve"> phân quyền trong lĩnh vực thi đua, khen thưởng; </w:t>
      </w:r>
      <w:r w:rsidRPr="00B808C6">
        <w:rPr>
          <w:rFonts w:ascii="Times New Roman" w:hAnsi="Times New Roman"/>
          <w:i/>
          <w:iCs/>
          <w:spacing w:val="-4"/>
          <w:kern w:val="2"/>
          <w:sz w:val="28"/>
          <w:szCs w:val="28"/>
        </w:rPr>
        <w:t>quy định chi tiết và hướng dẫn thi hành một số điều của Luật Thi đua, khen thưởng;</w:t>
      </w:r>
    </w:p>
    <w:p w14:paraId="521D5200" w14:textId="77777777" w:rsidR="002C7F36" w:rsidRDefault="002C7F36" w:rsidP="002C7F36">
      <w:pPr>
        <w:spacing w:after="0" w:line="400" w:lineRule="exact"/>
        <w:ind w:firstLine="561"/>
        <w:jc w:val="both"/>
        <w:rPr>
          <w:rFonts w:ascii="Times New Roman" w:hAnsi="Times New Roman"/>
          <w:i/>
          <w:iCs/>
          <w:spacing w:val="-4"/>
          <w:kern w:val="2"/>
          <w:sz w:val="28"/>
          <w:szCs w:val="28"/>
        </w:rPr>
      </w:pPr>
      <w:r>
        <w:rPr>
          <w:rFonts w:ascii="Times New Roman" w:hAnsi="Times New Roman"/>
          <w:i/>
          <w:iCs/>
          <w:spacing w:val="-4"/>
          <w:kern w:val="2"/>
          <w:sz w:val="28"/>
          <w:szCs w:val="28"/>
        </w:rPr>
        <w:t xml:space="preserve">  </w:t>
      </w:r>
      <w:r w:rsidRPr="00B808C6">
        <w:rPr>
          <w:rFonts w:ascii="Times New Roman" w:hAnsi="Times New Roman"/>
          <w:i/>
          <w:iCs/>
          <w:spacing w:val="-4"/>
          <w:kern w:val="2"/>
          <w:sz w:val="28"/>
          <w:szCs w:val="28"/>
        </w:rPr>
        <w:t xml:space="preserve">Căn cứ </w:t>
      </w:r>
      <w:r w:rsidRPr="00B808C6">
        <w:rPr>
          <w:rFonts w:ascii="Times New Roman" w:hAnsi="Times New Roman"/>
          <w:i/>
          <w:sz w:val="28"/>
          <w:szCs w:val="28"/>
        </w:rPr>
        <w:t xml:space="preserve">Thông tư </w:t>
      </w:r>
      <w:r>
        <w:rPr>
          <w:rFonts w:ascii="Times New Roman" w:hAnsi="Times New Roman"/>
          <w:i/>
          <w:sz w:val="28"/>
          <w:szCs w:val="28"/>
        </w:rPr>
        <w:t>15</w:t>
      </w:r>
      <w:r w:rsidRPr="00B808C6">
        <w:rPr>
          <w:rFonts w:ascii="Times New Roman" w:hAnsi="Times New Roman"/>
          <w:i/>
          <w:sz w:val="28"/>
          <w:szCs w:val="28"/>
        </w:rPr>
        <w:t>/2025/TT-BNV ngày 04/8/2025 của Bộ Nội vụ Quy định biện pháp</w:t>
      </w:r>
      <w:r>
        <w:rPr>
          <w:rFonts w:ascii="Times New Roman" w:hAnsi="Times New Roman"/>
          <w:i/>
          <w:sz w:val="28"/>
          <w:szCs w:val="28"/>
        </w:rPr>
        <w:t xml:space="preserve"> để</w:t>
      </w:r>
      <w:r w:rsidRPr="00B808C6">
        <w:rPr>
          <w:rFonts w:ascii="Times New Roman" w:hAnsi="Times New Roman"/>
          <w:i/>
          <w:sz w:val="28"/>
          <w:szCs w:val="28"/>
        </w:rPr>
        <w:t xml:space="preserve"> tổ chức</w:t>
      </w:r>
      <w:r>
        <w:rPr>
          <w:rFonts w:ascii="Times New Roman" w:hAnsi="Times New Roman"/>
          <w:i/>
          <w:sz w:val="28"/>
          <w:szCs w:val="28"/>
        </w:rPr>
        <w:t>,</w:t>
      </w:r>
      <w:r w:rsidRPr="00B808C6">
        <w:rPr>
          <w:rFonts w:ascii="Times New Roman" w:hAnsi="Times New Roman"/>
          <w:i/>
          <w:sz w:val="28"/>
          <w:szCs w:val="28"/>
        </w:rPr>
        <w:t xml:space="preserve"> hướng dẫn thi hành Luật thi đua, khen thưởng và </w:t>
      </w:r>
      <w:r w:rsidRPr="00B808C6">
        <w:rPr>
          <w:rFonts w:ascii="Times New Roman" w:hAnsi="Times New Roman"/>
          <w:i/>
          <w:iCs/>
          <w:kern w:val="2"/>
          <w:sz w:val="28"/>
          <w:szCs w:val="28"/>
        </w:rPr>
        <w:t>Nghị định số 152/2025/NĐ-CP ngày 14/6/2025 của Chính phủ quy định về phân cấp</w:t>
      </w:r>
      <w:r>
        <w:rPr>
          <w:rFonts w:ascii="Times New Roman" w:hAnsi="Times New Roman"/>
          <w:i/>
          <w:iCs/>
          <w:kern w:val="2"/>
          <w:sz w:val="28"/>
          <w:szCs w:val="28"/>
        </w:rPr>
        <w:t>,</w:t>
      </w:r>
      <w:r w:rsidRPr="00B808C6">
        <w:rPr>
          <w:rFonts w:ascii="Times New Roman" w:hAnsi="Times New Roman"/>
          <w:i/>
          <w:iCs/>
          <w:kern w:val="2"/>
          <w:sz w:val="28"/>
          <w:szCs w:val="28"/>
        </w:rPr>
        <w:t xml:space="preserve"> phân quyền trong lĩnh vực thi đua, khen thưởng; </w:t>
      </w:r>
      <w:r w:rsidRPr="00B808C6">
        <w:rPr>
          <w:rFonts w:ascii="Times New Roman" w:hAnsi="Times New Roman"/>
          <w:i/>
          <w:iCs/>
          <w:spacing w:val="-4"/>
          <w:kern w:val="2"/>
          <w:sz w:val="28"/>
          <w:szCs w:val="28"/>
        </w:rPr>
        <w:t>quy định chi tiết và hướng dẫn thi hành một số điều của Luật Thi đua, khen thưởng;</w:t>
      </w:r>
    </w:p>
    <w:p w14:paraId="70D4C302" w14:textId="172B631E" w:rsidR="002C7F36" w:rsidRDefault="00251FBF" w:rsidP="002C7F36">
      <w:pPr>
        <w:spacing w:after="0" w:line="400" w:lineRule="exact"/>
        <w:ind w:firstLine="561"/>
        <w:jc w:val="both"/>
        <w:rPr>
          <w:rFonts w:ascii="Times New Roman" w:hAnsi="Times New Roman"/>
          <w:i/>
          <w:iCs/>
          <w:sz w:val="28"/>
          <w:szCs w:val="28"/>
        </w:rPr>
      </w:pPr>
      <w:r>
        <w:rPr>
          <w:rFonts w:ascii="Times New Roman" w:hAnsi="Times New Roman" w:cs="Times New Roman"/>
          <w:i/>
          <w:iCs/>
          <w:color w:val="000000"/>
          <w:sz w:val="28"/>
          <w:szCs w:val="28"/>
        </w:rPr>
        <w:t xml:space="preserve">Căn cứ </w:t>
      </w:r>
      <w:r w:rsidR="002C7F36" w:rsidRPr="002C7F36">
        <w:rPr>
          <w:rFonts w:ascii="Times New Roman" w:hAnsi="Times New Roman" w:cs="Times New Roman"/>
          <w:i/>
          <w:iCs/>
          <w:color w:val="000000"/>
          <w:sz w:val="28"/>
          <w:szCs w:val="28"/>
        </w:rPr>
        <w:t>Hướng dẫn số</w:t>
      </w:r>
      <w:r w:rsidR="00BA0650">
        <w:rPr>
          <w:rFonts w:ascii="Times New Roman" w:hAnsi="Times New Roman" w:cs="Times New Roman"/>
          <w:i/>
          <w:iCs/>
          <w:color w:val="000000"/>
          <w:sz w:val="28"/>
          <w:szCs w:val="28"/>
        </w:rPr>
        <w:t xml:space="preserve"> …/HD- SNV ngày …/…/20…</w:t>
      </w:r>
      <w:r w:rsidR="002C7F36" w:rsidRPr="002C7F36">
        <w:rPr>
          <w:rFonts w:ascii="Times New Roman" w:hAnsi="Times New Roman" w:cs="Times New Roman"/>
          <w:i/>
          <w:iCs/>
          <w:color w:val="000000"/>
          <w:sz w:val="28"/>
          <w:szCs w:val="28"/>
        </w:rPr>
        <w:t xml:space="preserve"> của Sở Nội vụ tỉnh </w:t>
      </w:r>
      <w:r w:rsidR="00BA0650">
        <w:rPr>
          <w:rFonts w:ascii="Times New Roman" w:hAnsi="Times New Roman" w:cs="Times New Roman"/>
          <w:i/>
          <w:iCs/>
          <w:color w:val="000000"/>
          <w:sz w:val="28"/>
          <w:szCs w:val="28"/>
        </w:rPr>
        <w:t>……………</w:t>
      </w:r>
      <w:r w:rsidR="002C7F36" w:rsidRPr="002C7F36">
        <w:rPr>
          <w:rFonts w:ascii="Times New Roman" w:hAnsi="Times New Roman" w:cs="Times New Roman"/>
          <w:i/>
          <w:iCs/>
          <w:color w:val="000000"/>
          <w:sz w:val="28"/>
          <w:szCs w:val="28"/>
        </w:rPr>
        <w:t xml:space="preserve"> Hướng dẫn khen thưởng trong công tác bầu cử </w:t>
      </w:r>
      <w:r w:rsidR="002C7F36" w:rsidRPr="002C7F36">
        <w:rPr>
          <w:rFonts w:ascii="Times New Roman" w:hAnsi="Times New Roman" w:cs="Times New Roman"/>
          <w:i/>
          <w:iCs/>
          <w:color w:val="000000"/>
          <w:sz w:val="28"/>
          <w:szCs w:val="28"/>
          <w:lang w:val="vi"/>
        </w:rPr>
        <w:t>đại biểu Quốc hộ</w:t>
      </w:r>
      <w:r w:rsidR="00BA0650">
        <w:rPr>
          <w:rFonts w:ascii="Times New Roman" w:hAnsi="Times New Roman" w:cs="Times New Roman"/>
          <w:i/>
          <w:iCs/>
          <w:color w:val="000000"/>
          <w:sz w:val="28"/>
          <w:szCs w:val="28"/>
          <w:lang w:val="vi"/>
        </w:rPr>
        <w:t>i khóa ...</w:t>
      </w:r>
      <w:r w:rsidR="002C7F36" w:rsidRPr="002C7F36">
        <w:rPr>
          <w:rFonts w:ascii="Times New Roman" w:hAnsi="Times New Roman" w:cs="Times New Roman"/>
          <w:i/>
          <w:iCs/>
          <w:color w:val="000000"/>
          <w:sz w:val="28"/>
          <w:szCs w:val="28"/>
          <w:lang w:val="vi"/>
        </w:rPr>
        <w:t xml:space="preserve"> và bầu cử đại biểu Hội đồng nhân dân các cấp nhiệm kỳ</w:t>
      </w:r>
      <w:r w:rsidR="00BA0650">
        <w:rPr>
          <w:rFonts w:ascii="Times New Roman" w:hAnsi="Times New Roman" w:cs="Times New Roman"/>
          <w:i/>
          <w:iCs/>
          <w:color w:val="000000"/>
          <w:sz w:val="28"/>
          <w:szCs w:val="28"/>
          <w:lang w:val="vi"/>
        </w:rPr>
        <w:t xml:space="preserve"> 20...</w:t>
      </w:r>
      <w:r w:rsidR="002C7F36" w:rsidRPr="002C7F36">
        <w:rPr>
          <w:rFonts w:ascii="Times New Roman" w:hAnsi="Times New Roman" w:cs="Times New Roman"/>
          <w:i/>
          <w:iCs/>
          <w:color w:val="000000"/>
          <w:sz w:val="28"/>
          <w:szCs w:val="28"/>
        </w:rPr>
        <w:t>-</w:t>
      </w:r>
      <w:r w:rsidR="00BA0650">
        <w:rPr>
          <w:rFonts w:ascii="Times New Roman" w:hAnsi="Times New Roman" w:cs="Times New Roman"/>
          <w:i/>
          <w:iCs/>
          <w:color w:val="000000"/>
          <w:sz w:val="28"/>
          <w:szCs w:val="28"/>
          <w:lang w:val="vi"/>
        </w:rPr>
        <w:t xml:space="preserve"> 20...</w:t>
      </w:r>
      <w:r w:rsidR="002C7F36" w:rsidRPr="002C7F36">
        <w:rPr>
          <w:rFonts w:ascii="Times New Roman" w:hAnsi="Times New Roman" w:cs="Times New Roman"/>
          <w:i/>
          <w:iCs/>
          <w:color w:val="000000"/>
          <w:sz w:val="28"/>
          <w:szCs w:val="28"/>
        </w:rPr>
        <w:t>;</w:t>
      </w:r>
      <w:r w:rsidR="002C7F36" w:rsidRPr="002C7F36">
        <w:rPr>
          <w:rFonts w:ascii="Times New Roman" w:hAnsi="Times New Roman"/>
          <w:i/>
          <w:iCs/>
          <w:sz w:val="28"/>
          <w:szCs w:val="28"/>
        </w:rPr>
        <w:t xml:space="preserve"> </w:t>
      </w:r>
    </w:p>
    <w:p w14:paraId="2674800F" w14:textId="684A7980" w:rsidR="002C7F36" w:rsidRDefault="002C7F36" w:rsidP="00DA138D">
      <w:pPr>
        <w:spacing w:before="120" w:after="120" w:line="240" w:lineRule="auto"/>
        <w:ind w:firstLine="561"/>
        <w:jc w:val="both"/>
        <w:rPr>
          <w:rFonts w:ascii="Times New Roman" w:hAnsi="Times New Roman"/>
          <w:i/>
          <w:iCs/>
          <w:sz w:val="28"/>
          <w:szCs w:val="28"/>
        </w:rPr>
      </w:pPr>
      <w:r w:rsidRPr="002C7F36">
        <w:rPr>
          <w:rFonts w:ascii="Times New Roman" w:hAnsi="Times New Roman"/>
          <w:i/>
          <w:iCs/>
          <w:sz w:val="28"/>
          <w:szCs w:val="28"/>
        </w:rPr>
        <w:t xml:space="preserve">Theo đề nghị của Thường trực Hội đồng Thi đua-Khen thưởng xã tại Tờ trình số </w:t>
      </w:r>
      <w:r w:rsidR="00BA0650">
        <w:rPr>
          <w:rFonts w:ascii="Times New Roman" w:hAnsi="Times New Roman"/>
          <w:i/>
          <w:iCs/>
          <w:sz w:val="28"/>
          <w:szCs w:val="28"/>
        </w:rPr>
        <w:t>…</w:t>
      </w:r>
      <w:r w:rsidRPr="002C7F36">
        <w:rPr>
          <w:rFonts w:ascii="Times New Roman" w:hAnsi="Times New Roman"/>
          <w:i/>
          <w:iCs/>
          <w:sz w:val="28"/>
          <w:szCs w:val="28"/>
        </w:rPr>
        <w:t xml:space="preserve"> /TTr-TĐKT ngày </w:t>
      </w:r>
      <w:r w:rsidR="00BA0650">
        <w:rPr>
          <w:rFonts w:ascii="Times New Roman" w:hAnsi="Times New Roman"/>
          <w:i/>
          <w:iCs/>
          <w:sz w:val="28"/>
          <w:szCs w:val="28"/>
        </w:rPr>
        <w:t>… /…/20…</w:t>
      </w:r>
      <w:r w:rsidRPr="002C7F36">
        <w:rPr>
          <w:rFonts w:ascii="Times New Roman" w:hAnsi="Times New Roman"/>
          <w:i/>
          <w:iCs/>
          <w:sz w:val="28"/>
          <w:szCs w:val="28"/>
        </w:rPr>
        <w:t>.</w:t>
      </w:r>
    </w:p>
    <w:p w14:paraId="49C0AE72" w14:textId="77777777" w:rsidR="00BB1577" w:rsidRPr="00BB1577" w:rsidRDefault="00BB1577" w:rsidP="00DA138D">
      <w:pPr>
        <w:spacing w:before="120" w:after="120" w:line="240" w:lineRule="auto"/>
        <w:ind w:firstLine="561"/>
        <w:jc w:val="both"/>
        <w:rPr>
          <w:rFonts w:ascii="Times New Roman" w:hAnsi="Times New Roman"/>
          <w:i/>
          <w:iCs/>
          <w:sz w:val="2"/>
          <w:szCs w:val="2"/>
        </w:rPr>
      </w:pPr>
    </w:p>
    <w:p w14:paraId="602BAA19" w14:textId="246573BF" w:rsidR="002C7F36" w:rsidRDefault="002C7F36" w:rsidP="00DA138D">
      <w:pPr>
        <w:spacing w:before="120" w:after="120" w:line="240" w:lineRule="auto"/>
        <w:jc w:val="center"/>
        <w:rPr>
          <w:rFonts w:ascii="Times New Roman" w:hAnsi="Times New Roman" w:cs="Times New Roman"/>
          <w:b/>
          <w:sz w:val="28"/>
          <w:szCs w:val="28"/>
        </w:rPr>
      </w:pPr>
      <w:r w:rsidRPr="00B808C6">
        <w:rPr>
          <w:rFonts w:ascii="Times New Roman" w:hAnsi="Times New Roman" w:cs="Times New Roman"/>
          <w:b/>
          <w:sz w:val="28"/>
          <w:szCs w:val="28"/>
        </w:rPr>
        <w:t>QUYẾT ĐỊNH</w:t>
      </w:r>
      <w:r>
        <w:rPr>
          <w:rFonts w:ascii="Times New Roman" w:hAnsi="Times New Roman" w:cs="Times New Roman"/>
          <w:b/>
          <w:sz w:val="28"/>
          <w:szCs w:val="28"/>
        </w:rPr>
        <w:t>:</w:t>
      </w:r>
    </w:p>
    <w:p w14:paraId="6093C744" w14:textId="77777777" w:rsidR="00BB1577" w:rsidRPr="00BB1577" w:rsidRDefault="00BB1577" w:rsidP="00DA138D">
      <w:pPr>
        <w:spacing w:before="120" w:after="120" w:line="240" w:lineRule="auto"/>
        <w:jc w:val="center"/>
        <w:rPr>
          <w:rFonts w:ascii="Times New Roman" w:hAnsi="Times New Roman" w:cs="Times New Roman"/>
          <w:b/>
          <w:sz w:val="8"/>
          <w:szCs w:val="8"/>
        </w:rPr>
      </w:pPr>
    </w:p>
    <w:p w14:paraId="06296A96" w14:textId="4705B520" w:rsidR="002C7F36" w:rsidRPr="002C7F36" w:rsidRDefault="002C7F36" w:rsidP="00DA138D">
      <w:pPr>
        <w:spacing w:before="120" w:after="120" w:line="240" w:lineRule="auto"/>
        <w:ind w:firstLine="709"/>
        <w:jc w:val="both"/>
        <w:rPr>
          <w:rFonts w:ascii="Times New Roman" w:hAnsi="Times New Roman" w:cs="Times New Roman"/>
          <w:sz w:val="28"/>
          <w:szCs w:val="28"/>
        </w:rPr>
      </w:pPr>
      <w:r w:rsidRPr="00B808C6">
        <w:rPr>
          <w:rFonts w:ascii="Times New Roman" w:hAnsi="Times New Roman" w:cs="Times New Roman"/>
          <w:b/>
          <w:sz w:val="28"/>
          <w:szCs w:val="28"/>
        </w:rPr>
        <w:t>Điều 1</w:t>
      </w:r>
      <w:r>
        <w:rPr>
          <w:rFonts w:ascii="Times New Roman" w:hAnsi="Times New Roman" w:cs="Times New Roman"/>
          <w:sz w:val="28"/>
          <w:szCs w:val="28"/>
        </w:rPr>
        <w:t xml:space="preserve">. Khen thưởng Giấy khen cho </w:t>
      </w:r>
      <w:r w:rsidR="00BB1577">
        <w:rPr>
          <w:rFonts w:ascii="Times New Roman" w:hAnsi="Times New Roman" w:cs="Times New Roman"/>
          <w:sz w:val="28"/>
          <w:szCs w:val="28"/>
        </w:rPr>
        <w:t>…</w:t>
      </w:r>
      <w:r w:rsidR="00BA0650">
        <w:rPr>
          <w:rFonts w:ascii="Times New Roman" w:hAnsi="Times New Roman" w:cs="Times New Roman"/>
          <w:sz w:val="28"/>
          <w:szCs w:val="28"/>
        </w:rPr>
        <w:t>…….</w:t>
      </w:r>
      <w:r w:rsidR="00BB1577">
        <w:rPr>
          <w:rFonts w:ascii="Times New Roman" w:hAnsi="Times New Roman" w:cs="Times New Roman"/>
          <w:sz w:val="28"/>
          <w:szCs w:val="28"/>
        </w:rPr>
        <w:t>…..</w:t>
      </w:r>
      <w:r w:rsidR="000A2853">
        <w:rPr>
          <w:rFonts w:ascii="Times New Roman" w:hAnsi="Times New Roman" w:cs="Times New Roman"/>
          <w:sz w:val="28"/>
          <w:szCs w:val="28"/>
        </w:rPr>
        <w:t xml:space="preserve"> </w:t>
      </w:r>
      <w:r>
        <w:rPr>
          <w:rFonts w:ascii="Times New Roman" w:hAnsi="Times New Roman" w:cs="Times New Roman"/>
          <w:sz w:val="28"/>
          <w:szCs w:val="28"/>
        </w:rPr>
        <w:t xml:space="preserve">tập thể và </w:t>
      </w:r>
      <w:r w:rsidR="00BA0650">
        <w:rPr>
          <w:rFonts w:ascii="Times New Roman" w:hAnsi="Times New Roman" w:cs="Times New Roman"/>
          <w:sz w:val="28"/>
          <w:szCs w:val="28"/>
        </w:rPr>
        <w:t>………….</w:t>
      </w:r>
      <w:r w:rsidR="000A2853">
        <w:rPr>
          <w:rFonts w:ascii="Times New Roman" w:hAnsi="Times New Roman" w:cs="Times New Roman"/>
          <w:sz w:val="28"/>
          <w:szCs w:val="28"/>
        </w:rPr>
        <w:t xml:space="preserve"> </w:t>
      </w:r>
      <w:r>
        <w:rPr>
          <w:rFonts w:ascii="Times New Roman" w:hAnsi="Times New Roman" w:cs="Times New Roman"/>
          <w:sz w:val="28"/>
          <w:szCs w:val="28"/>
        </w:rPr>
        <w:t>cá nhân thuộc các phòng chuyên môn, đơn vị;</w:t>
      </w:r>
      <w:r w:rsidR="00F242F6">
        <w:rPr>
          <w:rFonts w:ascii="Times New Roman" w:hAnsi="Times New Roman" w:cs="Times New Roman"/>
          <w:sz w:val="28"/>
          <w:szCs w:val="28"/>
        </w:rPr>
        <w:t xml:space="preserve"> </w:t>
      </w:r>
      <w:r>
        <w:rPr>
          <w:rFonts w:ascii="Times New Roman" w:hAnsi="Times New Roman" w:cs="Times New Roman"/>
          <w:sz w:val="28"/>
          <w:szCs w:val="28"/>
        </w:rPr>
        <w:t xml:space="preserve">Tổ bầu cử trên địa bàn xã Thanh Ba có thành tích xuất sắc trong phong trào thi đua thực hiện </w:t>
      </w:r>
      <w:r w:rsidRPr="002C7F36">
        <w:rPr>
          <w:rFonts w:ascii="Times New Roman" w:hAnsi="Times New Roman" w:cs="Times New Roman"/>
          <w:bCs/>
          <w:sz w:val="28"/>
          <w:szCs w:val="28"/>
        </w:rPr>
        <w:t>thành công</w:t>
      </w:r>
      <w:r>
        <w:rPr>
          <w:rFonts w:ascii="Times New Roman" w:hAnsi="Times New Roman" w:cs="Times New Roman"/>
          <w:b/>
          <w:sz w:val="28"/>
          <w:szCs w:val="28"/>
        </w:rPr>
        <w:t xml:space="preserve"> </w:t>
      </w:r>
      <w:r w:rsidRPr="002C7F36">
        <w:rPr>
          <w:rFonts w:ascii="Times New Roman" w:hAnsi="Times New Roman" w:cs="Times New Roman"/>
          <w:bCs/>
          <w:sz w:val="28"/>
          <w:szCs w:val="28"/>
        </w:rPr>
        <w:t>cuộc bầu cử Đại biểu Quốc hộ</w:t>
      </w:r>
      <w:r w:rsidR="00BA0650">
        <w:rPr>
          <w:rFonts w:ascii="Times New Roman" w:hAnsi="Times New Roman" w:cs="Times New Roman"/>
          <w:bCs/>
          <w:sz w:val="28"/>
          <w:szCs w:val="28"/>
        </w:rPr>
        <w:t>i khoá …</w:t>
      </w:r>
      <w:r w:rsidRPr="002C7F36">
        <w:rPr>
          <w:rFonts w:ascii="Times New Roman" w:hAnsi="Times New Roman" w:cs="Times New Roman"/>
          <w:bCs/>
          <w:sz w:val="28"/>
          <w:szCs w:val="28"/>
        </w:rPr>
        <w:t xml:space="preserve"> và bầu cử đại biểu Hội đồng nhân dân các cấp nhiệm kỳ</w:t>
      </w:r>
      <w:r w:rsidR="00BA0650">
        <w:rPr>
          <w:rFonts w:ascii="Times New Roman" w:hAnsi="Times New Roman" w:cs="Times New Roman"/>
          <w:bCs/>
          <w:sz w:val="28"/>
          <w:szCs w:val="28"/>
        </w:rPr>
        <w:t xml:space="preserve"> 20…-20…</w:t>
      </w:r>
      <w:r>
        <w:rPr>
          <w:rFonts w:ascii="Times New Roman" w:hAnsi="Times New Roman" w:cs="Times New Roman"/>
          <w:bCs/>
          <w:sz w:val="28"/>
          <w:szCs w:val="28"/>
        </w:rPr>
        <w:t>.</w:t>
      </w:r>
    </w:p>
    <w:p w14:paraId="7DEAA660" w14:textId="77777777" w:rsidR="002C7F36" w:rsidRDefault="002C7F36" w:rsidP="00DA138D">
      <w:pPr>
        <w:spacing w:before="120" w:after="120" w:line="240" w:lineRule="auto"/>
        <w:ind w:firstLine="709"/>
        <w:jc w:val="center"/>
        <w:rPr>
          <w:rFonts w:ascii="Times New Roman" w:hAnsi="Times New Roman" w:cs="Times New Roman"/>
          <w:sz w:val="28"/>
          <w:szCs w:val="28"/>
        </w:rPr>
      </w:pPr>
      <w:r>
        <w:rPr>
          <w:rFonts w:ascii="Times New Roman" w:hAnsi="Times New Roman" w:cs="Times New Roman"/>
          <w:i/>
          <w:sz w:val="28"/>
          <w:szCs w:val="28"/>
        </w:rPr>
        <w:t>(Có</w:t>
      </w:r>
      <w:r w:rsidRPr="00E2602E">
        <w:rPr>
          <w:rFonts w:ascii="Times New Roman" w:hAnsi="Times New Roman" w:cs="Times New Roman"/>
          <w:i/>
          <w:sz w:val="28"/>
          <w:szCs w:val="28"/>
        </w:rPr>
        <w:t xml:space="preserve"> danh sách</w:t>
      </w:r>
      <w:r>
        <w:rPr>
          <w:rFonts w:ascii="Times New Roman" w:hAnsi="Times New Roman" w:cs="Times New Roman"/>
          <w:i/>
          <w:sz w:val="28"/>
          <w:szCs w:val="28"/>
        </w:rPr>
        <w:t xml:space="preserve"> chi tiết</w:t>
      </w:r>
      <w:r w:rsidRPr="00E2602E">
        <w:rPr>
          <w:rFonts w:ascii="Times New Roman" w:hAnsi="Times New Roman" w:cs="Times New Roman"/>
          <w:i/>
          <w:sz w:val="28"/>
          <w:szCs w:val="28"/>
        </w:rPr>
        <w:t xml:space="preserve"> </w:t>
      </w:r>
      <w:r>
        <w:rPr>
          <w:rFonts w:ascii="Times New Roman" w:hAnsi="Times New Roman" w:cs="Times New Roman"/>
          <w:i/>
          <w:sz w:val="28"/>
          <w:szCs w:val="28"/>
        </w:rPr>
        <w:t>kèm theo</w:t>
      </w:r>
      <w:r w:rsidRPr="00E2602E">
        <w:rPr>
          <w:rFonts w:ascii="Times New Roman" w:hAnsi="Times New Roman" w:cs="Times New Roman"/>
          <w:i/>
          <w:sz w:val="28"/>
          <w:szCs w:val="28"/>
        </w:rPr>
        <w:t>).</w:t>
      </w:r>
    </w:p>
    <w:p w14:paraId="2DFD9F52" w14:textId="32A8BB86" w:rsidR="002C7F36" w:rsidRDefault="002C7F36" w:rsidP="00DA138D">
      <w:pPr>
        <w:spacing w:before="120" w:after="12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  </w:t>
      </w:r>
      <w:r w:rsidRPr="00B808C6">
        <w:rPr>
          <w:rFonts w:ascii="Times New Roman" w:hAnsi="Times New Roman" w:cs="Times New Roman"/>
          <w:b/>
          <w:sz w:val="28"/>
          <w:szCs w:val="28"/>
        </w:rPr>
        <w:t>Điều 2</w:t>
      </w:r>
      <w:r>
        <w:rPr>
          <w:rFonts w:ascii="Times New Roman" w:hAnsi="Times New Roman" w:cs="Times New Roman"/>
          <w:sz w:val="28"/>
          <w:szCs w:val="28"/>
        </w:rPr>
        <w:t>. Trích ngân sách xã từ nguồn chi thi đua, khen thưởng năm 2026 với tổng số tiền thưởng là:</w:t>
      </w:r>
      <w:r w:rsidR="006F03A9">
        <w:rPr>
          <w:rFonts w:ascii="Times New Roman" w:hAnsi="Times New Roman" w:cs="Times New Roman"/>
          <w:sz w:val="28"/>
          <w:szCs w:val="28"/>
        </w:rPr>
        <w:t xml:space="preserve"> </w:t>
      </w:r>
      <w:r w:rsidR="00BB1577">
        <w:rPr>
          <w:rFonts w:ascii="Times New Roman" w:hAnsi="Times New Roman" w:cs="Times New Roman"/>
          <w:sz w:val="28"/>
          <w:szCs w:val="28"/>
        </w:rPr>
        <w:t>…</w:t>
      </w:r>
      <w:r w:rsidR="00BA0650">
        <w:rPr>
          <w:rFonts w:ascii="Times New Roman" w:hAnsi="Times New Roman" w:cs="Times New Roman"/>
          <w:sz w:val="28"/>
          <w:szCs w:val="28"/>
        </w:rPr>
        <w:t>………</w:t>
      </w:r>
      <w:r w:rsidR="00BB1577">
        <w:rPr>
          <w:rFonts w:ascii="Times New Roman" w:hAnsi="Times New Roman" w:cs="Times New Roman"/>
          <w:sz w:val="28"/>
          <w:szCs w:val="28"/>
        </w:rPr>
        <w:t>….</w:t>
      </w:r>
      <w:r w:rsidR="006F03A9">
        <w:rPr>
          <w:rFonts w:ascii="Times New Roman" w:hAnsi="Times New Roman" w:cs="Times New Roman"/>
          <w:sz w:val="28"/>
          <w:szCs w:val="28"/>
        </w:rPr>
        <w:t xml:space="preserve"> </w:t>
      </w:r>
      <w:r>
        <w:rPr>
          <w:rFonts w:ascii="Times New Roman" w:hAnsi="Times New Roman" w:cs="Times New Roman"/>
          <w:sz w:val="28"/>
          <w:szCs w:val="28"/>
        </w:rPr>
        <w:t>đồng (</w:t>
      </w:r>
      <w:r w:rsidR="00BB1577">
        <w:rPr>
          <w:rFonts w:ascii="Times New Roman" w:hAnsi="Times New Roman" w:cs="Times New Roman"/>
          <w:i/>
          <w:sz w:val="28"/>
          <w:szCs w:val="28"/>
        </w:rPr>
        <w:t>………</w:t>
      </w:r>
      <w:r w:rsidR="00BA0650">
        <w:rPr>
          <w:rFonts w:ascii="Times New Roman" w:hAnsi="Times New Roman" w:cs="Times New Roman"/>
          <w:i/>
          <w:sz w:val="28"/>
          <w:szCs w:val="28"/>
        </w:rPr>
        <w:t>…….</w:t>
      </w:r>
      <w:r w:rsidR="00BB1577">
        <w:rPr>
          <w:rFonts w:ascii="Times New Roman" w:hAnsi="Times New Roman" w:cs="Times New Roman"/>
          <w:i/>
          <w:sz w:val="28"/>
          <w:szCs w:val="28"/>
        </w:rPr>
        <w:t>……..</w:t>
      </w:r>
      <w:r w:rsidR="006F03A9">
        <w:rPr>
          <w:rFonts w:ascii="Times New Roman" w:hAnsi="Times New Roman" w:cs="Times New Roman"/>
          <w:i/>
          <w:sz w:val="28"/>
          <w:szCs w:val="28"/>
        </w:rPr>
        <w:t xml:space="preserve"> chẵn</w:t>
      </w:r>
      <w:r w:rsidRPr="00B808C6">
        <w:rPr>
          <w:rFonts w:ascii="Times New Roman" w:hAnsi="Times New Roman" w:cs="Times New Roman"/>
          <w:i/>
          <w:sz w:val="28"/>
          <w:szCs w:val="28"/>
        </w:rPr>
        <w:t>).</w:t>
      </w:r>
    </w:p>
    <w:p w14:paraId="75D5DCBC" w14:textId="06A9DD30" w:rsidR="002C7F36" w:rsidRDefault="002C7F36" w:rsidP="00DA138D">
      <w:pPr>
        <w:spacing w:before="120" w:after="12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Mức thưởng:</w:t>
      </w:r>
      <w:r w:rsidR="00BA0650">
        <w:rPr>
          <w:rFonts w:ascii="Times New Roman" w:hAnsi="Times New Roman" w:cs="Times New Roman"/>
          <w:sz w:val="28"/>
          <w:szCs w:val="28"/>
        </w:rPr>
        <w:t xml:space="preserve"> …………….</w:t>
      </w:r>
      <w:r>
        <w:rPr>
          <w:rFonts w:ascii="Times New Roman" w:hAnsi="Times New Roman" w:cs="Times New Roman"/>
          <w:sz w:val="28"/>
          <w:szCs w:val="28"/>
        </w:rPr>
        <w:t xml:space="preserve"> đồng/tập thể</w:t>
      </w:r>
      <w:r w:rsidR="00FB20B7">
        <w:rPr>
          <w:rFonts w:ascii="Times New Roman" w:hAnsi="Times New Roman" w:cs="Times New Roman"/>
          <w:sz w:val="28"/>
          <w:szCs w:val="28"/>
        </w:rPr>
        <w:t>;</w:t>
      </w:r>
      <w:r w:rsidR="004C78F5">
        <w:rPr>
          <w:rFonts w:ascii="Times New Roman" w:hAnsi="Times New Roman" w:cs="Times New Roman"/>
          <w:sz w:val="28"/>
          <w:szCs w:val="28"/>
        </w:rPr>
        <w:t xml:space="preserve"> </w:t>
      </w:r>
      <w:r w:rsidR="00BA0650">
        <w:rPr>
          <w:rFonts w:ascii="Times New Roman" w:hAnsi="Times New Roman" w:cs="Times New Roman"/>
          <w:sz w:val="28"/>
          <w:szCs w:val="28"/>
        </w:rPr>
        <w:t>………………….</w:t>
      </w:r>
      <w:r w:rsidR="002948D0">
        <w:rPr>
          <w:rFonts w:ascii="Times New Roman" w:hAnsi="Times New Roman" w:cs="Times New Roman"/>
          <w:sz w:val="28"/>
          <w:szCs w:val="28"/>
        </w:rPr>
        <w:t xml:space="preserve"> </w:t>
      </w:r>
      <w:r>
        <w:rPr>
          <w:rFonts w:ascii="Times New Roman" w:hAnsi="Times New Roman" w:cs="Times New Roman"/>
          <w:sz w:val="28"/>
          <w:szCs w:val="28"/>
        </w:rPr>
        <w:t>đồng/cá</w:t>
      </w:r>
      <w:r w:rsidR="006F03A9">
        <w:rPr>
          <w:rFonts w:ascii="Times New Roman" w:hAnsi="Times New Roman" w:cs="Times New Roman"/>
          <w:sz w:val="28"/>
          <w:szCs w:val="28"/>
        </w:rPr>
        <w:t xml:space="preserve"> nhân</w:t>
      </w:r>
      <w:r w:rsidR="004C78F5">
        <w:rPr>
          <w:rFonts w:ascii="Times New Roman" w:hAnsi="Times New Roman" w:cs="Times New Roman"/>
          <w:sz w:val="28"/>
          <w:szCs w:val="28"/>
        </w:rPr>
        <w:t xml:space="preserve"> </w:t>
      </w:r>
      <w:r w:rsidR="00D86278">
        <w:rPr>
          <w:rFonts w:ascii="Times New Roman" w:hAnsi="Times New Roman" w:cs="Times New Roman"/>
          <w:sz w:val="28"/>
          <w:szCs w:val="28"/>
        </w:rPr>
        <w:t>k</w:t>
      </w:r>
      <w:r>
        <w:rPr>
          <w:rFonts w:ascii="Times New Roman" w:hAnsi="Times New Roman" w:cs="Times New Roman"/>
          <w:sz w:val="28"/>
          <w:szCs w:val="28"/>
        </w:rPr>
        <w:t>èm theo khung và giấy khen.</w:t>
      </w:r>
    </w:p>
    <w:p w14:paraId="2882113C" w14:textId="1E17FB62" w:rsidR="002C7F36" w:rsidRPr="005A23E8" w:rsidRDefault="002C7F36" w:rsidP="00DA138D">
      <w:pPr>
        <w:spacing w:before="120" w:after="120" w:line="240" w:lineRule="auto"/>
        <w:ind w:firstLine="720"/>
        <w:jc w:val="both"/>
        <w:rPr>
          <w:rFonts w:ascii="Times New Roman" w:hAnsi="Times New Roman" w:cs="Times New Roman"/>
          <w:sz w:val="28"/>
          <w:szCs w:val="28"/>
        </w:rPr>
      </w:pPr>
      <w:r w:rsidRPr="00B808C6">
        <w:rPr>
          <w:rFonts w:ascii="Times New Roman" w:hAnsi="Times New Roman" w:cs="Times New Roman"/>
          <w:b/>
          <w:sz w:val="28"/>
          <w:szCs w:val="28"/>
        </w:rPr>
        <w:t>Điều 3</w:t>
      </w:r>
      <w:r>
        <w:rPr>
          <w:rFonts w:ascii="Times New Roman" w:hAnsi="Times New Roman" w:cs="Times New Roman"/>
          <w:sz w:val="28"/>
          <w:szCs w:val="28"/>
        </w:rPr>
        <w:t>. Chánh Văn phòng HĐND và UBND xã, Trưởng các phòng: Văn hóa-Xã hội, Kinh tế; Thường trực Hội đồng TĐKT xã, các tập thể, cá nhân có tên tại Điều 1 căn cứ Quyết định thực hiện./.</w:t>
      </w:r>
    </w:p>
    <w:tbl>
      <w:tblPr>
        <w:tblStyle w:val="TableGrid"/>
        <w:tblW w:w="949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5670"/>
      </w:tblGrid>
      <w:tr w:rsidR="002C7F36" w14:paraId="3C247C87" w14:textId="77777777" w:rsidTr="008B64AF">
        <w:tc>
          <w:tcPr>
            <w:tcW w:w="3827" w:type="dxa"/>
          </w:tcPr>
          <w:p w14:paraId="20DBE4DE" w14:textId="77777777" w:rsidR="002C7F36" w:rsidRPr="005961C4" w:rsidRDefault="002C7F36" w:rsidP="008B64AF">
            <w:pPr>
              <w:spacing w:line="300" w:lineRule="atLeast"/>
              <w:jc w:val="both"/>
              <w:rPr>
                <w:rFonts w:ascii="Times New Roman" w:hAnsi="Times New Roman" w:cs="Times New Roman"/>
                <w:b/>
                <w:i/>
                <w:sz w:val="24"/>
                <w:szCs w:val="24"/>
              </w:rPr>
            </w:pPr>
            <w:r w:rsidRPr="005961C4">
              <w:rPr>
                <w:rFonts w:ascii="Times New Roman" w:hAnsi="Times New Roman" w:cs="Times New Roman"/>
                <w:b/>
                <w:i/>
                <w:sz w:val="24"/>
                <w:szCs w:val="24"/>
              </w:rPr>
              <w:t>Nơi nhận:</w:t>
            </w:r>
          </w:p>
          <w:p w14:paraId="2EE7E9B9" w14:textId="77777777" w:rsidR="002C7F36" w:rsidRPr="005961C4" w:rsidRDefault="002C7F36" w:rsidP="008B64AF">
            <w:pPr>
              <w:spacing w:line="300" w:lineRule="atLeast"/>
              <w:jc w:val="both"/>
              <w:rPr>
                <w:rFonts w:ascii="Times New Roman" w:hAnsi="Times New Roman" w:cs="Times New Roman"/>
              </w:rPr>
            </w:pPr>
            <w:r w:rsidRPr="005961C4">
              <w:rPr>
                <w:rFonts w:ascii="Times New Roman" w:hAnsi="Times New Roman" w:cs="Times New Roman"/>
              </w:rPr>
              <w:t xml:space="preserve">- Như </w:t>
            </w:r>
            <w:r>
              <w:rPr>
                <w:rFonts w:ascii="Times New Roman" w:hAnsi="Times New Roman" w:cs="Times New Roman"/>
              </w:rPr>
              <w:t>Điều 3</w:t>
            </w:r>
            <w:r w:rsidRPr="005961C4">
              <w:rPr>
                <w:rFonts w:ascii="Times New Roman" w:hAnsi="Times New Roman" w:cs="Times New Roman"/>
              </w:rPr>
              <w:t>;</w:t>
            </w:r>
          </w:p>
          <w:p w14:paraId="11FE2637" w14:textId="77777777" w:rsidR="002C7F36" w:rsidRDefault="002C7F36" w:rsidP="008B64AF">
            <w:pPr>
              <w:spacing w:line="300" w:lineRule="atLeast"/>
              <w:jc w:val="both"/>
              <w:rPr>
                <w:rFonts w:ascii="Times New Roman" w:hAnsi="Times New Roman" w:cs="Times New Roman"/>
              </w:rPr>
            </w:pPr>
            <w:r w:rsidRPr="005961C4">
              <w:rPr>
                <w:rFonts w:ascii="Times New Roman" w:hAnsi="Times New Roman" w:cs="Times New Roman"/>
              </w:rPr>
              <w:t xml:space="preserve">- </w:t>
            </w:r>
            <w:r>
              <w:rPr>
                <w:rFonts w:ascii="Times New Roman" w:hAnsi="Times New Roman" w:cs="Times New Roman"/>
              </w:rPr>
              <w:t>CT, các PCT;</w:t>
            </w:r>
          </w:p>
          <w:p w14:paraId="5E0CD4CF" w14:textId="77777777" w:rsidR="002C7F36" w:rsidRPr="00B808C6" w:rsidRDefault="002C7F36" w:rsidP="008B64AF">
            <w:pPr>
              <w:spacing w:line="300" w:lineRule="atLeast"/>
              <w:jc w:val="both"/>
              <w:rPr>
                <w:rFonts w:ascii="Times New Roman" w:hAnsi="Times New Roman" w:cs="Times New Roman"/>
              </w:rPr>
            </w:pPr>
            <w:r>
              <w:rPr>
                <w:rFonts w:ascii="Times New Roman" w:hAnsi="Times New Roman" w:cs="Times New Roman"/>
              </w:rPr>
              <w:t>- Lưu: VT. VHXH.</w:t>
            </w:r>
          </w:p>
        </w:tc>
        <w:tc>
          <w:tcPr>
            <w:tcW w:w="5670" w:type="dxa"/>
          </w:tcPr>
          <w:p w14:paraId="2D4CF852" w14:textId="77777777" w:rsidR="002C7F36" w:rsidRDefault="002C7F36" w:rsidP="008B64AF">
            <w:pPr>
              <w:spacing w:line="300" w:lineRule="atLeast"/>
              <w:jc w:val="center"/>
              <w:rPr>
                <w:rFonts w:ascii="Times New Roman" w:hAnsi="Times New Roman" w:cs="Times New Roman"/>
                <w:b/>
                <w:sz w:val="28"/>
                <w:szCs w:val="28"/>
              </w:rPr>
            </w:pPr>
            <w:r>
              <w:rPr>
                <w:rFonts w:ascii="Times New Roman" w:hAnsi="Times New Roman" w:cs="Times New Roman"/>
                <w:b/>
                <w:sz w:val="28"/>
                <w:szCs w:val="28"/>
              </w:rPr>
              <w:t>CHỦ TỊCH</w:t>
            </w:r>
          </w:p>
          <w:p w14:paraId="7CDF2393" w14:textId="77777777" w:rsidR="002C7F36" w:rsidRDefault="002C7F36" w:rsidP="008B64AF">
            <w:pPr>
              <w:spacing w:line="300" w:lineRule="atLeast"/>
              <w:jc w:val="center"/>
              <w:rPr>
                <w:rFonts w:ascii="Times New Roman" w:hAnsi="Times New Roman" w:cs="Times New Roman"/>
                <w:b/>
                <w:sz w:val="28"/>
                <w:szCs w:val="28"/>
              </w:rPr>
            </w:pPr>
          </w:p>
          <w:p w14:paraId="1764AAAD" w14:textId="77777777" w:rsidR="002C7F36" w:rsidRPr="005505E7" w:rsidRDefault="002C7F36" w:rsidP="008B64AF">
            <w:pPr>
              <w:spacing w:line="300" w:lineRule="atLeast"/>
              <w:jc w:val="center"/>
              <w:rPr>
                <w:rFonts w:ascii="Times New Roman" w:hAnsi="Times New Roman" w:cs="Times New Roman"/>
                <w:b/>
                <w:sz w:val="156"/>
                <w:szCs w:val="28"/>
              </w:rPr>
            </w:pPr>
          </w:p>
          <w:p w14:paraId="0BF47476" w14:textId="07BB4C5E" w:rsidR="002C7F36" w:rsidRDefault="00BA0650" w:rsidP="008B64AF">
            <w:pPr>
              <w:spacing w:line="300" w:lineRule="atLeast"/>
              <w:jc w:val="center"/>
              <w:rPr>
                <w:rFonts w:ascii="Times New Roman" w:hAnsi="Times New Roman" w:cs="Times New Roman"/>
                <w:sz w:val="28"/>
                <w:szCs w:val="28"/>
              </w:rPr>
            </w:pPr>
            <w:r>
              <w:rPr>
                <w:rFonts w:ascii="Times New Roman" w:hAnsi="Times New Roman" w:cs="Times New Roman"/>
                <w:b/>
                <w:sz w:val="28"/>
                <w:szCs w:val="28"/>
              </w:rPr>
              <w:t>………………….</w:t>
            </w:r>
            <w:bookmarkStart w:id="0" w:name="_GoBack"/>
            <w:bookmarkEnd w:id="0"/>
          </w:p>
        </w:tc>
      </w:tr>
    </w:tbl>
    <w:p w14:paraId="5ECA2095" w14:textId="77777777" w:rsidR="002C7F36" w:rsidRDefault="002C7F36" w:rsidP="002C7F36">
      <w:pPr>
        <w:spacing w:before="120" w:after="0" w:line="280" w:lineRule="atLeast"/>
        <w:jc w:val="center"/>
        <w:rPr>
          <w:rFonts w:ascii="Times New Roman" w:hAnsi="Times New Roman" w:cs="Times New Roman"/>
          <w:sz w:val="28"/>
          <w:szCs w:val="28"/>
        </w:rPr>
      </w:pPr>
    </w:p>
    <w:p w14:paraId="0B50D04B" w14:textId="77777777" w:rsidR="002C7F36" w:rsidRDefault="002C7F36" w:rsidP="002C7F36">
      <w:pPr>
        <w:spacing w:before="120" w:after="0" w:line="280" w:lineRule="atLeast"/>
        <w:jc w:val="center"/>
        <w:rPr>
          <w:rFonts w:ascii="Times New Roman" w:hAnsi="Times New Roman" w:cs="Times New Roman"/>
          <w:sz w:val="28"/>
          <w:szCs w:val="28"/>
        </w:rPr>
      </w:pPr>
    </w:p>
    <w:p w14:paraId="365390C2" w14:textId="77777777" w:rsidR="002C7F36" w:rsidRDefault="002C7F36" w:rsidP="002C7F36">
      <w:pPr>
        <w:spacing w:before="120" w:after="0" w:line="280" w:lineRule="atLeast"/>
        <w:jc w:val="center"/>
        <w:rPr>
          <w:rFonts w:ascii="Times New Roman" w:hAnsi="Times New Roman" w:cs="Times New Roman"/>
          <w:sz w:val="28"/>
          <w:szCs w:val="28"/>
        </w:rPr>
      </w:pPr>
    </w:p>
    <w:p w14:paraId="3EE52F34" w14:textId="77777777" w:rsidR="002C7F36" w:rsidRDefault="002C7F36" w:rsidP="002C7F36">
      <w:pPr>
        <w:spacing w:before="120" w:after="0" w:line="280" w:lineRule="atLeast"/>
        <w:jc w:val="center"/>
        <w:rPr>
          <w:rFonts w:ascii="Times New Roman" w:hAnsi="Times New Roman" w:cs="Times New Roman"/>
          <w:sz w:val="28"/>
          <w:szCs w:val="28"/>
        </w:rPr>
      </w:pPr>
    </w:p>
    <w:p w14:paraId="7950B7BA" w14:textId="77777777" w:rsidR="002C7F36" w:rsidRDefault="002C7F36" w:rsidP="002C7F36">
      <w:pPr>
        <w:spacing w:before="120" w:after="0" w:line="280" w:lineRule="atLeast"/>
        <w:jc w:val="center"/>
        <w:rPr>
          <w:rFonts w:ascii="Times New Roman" w:hAnsi="Times New Roman" w:cs="Times New Roman"/>
          <w:sz w:val="28"/>
          <w:szCs w:val="28"/>
        </w:rPr>
      </w:pPr>
    </w:p>
    <w:p w14:paraId="28A5529B" w14:textId="77777777" w:rsidR="002C7F36" w:rsidRDefault="002C7F36" w:rsidP="002C7F36">
      <w:pPr>
        <w:spacing w:before="120" w:after="0" w:line="280" w:lineRule="atLeast"/>
        <w:jc w:val="center"/>
        <w:rPr>
          <w:rFonts w:ascii="Times New Roman" w:hAnsi="Times New Roman" w:cs="Times New Roman"/>
          <w:sz w:val="28"/>
          <w:szCs w:val="28"/>
        </w:rPr>
      </w:pPr>
    </w:p>
    <w:p w14:paraId="695EDDD9" w14:textId="77777777" w:rsidR="002C7F36" w:rsidRDefault="002C7F36" w:rsidP="002C7F36">
      <w:pPr>
        <w:spacing w:before="120" w:after="0" w:line="280" w:lineRule="atLeast"/>
        <w:jc w:val="center"/>
        <w:rPr>
          <w:rFonts w:ascii="Times New Roman" w:hAnsi="Times New Roman" w:cs="Times New Roman"/>
          <w:sz w:val="28"/>
          <w:szCs w:val="28"/>
        </w:rPr>
      </w:pPr>
    </w:p>
    <w:p w14:paraId="7771A9FE" w14:textId="77777777" w:rsidR="002C7F36" w:rsidRDefault="002C7F36" w:rsidP="002C7F36">
      <w:pPr>
        <w:spacing w:before="120" w:after="0" w:line="280" w:lineRule="atLeast"/>
        <w:jc w:val="center"/>
        <w:rPr>
          <w:rFonts w:ascii="Times New Roman" w:hAnsi="Times New Roman" w:cs="Times New Roman"/>
          <w:sz w:val="28"/>
          <w:szCs w:val="28"/>
        </w:rPr>
      </w:pPr>
    </w:p>
    <w:p w14:paraId="5E935F25" w14:textId="77777777" w:rsidR="002C7F36" w:rsidRDefault="002C7F36" w:rsidP="002C7F36">
      <w:pPr>
        <w:spacing w:before="120" w:after="0" w:line="280" w:lineRule="atLeast"/>
        <w:jc w:val="center"/>
        <w:rPr>
          <w:rFonts w:ascii="Times New Roman" w:hAnsi="Times New Roman" w:cs="Times New Roman"/>
          <w:sz w:val="28"/>
          <w:szCs w:val="28"/>
        </w:rPr>
      </w:pPr>
    </w:p>
    <w:p w14:paraId="56B6019B" w14:textId="77777777" w:rsidR="002C7F36" w:rsidRDefault="002C7F36" w:rsidP="002C7F36">
      <w:pPr>
        <w:spacing w:before="120" w:after="0" w:line="280" w:lineRule="atLeast"/>
        <w:jc w:val="center"/>
        <w:rPr>
          <w:rFonts w:ascii="Times New Roman" w:hAnsi="Times New Roman" w:cs="Times New Roman"/>
          <w:sz w:val="28"/>
          <w:szCs w:val="28"/>
        </w:rPr>
      </w:pPr>
    </w:p>
    <w:p w14:paraId="1F68781E" w14:textId="77777777" w:rsidR="002C7F36" w:rsidRDefault="002C7F36" w:rsidP="002C7F36">
      <w:pPr>
        <w:spacing w:before="120" w:after="0" w:line="280" w:lineRule="atLeast"/>
        <w:jc w:val="center"/>
        <w:rPr>
          <w:rFonts w:ascii="Times New Roman" w:hAnsi="Times New Roman" w:cs="Times New Roman"/>
          <w:sz w:val="28"/>
          <w:szCs w:val="28"/>
        </w:rPr>
      </w:pPr>
    </w:p>
    <w:p w14:paraId="05D4E474" w14:textId="77777777" w:rsidR="002C7F36" w:rsidRDefault="002C7F36" w:rsidP="002C7F36">
      <w:pPr>
        <w:spacing w:before="120" w:after="0" w:line="280" w:lineRule="atLeast"/>
        <w:jc w:val="center"/>
        <w:rPr>
          <w:rFonts w:ascii="Times New Roman" w:hAnsi="Times New Roman" w:cs="Times New Roman"/>
          <w:sz w:val="28"/>
          <w:szCs w:val="28"/>
        </w:rPr>
      </w:pPr>
    </w:p>
    <w:p w14:paraId="534CE98A" w14:textId="77777777" w:rsidR="002C7F36" w:rsidRDefault="002C7F36" w:rsidP="002C7F36">
      <w:pPr>
        <w:spacing w:before="120" w:after="0" w:line="280" w:lineRule="atLeast"/>
        <w:jc w:val="center"/>
        <w:rPr>
          <w:rFonts w:ascii="Times New Roman" w:hAnsi="Times New Roman" w:cs="Times New Roman"/>
          <w:sz w:val="28"/>
          <w:szCs w:val="28"/>
        </w:rPr>
      </w:pPr>
    </w:p>
    <w:p w14:paraId="48A84433" w14:textId="77777777" w:rsidR="002C7F36" w:rsidRDefault="002C7F36" w:rsidP="002C7F36">
      <w:pPr>
        <w:spacing w:before="120" w:after="0" w:line="280" w:lineRule="atLeast"/>
        <w:jc w:val="center"/>
        <w:rPr>
          <w:rFonts w:ascii="Times New Roman" w:hAnsi="Times New Roman" w:cs="Times New Roman"/>
          <w:sz w:val="28"/>
          <w:szCs w:val="28"/>
        </w:rPr>
      </w:pPr>
    </w:p>
    <w:p w14:paraId="7A4D3609" w14:textId="77777777" w:rsidR="002C7F36" w:rsidRDefault="002C7F36" w:rsidP="002C7F36">
      <w:pPr>
        <w:spacing w:before="120" w:after="0" w:line="280" w:lineRule="atLeast"/>
        <w:jc w:val="center"/>
        <w:rPr>
          <w:rFonts w:ascii="Times New Roman" w:hAnsi="Times New Roman" w:cs="Times New Roman"/>
          <w:sz w:val="28"/>
          <w:szCs w:val="28"/>
        </w:rPr>
      </w:pPr>
    </w:p>
    <w:p w14:paraId="7F1EEB7B" w14:textId="77777777" w:rsidR="002C7F36" w:rsidRDefault="002C7F36" w:rsidP="002C7F36">
      <w:pPr>
        <w:spacing w:before="120" w:after="0" w:line="280" w:lineRule="atLeast"/>
        <w:jc w:val="center"/>
        <w:rPr>
          <w:rFonts w:ascii="Times New Roman" w:hAnsi="Times New Roman" w:cs="Times New Roman"/>
          <w:sz w:val="28"/>
          <w:szCs w:val="28"/>
        </w:rPr>
      </w:pPr>
    </w:p>
    <w:p w14:paraId="3D7863F3" w14:textId="77777777" w:rsidR="002C7F36" w:rsidRDefault="002C7F36" w:rsidP="002C7F36">
      <w:pPr>
        <w:spacing w:before="120" w:after="0" w:line="280" w:lineRule="atLeast"/>
        <w:rPr>
          <w:rFonts w:ascii="Times New Roman" w:hAnsi="Times New Roman" w:cs="Times New Roman"/>
          <w:sz w:val="28"/>
          <w:szCs w:val="28"/>
        </w:rPr>
      </w:pPr>
    </w:p>
    <w:p w14:paraId="50667A0F" w14:textId="77777777" w:rsidR="002C7F36" w:rsidRDefault="002C7F36" w:rsidP="002C7F36">
      <w:pPr>
        <w:spacing w:before="120" w:after="0" w:line="280" w:lineRule="atLeast"/>
        <w:rPr>
          <w:rFonts w:ascii="Times New Roman" w:hAnsi="Times New Roman" w:cs="Times New Roman"/>
          <w:sz w:val="28"/>
          <w:szCs w:val="28"/>
        </w:rPr>
      </w:pPr>
    </w:p>
    <w:p w14:paraId="7B05B0BC" w14:textId="77777777" w:rsidR="002C7F36" w:rsidRDefault="002C7F36" w:rsidP="002C7F36">
      <w:pPr>
        <w:spacing w:before="120" w:after="0" w:line="280" w:lineRule="atLeast"/>
        <w:rPr>
          <w:rFonts w:ascii="Times New Roman" w:hAnsi="Times New Roman" w:cs="Times New Roman"/>
          <w:sz w:val="28"/>
          <w:szCs w:val="28"/>
        </w:rPr>
      </w:pPr>
    </w:p>
    <w:p w14:paraId="3E333178" w14:textId="77777777" w:rsidR="00DA138D" w:rsidRDefault="00DA138D" w:rsidP="002C7F36">
      <w:pPr>
        <w:spacing w:before="120" w:after="0" w:line="280" w:lineRule="atLeast"/>
        <w:rPr>
          <w:rFonts w:ascii="Times New Roman" w:hAnsi="Times New Roman" w:cs="Times New Roman"/>
          <w:sz w:val="28"/>
          <w:szCs w:val="28"/>
        </w:rPr>
      </w:pPr>
    </w:p>
    <w:p w14:paraId="3830BACD" w14:textId="77777777" w:rsidR="00DA138D" w:rsidRDefault="00DA138D" w:rsidP="002C7F36">
      <w:pPr>
        <w:spacing w:before="120" w:after="0" w:line="280" w:lineRule="atLeast"/>
        <w:rPr>
          <w:rFonts w:ascii="Times New Roman" w:hAnsi="Times New Roman" w:cs="Times New Roman"/>
          <w:sz w:val="28"/>
          <w:szCs w:val="28"/>
        </w:rPr>
      </w:pPr>
    </w:p>
    <w:p w14:paraId="4D021BB2" w14:textId="77777777" w:rsidR="00DA138D" w:rsidRDefault="00DA138D" w:rsidP="002C7F36">
      <w:pPr>
        <w:spacing w:before="120" w:after="0" w:line="280" w:lineRule="atLeast"/>
        <w:rPr>
          <w:rFonts w:ascii="Times New Roman" w:hAnsi="Times New Roman" w:cs="Times New Roman"/>
          <w:sz w:val="28"/>
          <w:szCs w:val="28"/>
        </w:rPr>
      </w:pPr>
    </w:p>
    <w:p w14:paraId="0F99BA31" w14:textId="77777777" w:rsidR="002C7F36" w:rsidRDefault="002C7F36" w:rsidP="00DA138D">
      <w:pPr>
        <w:spacing w:before="60" w:after="60" w:line="240" w:lineRule="auto"/>
        <w:jc w:val="center"/>
        <w:rPr>
          <w:rFonts w:ascii="Times New Roman" w:hAnsi="Times New Roman" w:cs="Times New Roman"/>
          <w:b/>
          <w:sz w:val="28"/>
          <w:szCs w:val="28"/>
        </w:rPr>
      </w:pPr>
      <w:r w:rsidRPr="005F31AC">
        <w:rPr>
          <w:rFonts w:ascii="Times New Roman" w:hAnsi="Times New Roman" w:cs="Times New Roman"/>
          <w:b/>
          <w:sz w:val="28"/>
          <w:szCs w:val="28"/>
        </w:rPr>
        <w:lastRenderedPageBreak/>
        <w:t xml:space="preserve">Danh sách </w:t>
      </w:r>
    </w:p>
    <w:p w14:paraId="216934B7" w14:textId="77777777" w:rsidR="00DA138D" w:rsidRDefault="002C7F36" w:rsidP="00DA138D">
      <w:pPr>
        <w:spacing w:before="60" w:after="60" w:line="240" w:lineRule="auto"/>
        <w:jc w:val="center"/>
        <w:rPr>
          <w:rFonts w:ascii="Times New Roman" w:hAnsi="Times New Roman" w:cs="Times New Roman"/>
          <w:b/>
          <w:sz w:val="28"/>
          <w:szCs w:val="28"/>
        </w:rPr>
      </w:pPr>
      <w:r w:rsidRPr="002C7F36">
        <w:rPr>
          <w:rFonts w:ascii="Times New Roman" w:hAnsi="Times New Roman" w:cs="Times New Roman"/>
          <w:b/>
          <w:sz w:val="28"/>
          <w:szCs w:val="28"/>
        </w:rPr>
        <w:t>Tập thể, cá nhân có thành tích xuất sắc trong phong trào thi đua thực hiện thành công cuộc bầu cử Đại biểu Quốc hội khoá XVI và bầu cử đại biểu</w:t>
      </w:r>
    </w:p>
    <w:p w14:paraId="21B68A9A" w14:textId="5B31D29A" w:rsidR="002C7F36" w:rsidRPr="002C7F36" w:rsidRDefault="002C7F36" w:rsidP="00DA138D">
      <w:pPr>
        <w:spacing w:before="60" w:after="60" w:line="240" w:lineRule="auto"/>
        <w:jc w:val="center"/>
        <w:rPr>
          <w:rFonts w:ascii="Times New Roman" w:hAnsi="Times New Roman" w:cs="Times New Roman"/>
          <w:b/>
          <w:sz w:val="28"/>
          <w:szCs w:val="28"/>
        </w:rPr>
      </w:pPr>
      <w:r w:rsidRPr="002C7F36">
        <w:rPr>
          <w:rFonts w:ascii="Times New Roman" w:hAnsi="Times New Roman" w:cs="Times New Roman"/>
          <w:b/>
          <w:sz w:val="28"/>
          <w:szCs w:val="28"/>
        </w:rPr>
        <w:t xml:space="preserve"> Hội đồng nhân dân các cấp nhiệm kỳ 2026-2031</w:t>
      </w:r>
    </w:p>
    <w:p w14:paraId="24B34730" w14:textId="67A3F62F" w:rsidR="002C7F36" w:rsidRDefault="002C7F36" w:rsidP="00E87E90">
      <w:pPr>
        <w:spacing w:before="120" w:after="120" w:line="240" w:lineRule="auto"/>
        <w:jc w:val="center"/>
        <w:rPr>
          <w:rFonts w:ascii="Times New Roman" w:hAnsi="Times New Roman" w:cs="Times New Roman"/>
          <w:i/>
          <w:sz w:val="28"/>
          <w:szCs w:val="28"/>
        </w:rPr>
      </w:pPr>
      <w:r w:rsidRPr="005F31AC">
        <w:rPr>
          <w:rFonts w:ascii="Times New Roman" w:hAnsi="Times New Roman" w:cs="Times New Roman"/>
          <w:i/>
          <w:sz w:val="28"/>
          <w:szCs w:val="28"/>
        </w:rPr>
        <w:t xml:space="preserve"> (Kèm theo Quyết định số </w:t>
      </w:r>
      <w:r>
        <w:rPr>
          <w:rFonts w:ascii="Times New Roman" w:hAnsi="Times New Roman" w:cs="Times New Roman"/>
          <w:i/>
          <w:sz w:val="28"/>
          <w:szCs w:val="28"/>
        </w:rPr>
        <w:t xml:space="preserve">   </w:t>
      </w:r>
      <w:r w:rsidRPr="005F31AC">
        <w:rPr>
          <w:rFonts w:ascii="Times New Roman" w:hAnsi="Times New Roman" w:cs="Times New Roman"/>
          <w:i/>
          <w:sz w:val="28"/>
          <w:szCs w:val="28"/>
        </w:rPr>
        <w:t xml:space="preserve">/QĐ-UBND ngày </w:t>
      </w:r>
      <w:r>
        <w:rPr>
          <w:rFonts w:ascii="Times New Roman" w:hAnsi="Times New Roman" w:cs="Times New Roman"/>
          <w:i/>
          <w:sz w:val="28"/>
          <w:szCs w:val="28"/>
        </w:rPr>
        <w:t xml:space="preserve">  </w:t>
      </w:r>
      <w:r w:rsidRPr="005F31AC">
        <w:rPr>
          <w:rFonts w:ascii="Times New Roman" w:hAnsi="Times New Roman" w:cs="Times New Roman"/>
          <w:i/>
          <w:sz w:val="28"/>
          <w:szCs w:val="28"/>
        </w:rPr>
        <w:t xml:space="preserve">tháng </w:t>
      </w:r>
      <w:r>
        <w:rPr>
          <w:rFonts w:ascii="Times New Roman" w:hAnsi="Times New Roman" w:cs="Times New Roman"/>
          <w:i/>
          <w:sz w:val="28"/>
          <w:szCs w:val="28"/>
        </w:rPr>
        <w:t xml:space="preserve">  </w:t>
      </w:r>
      <w:r w:rsidRPr="005F31AC">
        <w:rPr>
          <w:rFonts w:ascii="Times New Roman" w:hAnsi="Times New Roman" w:cs="Times New Roman"/>
          <w:i/>
          <w:sz w:val="28"/>
          <w:szCs w:val="28"/>
        </w:rPr>
        <w:t xml:space="preserve"> năm 2026 của </w:t>
      </w:r>
      <w:r>
        <w:rPr>
          <w:rFonts w:ascii="Times New Roman" w:hAnsi="Times New Roman" w:cs="Times New Roman"/>
          <w:i/>
          <w:sz w:val="28"/>
          <w:szCs w:val="28"/>
        </w:rPr>
        <w:t xml:space="preserve">UBND </w:t>
      </w:r>
      <w:r w:rsidRPr="005F31AC">
        <w:rPr>
          <w:rFonts w:ascii="Times New Roman" w:hAnsi="Times New Roman" w:cs="Times New Roman"/>
          <w:i/>
          <w:sz w:val="28"/>
          <w:szCs w:val="28"/>
        </w:rPr>
        <w:t>xã)</w:t>
      </w:r>
    </w:p>
    <w:tbl>
      <w:tblPr>
        <w:tblStyle w:val="TableGrid"/>
        <w:tblW w:w="9540" w:type="dxa"/>
        <w:tblInd w:w="-185" w:type="dxa"/>
        <w:tblLook w:val="04A0" w:firstRow="1" w:lastRow="0" w:firstColumn="1" w:lastColumn="0" w:noHBand="0" w:noVBand="1"/>
      </w:tblPr>
      <w:tblGrid>
        <w:gridCol w:w="900"/>
        <w:gridCol w:w="8640"/>
      </w:tblGrid>
      <w:tr w:rsidR="002C7F36" w14:paraId="1AA779D8" w14:textId="77777777" w:rsidTr="008B64AF">
        <w:tc>
          <w:tcPr>
            <w:tcW w:w="900" w:type="dxa"/>
          </w:tcPr>
          <w:p w14:paraId="45BAB78B" w14:textId="4CE2E9FC" w:rsidR="002C7F36" w:rsidRDefault="00642414" w:rsidP="008B64AF">
            <w:pPr>
              <w:jc w:val="center"/>
              <w:rPr>
                <w:rFonts w:ascii="Times New Roman" w:hAnsi="Times New Roman" w:cs="Times New Roman"/>
                <w:b/>
                <w:sz w:val="28"/>
                <w:szCs w:val="28"/>
              </w:rPr>
            </w:pPr>
            <w:r>
              <w:rPr>
                <w:rFonts w:ascii="Times New Roman" w:hAnsi="Times New Roman" w:cs="Times New Roman"/>
                <w:b/>
                <w:sz w:val="28"/>
                <w:szCs w:val="28"/>
              </w:rPr>
              <w:t>I</w:t>
            </w:r>
          </w:p>
        </w:tc>
        <w:tc>
          <w:tcPr>
            <w:tcW w:w="8640" w:type="dxa"/>
          </w:tcPr>
          <w:p w14:paraId="27203BEB" w14:textId="68651D90" w:rsidR="002C7F36" w:rsidRPr="00F55C5E" w:rsidRDefault="002C7F36" w:rsidP="008B64AF">
            <w:pPr>
              <w:rPr>
                <w:rFonts w:ascii="Times New Roman" w:hAnsi="Times New Roman" w:cs="Times New Roman"/>
                <w:b/>
                <w:sz w:val="28"/>
                <w:szCs w:val="28"/>
              </w:rPr>
            </w:pPr>
            <w:r>
              <w:rPr>
                <w:rFonts w:ascii="Times New Roman" w:hAnsi="Times New Roman" w:cs="Times New Roman"/>
                <w:b/>
                <w:sz w:val="28"/>
                <w:szCs w:val="28"/>
              </w:rPr>
              <w:t>Tập thể</w:t>
            </w:r>
          </w:p>
        </w:tc>
      </w:tr>
      <w:tr w:rsidR="002C7F36" w14:paraId="53C84B6B" w14:textId="77777777" w:rsidTr="008B64AF">
        <w:tc>
          <w:tcPr>
            <w:tcW w:w="900" w:type="dxa"/>
          </w:tcPr>
          <w:p w14:paraId="25FA1449" w14:textId="77777777" w:rsidR="002C7F36" w:rsidRPr="003D51C8" w:rsidRDefault="002C7F36" w:rsidP="002C7F36">
            <w:pPr>
              <w:jc w:val="center"/>
              <w:rPr>
                <w:rFonts w:ascii="Times New Roman" w:hAnsi="Times New Roman" w:cs="Times New Roman"/>
                <w:sz w:val="28"/>
                <w:szCs w:val="28"/>
              </w:rPr>
            </w:pPr>
            <w:r>
              <w:rPr>
                <w:rFonts w:ascii="Times New Roman" w:hAnsi="Times New Roman" w:cs="Times New Roman"/>
                <w:sz w:val="28"/>
                <w:szCs w:val="28"/>
              </w:rPr>
              <w:t>1</w:t>
            </w:r>
          </w:p>
        </w:tc>
        <w:tc>
          <w:tcPr>
            <w:tcW w:w="8640" w:type="dxa"/>
          </w:tcPr>
          <w:p w14:paraId="05E8EC92" w14:textId="21F6AA85" w:rsidR="002C7F36" w:rsidRPr="003D51C8" w:rsidRDefault="002C7F36" w:rsidP="002C7F36">
            <w:pPr>
              <w:rPr>
                <w:rFonts w:ascii="Times New Roman" w:hAnsi="Times New Roman" w:cs="Times New Roman"/>
                <w:sz w:val="28"/>
                <w:szCs w:val="28"/>
              </w:rPr>
            </w:pPr>
          </w:p>
        </w:tc>
      </w:tr>
      <w:tr w:rsidR="002C7F36" w14:paraId="2484A064" w14:textId="77777777" w:rsidTr="008B64AF">
        <w:tc>
          <w:tcPr>
            <w:tcW w:w="900" w:type="dxa"/>
          </w:tcPr>
          <w:p w14:paraId="4602326B" w14:textId="77777777" w:rsidR="002C7F36" w:rsidRPr="003D51C8" w:rsidRDefault="002C7F36" w:rsidP="002C7F36">
            <w:pPr>
              <w:jc w:val="center"/>
              <w:rPr>
                <w:rFonts w:ascii="Times New Roman" w:hAnsi="Times New Roman" w:cs="Times New Roman"/>
                <w:sz w:val="28"/>
                <w:szCs w:val="28"/>
              </w:rPr>
            </w:pPr>
            <w:r>
              <w:rPr>
                <w:rFonts w:ascii="Times New Roman" w:hAnsi="Times New Roman" w:cs="Times New Roman"/>
                <w:sz w:val="28"/>
                <w:szCs w:val="28"/>
              </w:rPr>
              <w:t>2</w:t>
            </w:r>
          </w:p>
        </w:tc>
        <w:tc>
          <w:tcPr>
            <w:tcW w:w="8640" w:type="dxa"/>
          </w:tcPr>
          <w:p w14:paraId="5D5517F3" w14:textId="0EF876D4" w:rsidR="002C7F36" w:rsidRPr="003D51C8" w:rsidRDefault="002C7F36" w:rsidP="002C7F36">
            <w:pPr>
              <w:rPr>
                <w:rFonts w:ascii="Times New Roman" w:hAnsi="Times New Roman" w:cs="Times New Roman"/>
                <w:sz w:val="28"/>
                <w:szCs w:val="28"/>
              </w:rPr>
            </w:pPr>
          </w:p>
        </w:tc>
      </w:tr>
      <w:tr w:rsidR="002C7F36" w14:paraId="6EDF1AA1" w14:textId="77777777" w:rsidTr="008B64AF">
        <w:tc>
          <w:tcPr>
            <w:tcW w:w="900" w:type="dxa"/>
          </w:tcPr>
          <w:p w14:paraId="0F09F160" w14:textId="77777777" w:rsidR="002C7F36" w:rsidRPr="003D51C8" w:rsidRDefault="002C7F36" w:rsidP="002C7F36">
            <w:pPr>
              <w:jc w:val="center"/>
              <w:rPr>
                <w:rFonts w:ascii="Times New Roman" w:hAnsi="Times New Roman" w:cs="Times New Roman"/>
                <w:sz w:val="28"/>
                <w:szCs w:val="28"/>
              </w:rPr>
            </w:pPr>
            <w:r>
              <w:rPr>
                <w:rFonts w:ascii="Times New Roman" w:hAnsi="Times New Roman" w:cs="Times New Roman"/>
                <w:sz w:val="28"/>
                <w:szCs w:val="28"/>
              </w:rPr>
              <w:t>3</w:t>
            </w:r>
          </w:p>
        </w:tc>
        <w:tc>
          <w:tcPr>
            <w:tcW w:w="8640" w:type="dxa"/>
          </w:tcPr>
          <w:p w14:paraId="0B7DA993" w14:textId="6CF35391" w:rsidR="002C7F36" w:rsidRPr="003D51C8" w:rsidRDefault="002C7F36" w:rsidP="002C7F36">
            <w:pPr>
              <w:rPr>
                <w:rFonts w:ascii="Times New Roman" w:hAnsi="Times New Roman" w:cs="Times New Roman"/>
                <w:sz w:val="28"/>
                <w:szCs w:val="28"/>
              </w:rPr>
            </w:pPr>
          </w:p>
        </w:tc>
      </w:tr>
      <w:tr w:rsidR="002C7F36" w14:paraId="3D05B4CE" w14:textId="77777777" w:rsidTr="008B64AF">
        <w:tc>
          <w:tcPr>
            <w:tcW w:w="900" w:type="dxa"/>
          </w:tcPr>
          <w:p w14:paraId="000D9578" w14:textId="77777777" w:rsidR="002C7F36" w:rsidRPr="003D51C8" w:rsidRDefault="002C7F36" w:rsidP="002C7F36">
            <w:pPr>
              <w:jc w:val="center"/>
              <w:rPr>
                <w:rFonts w:ascii="Times New Roman" w:hAnsi="Times New Roman" w:cs="Times New Roman"/>
                <w:sz w:val="28"/>
                <w:szCs w:val="28"/>
              </w:rPr>
            </w:pPr>
            <w:r>
              <w:rPr>
                <w:rFonts w:ascii="Times New Roman" w:hAnsi="Times New Roman" w:cs="Times New Roman"/>
                <w:sz w:val="28"/>
                <w:szCs w:val="28"/>
              </w:rPr>
              <w:t>4</w:t>
            </w:r>
          </w:p>
        </w:tc>
        <w:tc>
          <w:tcPr>
            <w:tcW w:w="8640" w:type="dxa"/>
          </w:tcPr>
          <w:p w14:paraId="242BBD31" w14:textId="4DD9D67D" w:rsidR="002C7F36" w:rsidRPr="003D51C8" w:rsidRDefault="002C7F36" w:rsidP="002C7F36">
            <w:pPr>
              <w:rPr>
                <w:rFonts w:ascii="Times New Roman" w:hAnsi="Times New Roman" w:cs="Times New Roman"/>
                <w:sz w:val="28"/>
                <w:szCs w:val="28"/>
              </w:rPr>
            </w:pPr>
          </w:p>
        </w:tc>
      </w:tr>
      <w:tr w:rsidR="00130219" w14:paraId="2F945B88" w14:textId="77777777" w:rsidTr="008B64AF">
        <w:tc>
          <w:tcPr>
            <w:tcW w:w="900" w:type="dxa"/>
          </w:tcPr>
          <w:p w14:paraId="5AF3D516" w14:textId="7075DF72"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5</w:t>
            </w:r>
          </w:p>
        </w:tc>
        <w:tc>
          <w:tcPr>
            <w:tcW w:w="8640" w:type="dxa"/>
          </w:tcPr>
          <w:p w14:paraId="57428FD2" w14:textId="39065A25" w:rsidR="00130219" w:rsidRDefault="00130219" w:rsidP="00130219">
            <w:pPr>
              <w:rPr>
                <w:rFonts w:ascii="Times New Roman" w:hAnsi="Times New Roman" w:cs="Times New Roman"/>
                <w:sz w:val="28"/>
                <w:szCs w:val="28"/>
              </w:rPr>
            </w:pPr>
          </w:p>
        </w:tc>
      </w:tr>
      <w:tr w:rsidR="00130219" w14:paraId="7A6909DE" w14:textId="77777777" w:rsidTr="008B64AF">
        <w:tc>
          <w:tcPr>
            <w:tcW w:w="900" w:type="dxa"/>
          </w:tcPr>
          <w:p w14:paraId="69884DFD" w14:textId="0E49BFD8"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6</w:t>
            </w:r>
          </w:p>
        </w:tc>
        <w:tc>
          <w:tcPr>
            <w:tcW w:w="8640" w:type="dxa"/>
          </w:tcPr>
          <w:p w14:paraId="2D24DE18" w14:textId="43BD0406" w:rsidR="00130219" w:rsidRDefault="00130219" w:rsidP="00130219">
            <w:pPr>
              <w:rPr>
                <w:rFonts w:ascii="Times New Roman" w:hAnsi="Times New Roman" w:cs="Times New Roman"/>
                <w:sz w:val="28"/>
                <w:szCs w:val="28"/>
              </w:rPr>
            </w:pPr>
          </w:p>
        </w:tc>
      </w:tr>
      <w:tr w:rsidR="00130219" w14:paraId="6D4C79E0" w14:textId="77777777" w:rsidTr="008B64AF">
        <w:tc>
          <w:tcPr>
            <w:tcW w:w="900" w:type="dxa"/>
          </w:tcPr>
          <w:p w14:paraId="2EB836CE" w14:textId="0CD02B58" w:rsidR="00130219" w:rsidRPr="003D51C8" w:rsidRDefault="00130219" w:rsidP="00130219">
            <w:pPr>
              <w:jc w:val="center"/>
              <w:rPr>
                <w:rFonts w:ascii="Times New Roman" w:hAnsi="Times New Roman" w:cs="Times New Roman"/>
                <w:sz w:val="28"/>
                <w:szCs w:val="28"/>
              </w:rPr>
            </w:pPr>
            <w:r>
              <w:rPr>
                <w:rFonts w:ascii="Times New Roman" w:hAnsi="Times New Roman" w:cs="Times New Roman"/>
                <w:sz w:val="28"/>
                <w:szCs w:val="28"/>
              </w:rPr>
              <w:t>7</w:t>
            </w:r>
          </w:p>
        </w:tc>
        <w:tc>
          <w:tcPr>
            <w:tcW w:w="8640" w:type="dxa"/>
          </w:tcPr>
          <w:p w14:paraId="6C1B45AA" w14:textId="45503811" w:rsidR="00130219" w:rsidRPr="003D51C8" w:rsidRDefault="00130219" w:rsidP="00130219">
            <w:pPr>
              <w:rPr>
                <w:rFonts w:ascii="Times New Roman" w:hAnsi="Times New Roman" w:cs="Times New Roman"/>
                <w:sz w:val="28"/>
                <w:szCs w:val="28"/>
              </w:rPr>
            </w:pPr>
          </w:p>
        </w:tc>
      </w:tr>
      <w:tr w:rsidR="00130219" w14:paraId="544FFDEF" w14:textId="77777777" w:rsidTr="008B64AF">
        <w:tc>
          <w:tcPr>
            <w:tcW w:w="900" w:type="dxa"/>
          </w:tcPr>
          <w:p w14:paraId="29EC6E9A" w14:textId="202018D0" w:rsidR="00130219" w:rsidRPr="003D51C8" w:rsidRDefault="00130219" w:rsidP="00130219">
            <w:pPr>
              <w:jc w:val="center"/>
              <w:rPr>
                <w:rFonts w:ascii="Times New Roman" w:hAnsi="Times New Roman" w:cs="Times New Roman"/>
                <w:sz w:val="28"/>
                <w:szCs w:val="28"/>
              </w:rPr>
            </w:pPr>
            <w:r>
              <w:rPr>
                <w:rFonts w:ascii="Times New Roman" w:hAnsi="Times New Roman" w:cs="Times New Roman"/>
                <w:sz w:val="28"/>
                <w:szCs w:val="28"/>
              </w:rPr>
              <w:t>8</w:t>
            </w:r>
          </w:p>
        </w:tc>
        <w:tc>
          <w:tcPr>
            <w:tcW w:w="8640" w:type="dxa"/>
          </w:tcPr>
          <w:p w14:paraId="6E5BD6E5" w14:textId="3183AE81" w:rsidR="00130219" w:rsidRPr="003D51C8" w:rsidRDefault="00130219" w:rsidP="00130219">
            <w:pPr>
              <w:rPr>
                <w:rFonts w:ascii="Times New Roman" w:hAnsi="Times New Roman" w:cs="Times New Roman"/>
                <w:sz w:val="28"/>
                <w:szCs w:val="28"/>
              </w:rPr>
            </w:pPr>
          </w:p>
        </w:tc>
      </w:tr>
      <w:tr w:rsidR="00130219" w14:paraId="762D8BED" w14:textId="77777777" w:rsidTr="008B64AF">
        <w:tc>
          <w:tcPr>
            <w:tcW w:w="900" w:type="dxa"/>
          </w:tcPr>
          <w:p w14:paraId="7BC8BA14" w14:textId="50A9E4CE"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9</w:t>
            </w:r>
          </w:p>
        </w:tc>
        <w:tc>
          <w:tcPr>
            <w:tcW w:w="8640" w:type="dxa"/>
          </w:tcPr>
          <w:p w14:paraId="5E978747" w14:textId="23CA6BE6" w:rsidR="00130219" w:rsidRPr="003D51C8" w:rsidRDefault="00130219" w:rsidP="00130219">
            <w:pPr>
              <w:rPr>
                <w:rFonts w:ascii="Times New Roman" w:hAnsi="Times New Roman" w:cs="Times New Roman"/>
                <w:sz w:val="28"/>
                <w:szCs w:val="28"/>
              </w:rPr>
            </w:pPr>
          </w:p>
        </w:tc>
      </w:tr>
      <w:tr w:rsidR="00130219" w14:paraId="7E78FF6C" w14:textId="77777777" w:rsidTr="008B64AF">
        <w:tc>
          <w:tcPr>
            <w:tcW w:w="900" w:type="dxa"/>
          </w:tcPr>
          <w:p w14:paraId="4C5DFAD5" w14:textId="54AC2A8E"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10</w:t>
            </w:r>
          </w:p>
        </w:tc>
        <w:tc>
          <w:tcPr>
            <w:tcW w:w="8640" w:type="dxa"/>
          </w:tcPr>
          <w:p w14:paraId="4C6CA168" w14:textId="279A12A6" w:rsidR="00130219" w:rsidRPr="003D51C8" w:rsidRDefault="00130219" w:rsidP="00130219">
            <w:pPr>
              <w:rPr>
                <w:rFonts w:ascii="Times New Roman" w:hAnsi="Times New Roman" w:cs="Times New Roman"/>
                <w:sz w:val="28"/>
                <w:szCs w:val="28"/>
              </w:rPr>
            </w:pPr>
          </w:p>
        </w:tc>
      </w:tr>
      <w:tr w:rsidR="00130219" w14:paraId="7E489578" w14:textId="77777777" w:rsidTr="008B64AF">
        <w:tc>
          <w:tcPr>
            <w:tcW w:w="900" w:type="dxa"/>
          </w:tcPr>
          <w:p w14:paraId="02EBE0FA" w14:textId="755E49D5"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11</w:t>
            </w:r>
          </w:p>
        </w:tc>
        <w:tc>
          <w:tcPr>
            <w:tcW w:w="8640" w:type="dxa"/>
          </w:tcPr>
          <w:p w14:paraId="2E228B59" w14:textId="5CCA37B4" w:rsidR="00130219" w:rsidRPr="003D51C8" w:rsidRDefault="00130219" w:rsidP="00130219">
            <w:pPr>
              <w:rPr>
                <w:rFonts w:ascii="Times New Roman" w:hAnsi="Times New Roman" w:cs="Times New Roman"/>
                <w:sz w:val="28"/>
                <w:szCs w:val="28"/>
              </w:rPr>
            </w:pPr>
          </w:p>
        </w:tc>
      </w:tr>
      <w:tr w:rsidR="00130219" w14:paraId="5AEE4E16" w14:textId="77777777" w:rsidTr="008B64AF">
        <w:tc>
          <w:tcPr>
            <w:tcW w:w="900" w:type="dxa"/>
          </w:tcPr>
          <w:p w14:paraId="419B2005" w14:textId="5F59D4D7"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12</w:t>
            </w:r>
          </w:p>
        </w:tc>
        <w:tc>
          <w:tcPr>
            <w:tcW w:w="8640" w:type="dxa"/>
          </w:tcPr>
          <w:p w14:paraId="77282A5E" w14:textId="54C7E695" w:rsidR="00130219" w:rsidRPr="003D51C8" w:rsidRDefault="00130219" w:rsidP="00130219">
            <w:pPr>
              <w:rPr>
                <w:rFonts w:ascii="Times New Roman" w:hAnsi="Times New Roman" w:cs="Times New Roman"/>
                <w:sz w:val="28"/>
                <w:szCs w:val="28"/>
              </w:rPr>
            </w:pPr>
          </w:p>
        </w:tc>
      </w:tr>
      <w:tr w:rsidR="00130219" w14:paraId="74BF2D5C" w14:textId="77777777" w:rsidTr="008B64AF">
        <w:tc>
          <w:tcPr>
            <w:tcW w:w="900" w:type="dxa"/>
          </w:tcPr>
          <w:p w14:paraId="0336783D" w14:textId="07EAC207"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13</w:t>
            </w:r>
          </w:p>
        </w:tc>
        <w:tc>
          <w:tcPr>
            <w:tcW w:w="8640" w:type="dxa"/>
          </w:tcPr>
          <w:p w14:paraId="5BAF7242" w14:textId="13E5B514" w:rsidR="00130219" w:rsidRPr="003D51C8" w:rsidRDefault="00130219" w:rsidP="00130219">
            <w:pPr>
              <w:rPr>
                <w:rFonts w:ascii="Times New Roman" w:hAnsi="Times New Roman" w:cs="Times New Roman"/>
                <w:sz w:val="28"/>
                <w:szCs w:val="28"/>
              </w:rPr>
            </w:pPr>
          </w:p>
        </w:tc>
      </w:tr>
      <w:tr w:rsidR="00130219" w14:paraId="44CA55FE" w14:textId="77777777" w:rsidTr="008B64AF">
        <w:tc>
          <w:tcPr>
            <w:tcW w:w="900" w:type="dxa"/>
          </w:tcPr>
          <w:p w14:paraId="653C1C07" w14:textId="3F918991"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14</w:t>
            </w:r>
          </w:p>
        </w:tc>
        <w:tc>
          <w:tcPr>
            <w:tcW w:w="8640" w:type="dxa"/>
          </w:tcPr>
          <w:p w14:paraId="4E0C3140" w14:textId="6E6076A9" w:rsidR="00130219" w:rsidRPr="003D51C8" w:rsidRDefault="00130219" w:rsidP="00130219">
            <w:pPr>
              <w:rPr>
                <w:rFonts w:ascii="Times New Roman" w:hAnsi="Times New Roman" w:cs="Times New Roman"/>
                <w:sz w:val="28"/>
                <w:szCs w:val="28"/>
              </w:rPr>
            </w:pPr>
          </w:p>
        </w:tc>
      </w:tr>
      <w:tr w:rsidR="00130219" w14:paraId="0BAF5ABC" w14:textId="77777777" w:rsidTr="008B64AF">
        <w:tc>
          <w:tcPr>
            <w:tcW w:w="900" w:type="dxa"/>
          </w:tcPr>
          <w:p w14:paraId="2151C0C6" w14:textId="2B488C2B"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15</w:t>
            </w:r>
          </w:p>
        </w:tc>
        <w:tc>
          <w:tcPr>
            <w:tcW w:w="8640" w:type="dxa"/>
          </w:tcPr>
          <w:p w14:paraId="585D3B0E" w14:textId="05B52CA8" w:rsidR="00130219" w:rsidRPr="003D51C8" w:rsidRDefault="00130219" w:rsidP="00130219">
            <w:pPr>
              <w:rPr>
                <w:rFonts w:ascii="Times New Roman" w:hAnsi="Times New Roman" w:cs="Times New Roman"/>
                <w:sz w:val="28"/>
                <w:szCs w:val="28"/>
              </w:rPr>
            </w:pPr>
          </w:p>
        </w:tc>
      </w:tr>
      <w:tr w:rsidR="00130219" w14:paraId="2AD439C4" w14:textId="77777777" w:rsidTr="008B64AF">
        <w:tc>
          <w:tcPr>
            <w:tcW w:w="900" w:type="dxa"/>
          </w:tcPr>
          <w:p w14:paraId="61389F2F" w14:textId="4D470F08"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16</w:t>
            </w:r>
          </w:p>
        </w:tc>
        <w:tc>
          <w:tcPr>
            <w:tcW w:w="8640" w:type="dxa"/>
          </w:tcPr>
          <w:p w14:paraId="543FB374" w14:textId="127ED4DE" w:rsidR="00130219" w:rsidRPr="003D51C8" w:rsidRDefault="00130219" w:rsidP="00130219">
            <w:pPr>
              <w:rPr>
                <w:rFonts w:ascii="Times New Roman" w:hAnsi="Times New Roman" w:cs="Times New Roman"/>
                <w:sz w:val="28"/>
                <w:szCs w:val="28"/>
              </w:rPr>
            </w:pPr>
          </w:p>
        </w:tc>
      </w:tr>
      <w:tr w:rsidR="00130219" w14:paraId="63DD198F" w14:textId="77777777" w:rsidTr="008B64AF">
        <w:tc>
          <w:tcPr>
            <w:tcW w:w="900" w:type="dxa"/>
          </w:tcPr>
          <w:p w14:paraId="2AB8D8C4" w14:textId="5845BB6E"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17</w:t>
            </w:r>
          </w:p>
        </w:tc>
        <w:tc>
          <w:tcPr>
            <w:tcW w:w="8640" w:type="dxa"/>
          </w:tcPr>
          <w:p w14:paraId="10609266" w14:textId="26B90617" w:rsidR="00130219" w:rsidRPr="003D51C8" w:rsidRDefault="00130219" w:rsidP="00130219">
            <w:pPr>
              <w:rPr>
                <w:rFonts w:ascii="Times New Roman" w:hAnsi="Times New Roman" w:cs="Times New Roman"/>
                <w:sz w:val="28"/>
                <w:szCs w:val="28"/>
              </w:rPr>
            </w:pPr>
          </w:p>
        </w:tc>
      </w:tr>
      <w:tr w:rsidR="00130219" w14:paraId="7E682FC1" w14:textId="77777777" w:rsidTr="008B64AF">
        <w:tc>
          <w:tcPr>
            <w:tcW w:w="900" w:type="dxa"/>
          </w:tcPr>
          <w:p w14:paraId="342A803B" w14:textId="1EE416C6"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18</w:t>
            </w:r>
          </w:p>
        </w:tc>
        <w:tc>
          <w:tcPr>
            <w:tcW w:w="8640" w:type="dxa"/>
          </w:tcPr>
          <w:p w14:paraId="5D8625E2" w14:textId="232B7819" w:rsidR="00130219" w:rsidRPr="003D51C8" w:rsidRDefault="00130219" w:rsidP="00130219">
            <w:pPr>
              <w:rPr>
                <w:rFonts w:ascii="Times New Roman" w:hAnsi="Times New Roman" w:cs="Times New Roman"/>
                <w:sz w:val="28"/>
                <w:szCs w:val="28"/>
              </w:rPr>
            </w:pPr>
          </w:p>
        </w:tc>
      </w:tr>
      <w:tr w:rsidR="00130219" w14:paraId="64F8B2B4" w14:textId="77777777" w:rsidTr="008B64AF">
        <w:tc>
          <w:tcPr>
            <w:tcW w:w="900" w:type="dxa"/>
          </w:tcPr>
          <w:p w14:paraId="7DFD0B73" w14:textId="57E79729"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19</w:t>
            </w:r>
          </w:p>
        </w:tc>
        <w:tc>
          <w:tcPr>
            <w:tcW w:w="8640" w:type="dxa"/>
          </w:tcPr>
          <w:p w14:paraId="6FAD4338" w14:textId="55AB2575" w:rsidR="00130219" w:rsidRPr="003D51C8" w:rsidRDefault="00130219" w:rsidP="00130219">
            <w:pPr>
              <w:rPr>
                <w:rFonts w:ascii="Times New Roman" w:hAnsi="Times New Roman" w:cs="Times New Roman"/>
                <w:sz w:val="28"/>
                <w:szCs w:val="28"/>
              </w:rPr>
            </w:pPr>
          </w:p>
        </w:tc>
      </w:tr>
      <w:tr w:rsidR="00130219" w14:paraId="57F57C51" w14:textId="77777777" w:rsidTr="008B64AF">
        <w:tc>
          <w:tcPr>
            <w:tcW w:w="900" w:type="dxa"/>
          </w:tcPr>
          <w:p w14:paraId="65C6023F" w14:textId="6D611874"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20</w:t>
            </w:r>
          </w:p>
        </w:tc>
        <w:tc>
          <w:tcPr>
            <w:tcW w:w="8640" w:type="dxa"/>
          </w:tcPr>
          <w:p w14:paraId="785109E5" w14:textId="21C8D332" w:rsidR="00130219" w:rsidRPr="003D51C8" w:rsidRDefault="00130219" w:rsidP="00130219">
            <w:pPr>
              <w:rPr>
                <w:rFonts w:ascii="Times New Roman" w:hAnsi="Times New Roman" w:cs="Times New Roman"/>
                <w:sz w:val="28"/>
                <w:szCs w:val="28"/>
              </w:rPr>
            </w:pPr>
          </w:p>
        </w:tc>
      </w:tr>
      <w:tr w:rsidR="00130219" w14:paraId="0F40770E" w14:textId="77777777" w:rsidTr="008B64AF">
        <w:tc>
          <w:tcPr>
            <w:tcW w:w="900" w:type="dxa"/>
          </w:tcPr>
          <w:p w14:paraId="7FAF1F71" w14:textId="6F7295FD"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21</w:t>
            </w:r>
          </w:p>
        </w:tc>
        <w:tc>
          <w:tcPr>
            <w:tcW w:w="8640" w:type="dxa"/>
          </w:tcPr>
          <w:p w14:paraId="7C562117" w14:textId="305AE8E7" w:rsidR="00130219" w:rsidRPr="003D51C8" w:rsidRDefault="00130219" w:rsidP="00130219">
            <w:pPr>
              <w:rPr>
                <w:rFonts w:ascii="Times New Roman" w:hAnsi="Times New Roman" w:cs="Times New Roman"/>
                <w:sz w:val="28"/>
                <w:szCs w:val="28"/>
              </w:rPr>
            </w:pPr>
          </w:p>
        </w:tc>
      </w:tr>
      <w:tr w:rsidR="00130219" w14:paraId="5889DF8F" w14:textId="77777777" w:rsidTr="008B64AF">
        <w:tc>
          <w:tcPr>
            <w:tcW w:w="900" w:type="dxa"/>
          </w:tcPr>
          <w:p w14:paraId="372405C4" w14:textId="4A89FFCD"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22</w:t>
            </w:r>
          </w:p>
        </w:tc>
        <w:tc>
          <w:tcPr>
            <w:tcW w:w="8640" w:type="dxa"/>
          </w:tcPr>
          <w:p w14:paraId="7BFDF416" w14:textId="2AA5A130" w:rsidR="00130219" w:rsidRPr="003D51C8" w:rsidRDefault="00130219" w:rsidP="00130219">
            <w:pPr>
              <w:rPr>
                <w:rFonts w:ascii="Times New Roman" w:hAnsi="Times New Roman" w:cs="Times New Roman"/>
                <w:sz w:val="28"/>
                <w:szCs w:val="28"/>
              </w:rPr>
            </w:pPr>
          </w:p>
        </w:tc>
      </w:tr>
      <w:tr w:rsidR="00130219" w14:paraId="37D4D974" w14:textId="77777777" w:rsidTr="008B64AF">
        <w:tc>
          <w:tcPr>
            <w:tcW w:w="900" w:type="dxa"/>
          </w:tcPr>
          <w:p w14:paraId="3C525C9F" w14:textId="1D850996"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23</w:t>
            </w:r>
          </w:p>
        </w:tc>
        <w:tc>
          <w:tcPr>
            <w:tcW w:w="8640" w:type="dxa"/>
          </w:tcPr>
          <w:p w14:paraId="3EB81A47" w14:textId="2F257BEA" w:rsidR="00130219" w:rsidRPr="003D51C8" w:rsidRDefault="00130219" w:rsidP="00130219">
            <w:pPr>
              <w:rPr>
                <w:rFonts w:ascii="Times New Roman" w:hAnsi="Times New Roman" w:cs="Times New Roman"/>
                <w:sz w:val="28"/>
                <w:szCs w:val="28"/>
              </w:rPr>
            </w:pPr>
          </w:p>
        </w:tc>
      </w:tr>
      <w:tr w:rsidR="00130219" w14:paraId="12D5BDD3" w14:textId="77777777" w:rsidTr="008B64AF">
        <w:tc>
          <w:tcPr>
            <w:tcW w:w="900" w:type="dxa"/>
          </w:tcPr>
          <w:p w14:paraId="7BA711CD" w14:textId="4D7831FA"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24</w:t>
            </w:r>
          </w:p>
        </w:tc>
        <w:tc>
          <w:tcPr>
            <w:tcW w:w="8640" w:type="dxa"/>
          </w:tcPr>
          <w:p w14:paraId="5362DD6F" w14:textId="4C0F92CE" w:rsidR="00130219" w:rsidRPr="003D51C8" w:rsidRDefault="00130219" w:rsidP="00130219">
            <w:pPr>
              <w:rPr>
                <w:rFonts w:ascii="Times New Roman" w:hAnsi="Times New Roman" w:cs="Times New Roman"/>
                <w:sz w:val="28"/>
                <w:szCs w:val="28"/>
              </w:rPr>
            </w:pPr>
          </w:p>
        </w:tc>
      </w:tr>
      <w:tr w:rsidR="00130219" w14:paraId="6CCA318C" w14:textId="77777777" w:rsidTr="008B64AF">
        <w:tc>
          <w:tcPr>
            <w:tcW w:w="900" w:type="dxa"/>
          </w:tcPr>
          <w:p w14:paraId="2CDFFA9B" w14:textId="16062978"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25</w:t>
            </w:r>
          </w:p>
        </w:tc>
        <w:tc>
          <w:tcPr>
            <w:tcW w:w="8640" w:type="dxa"/>
          </w:tcPr>
          <w:p w14:paraId="279DD391" w14:textId="0C7FB7AA" w:rsidR="00130219" w:rsidRPr="003D51C8" w:rsidRDefault="00130219" w:rsidP="00130219">
            <w:pPr>
              <w:rPr>
                <w:rFonts w:ascii="Times New Roman" w:hAnsi="Times New Roman" w:cs="Times New Roman"/>
                <w:sz w:val="28"/>
                <w:szCs w:val="28"/>
              </w:rPr>
            </w:pPr>
          </w:p>
        </w:tc>
      </w:tr>
      <w:tr w:rsidR="00130219" w14:paraId="501B451C" w14:textId="77777777" w:rsidTr="008B64AF">
        <w:tc>
          <w:tcPr>
            <w:tcW w:w="900" w:type="dxa"/>
          </w:tcPr>
          <w:p w14:paraId="1BCDA5A6" w14:textId="74AB8148" w:rsidR="00130219" w:rsidRPr="003D51C8" w:rsidRDefault="00130219" w:rsidP="00130219">
            <w:pPr>
              <w:jc w:val="center"/>
              <w:rPr>
                <w:rFonts w:ascii="Times New Roman" w:hAnsi="Times New Roman" w:cs="Times New Roman"/>
                <w:sz w:val="28"/>
                <w:szCs w:val="28"/>
              </w:rPr>
            </w:pPr>
            <w:r>
              <w:rPr>
                <w:rFonts w:ascii="Times New Roman" w:hAnsi="Times New Roman" w:cs="Times New Roman"/>
                <w:sz w:val="28"/>
                <w:szCs w:val="28"/>
              </w:rPr>
              <w:t>26</w:t>
            </w:r>
          </w:p>
        </w:tc>
        <w:tc>
          <w:tcPr>
            <w:tcW w:w="8640" w:type="dxa"/>
          </w:tcPr>
          <w:p w14:paraId="3B589364" w14:textId="1AB5AB88" w:rsidR="00130219" w:rsidRPr="003D51C8" w:rsidRDefault="00130219" w:rsidP="00130219">
            <w:pPr>
              <w:rPr>
                <w:rFonts w:ascii="Times New Roman" w:hAnsi="Times New Roman" w:cs="Times New Roman"/>
                <w:sz w:val="28"/>
                <w:szCs w:val="28"/>
              </w:rPr>
            </w:pPr>
          </w:p>
        </w:tc>
      </w:tr>
      <w:tr w:rsidR="00130219" w14:paraId="7A893AEE" w14:textId="77777777" w:rsidTr="008B64AF">
        <w:tc>
          <w:tcPr>
            <w:tcW w:w="900" w:type="dxa"/>
          </w:tcPr>
          <w:p w14:paraId="41371E96" w14:textId="2FF6047B" w:rsidR="00130219" w:rsidRPr="003D51C8" w:rsidRDefault="00130219" w:rsidP="00130219">
            <w:pPr>
              <w:jc w:val="center"/>
              <w:rPr>
                <w:rFonts w:ascii="Times New Roman" w:hAnsi="Times New Roman" w:cs="Times New Roman"/>
                <w:sz w:val="28"/>
                <w:szCs w:val="28"/>
              </w:rPr>
            </w:pPr>
            <w:r>
              <w:rPr>
                <w:rFonts w:ascii="Times New Roman" w:hAnsi="Times New Roman" w:cs="Times New Roman"/>
                <w:sz w:val="28"/>
                <w:szCs w:val="28"/>
              </w:rPr>
              <w:t>27</w:t>
            </w:r>
          </w:p>
        </w:tc>
        <w:tc>
          <w:tcPr>
            <w:tcW w:w="8640" w:type="dxa"/>
          </w:tcPr>
          <w:p w14:paraId="7A9D2B0B" w14:textId="468251C7" w:rsidR="00130219" w:rsidRPr="003D51C8" w:rsidRDefault="00130219" w:rsidP="00130219">
            <w:pPr>
              <w:rPr>
                <w:rFonts w:ascii="Times New Roman" w:hAnsi="Times New Roman" w:cs="Times New Roman"/>
                <w:sz w:val="28"/>
                <w:szCs w:val="28"/>
              </w:rPr>
            </w:pPr>
          </w:p>
        </w:tc>
      </w:tr>
      <w:tr w:rsidR="00130219" w14:paraId="7EAD358A" w14:textId="77777777" w:rsidTr="008B64AF">
        <w:tc>
          <w:tcPr>
            <w:tcW w:w="900" w:type="dxa"/>
          </w:tcPr>
          <w:p w14:paraId="7DA6B910" w14:textId="5BB35BBC"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28</w:t>
            </w:r>
          </w:p>
        </w:tc>
        <w:tc>
          <w:tcPr>
            <w:tcW w:w="8640" w:type="dxa"/>
          </w:tcPr>
          <w:p w14:paraId="00169DB7" w14:textId="1088232D" w:rsidR="00130219" w:rsidRDefault="00130219" w:rsidP="00130219">
            <w:pPr>
              <w:rPr>
                <w:rFonts w:ascii="Times New Roman" w:hAnsi="Times New Roman" w:cs="Times New Roman"/>
                <w:sz w:val="28"/>
                <w:szCs w:val="28"/>
              </w:rPr>
            </w:pPr>
          </w:p>
        </w:tc>
      </w:tr>
      <w:tr w:rsidR="00130219" w14:paraId="01A2FAA9" w14:textId="77777777" w:rsidTr="008B64AF">
        <w:tc>
          <w:tcPr>
            <w:tcW w:w="900" w:type="dxa"/>
          </w:tcPr>
          <w:p w14:paraId="55EBFAF3" w14:textId="60F55955" w:rsidR="00130219" w:rsidRDefault="00130219" w:rsidP="00130219">
            <w:pPr>
              <w:jc w:val="center"/>
              <w:rPr>
                <w:rFonts w:ascii="Times New Roman" w:hAnsi="Times New Roman" w:cs="Times New Roman"/>
                <w:sz w:val="28"/>
                <w:szCs w:val="28"/>
              </w:rPr>
            </w:pPr>
            <w:r>
              <w:rPr>
                <w:rFonts w:ascii="Times New Roman" w:hAnsi="Times New Roman" w:cs="Times New Roman"/>
                <w:sz w:val="28"/>
                <w:szCs w:val="28"/>
              </w:rPr>
              <w:t>29</w:t>
            </w:r>
          </w:p>
        </w:tc>
        <w:tc>
          <w:tcPr>
            <w:tcW w:w="8640" w:type="dxa"/>
          </w:tcPr>
          <w:p w14:paraId="590721A7" w14:textId="51BA2DB1" w:rsidR="00130219" w:rsidRDefault="00130219" w:rsidP="00130219">
            <w:pPr>
              <w:rPr>
                <w:rFonts w:ascii="Times New Roman" w:hAnsi="Times New Roman" w:cs="Times New Roman"/>
                <w:sz w:val="28"/>
                <w:szCs w:val="28"/>
              </w:rPr>
            </w:pPr>
          </w:p>
        </w:tc>
      </w:tr>
    </w:tbl>
    <w:p w14:paraId="5699F1B0" w14:textId="77777777" w:rsidR="002C7F36" w:rsidRPr="00F55C5E" w:rsidRDefault="002C7F36" w:rsidP="002C7F36">
      <w:pPr>
        <w:rPr>
          <w:rFonts w:ascii="Times New Roman" w:hAnsi="Times New Roman" w:cs="Times New Roman"/>
          <w:sz w:val="4"/>
          <w:szCs w:val="28"/>
        </w:rPr>
      </w:pPr>
    </w:p>
    <w:p w14:paraId="6AD9CF17" w14:textId="43F199CC" w:rsidR="002C7F36" w:rsidRPr="00BA67A3" w:rsidRDefault="002C7F36" w:rsidP="002C7F36">
      <w:pPr>
        <w:jc w:val="center"/>
        <w:rPr>
          <w:rFonts w:ascii="Times New Roman" w:hAnsi="Times New Roman" w:cs="Times New Roman"/>
          <w:i/>
          <w:sz w:val="28"/>
          <w:szCs w:val="28"/>
        </w:rPr>
      </w:pPr>
      <w:r>
        <w:rPr>
          <w:rFonts w:ascii="Times New Roman" w:hAnsi="Times New Roman" w:cs="Times New Roman"/>
          <w:i/>
          <w:sz w:val="28"/>
          <w:szCs w:val="28"/>
        </w:rPr>
        <w:t>(</w:t>
      </w:r>
      <w:r w:rsidRPr="00BA67A3">
        <w:rPr>
          <w:rFonts w:ascii="Times New Roman" w:hAnsi="Times New Roman" w:cs="Times New Roman"/>
          <w:i/>
          <w:sz w:val="28"/>
          <w:szCs w:val="28"/>
        </w:rPr>
        <w:t xml:space="preserve">Ấn định danh sách gồm </w:t>
      </w:r>
      <w:r w:rsidR="00130219">
        <w:rPr>
          <w:rFonts w:ascii="Times New Roman" w:hAnsi="Times New Roman" w:cs="Times New Roman"/>
          <w:i/>
          <w:sz w:val="28"/>
          <w:szCs w:val="28"/>
        </w:rPr>
        <w:t>29</w:t>
      </w:r>
      <w:r w:rsidRPr="00BA67A3">
        <w:rPr>
          <w:rFonts w:ascii="Times New Roman" w:hAnsi="Times New Roman" w:cs="Times New Roman"/>
          <w:i/>
          <w:sz w:val="28"/>
          <w:szCs w:val="28"/>
        </w:rPr>
        <w:t xml:space="preserve"> tập thể)</w:t>
      </w:r>
    </w:p>
    <w:p w14:paraId="40EAA39C" w14:textId="77777777" w:rsidR="002C7F36" w:rsidRDefault="002C7F36" w:rsidP="002C7F36">
      <w:pPr>
        <w:jc w:val="center"/>
        <w:rPr>
          <w:rFonts w:ascii="Times New Roman" w:hAnsi="Times New Roman" w:cs="Times New Roman"/>
          <w:i/>
          <w:sz w:val="28"/>
          <w:szCs w:val="28"/>
        </w:rPr>
      </w:pPr>
    </w:p>
    <w:p w14:paraId="28B9BEE6" w14:textId="77777777" w:rsidR="00155B25" w:rsidRDefault="00155B25" w:rsidP="002C7F36">
      <w:pPr>
        <w:jc w:val="center"/>
        <w:rPr>
          <w:rFonts w:ascii="Times New Roman" w:hAnsi="Times New Roman" w:cs="Times New Roman"/>
          <w:i/>
          <w:sz w:val="28"/>
          <w:szCs w:val="28"/>
        </w:rPr>
      </w:pPr>
    </w:p>
    <w:p w14:paraId="4A4872E5" w14:textId="77777777" w:rsidR="00130219" w:rsidRDefault="00130219" w:rsidP="002C7F36">
      <w:pPr>
        <w:jc w:val="center"/>
        <w:rPr>
          <w:rFonts w:ascii="Times New Roman" w:hAnsi="Times New Roman" w:cs="Times New Roman"/>
          <w:i/>
          <w:sz w:val="28"/>
          <w:szCs w:val="28"/>
        </w:rPr>
      </w:pPr>
    </w:p>
    <w:tbl>
      <w:tblPr>
        <w:tblStyle w:val="TableGrid"/>
        <w:tblW w:w="10065" w:type="dxa"/>
        <w:tblInd w:w="-743" w:type="dxa"/>
        <w:tblLook w:val="04A0" w:firstRow="1" w:lastRow="0" w:firstColumn="1" w:lastColumn="0" w:noHBand="0" w:noVBand="1"/>
      </w:tblPr>
      <w:tblGrid>
        <w:gridCol w:w="577"/>
        <w:gridCol w:w="9488"/>
      </w:tblGrid>
      <w:tr w:rsidR="00303700" w14:paraId="28E84BBE" w14:textId="77777777" w:rsidTr="00902873">
        <w:tc>
          <w:tcPr>
            <w:tcW w:w="577" w:type="dxa"/>
          </w:tcPr>
          <w:p w14:paraId="046466E6" w14:textId="3DC6616F" w:rsidR="00303700" w:rsidRDefault="00642414" w:rsidP="00902873">
            <w:pPr>
              <w:spacing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II</w:t>
            </w:r>
          </w:p>
        </w:tc>
        <w:tc>
          <w:tcPr>
            <w:tcW w:w="9488" w:type="dxa"/>
          </w:tcPr>
          <w:p w14:paraId="1ACC410D" w14:textId="343F63B0" w:rsidR="00303700" w:rsidRPr="00F55C5E" w:rsidRDefault="00303700" w:rsidP="00902873">
            <w:pPr>
              <w:spacing w:line="276" w:lineRule="auto"/>
              <w:rPr>
                <w:rFonts w:ascii="Times New Roman" w:hAnsi="Times New Roman" w:cs="Times New Roman"/>
                <w:b/>
                <w:sz w:val="28"/>
                <w:szCs w:val="28"/>
              </w:rPr>
            </w:pPr>
            <w:r>
              <w:rPr>
                <w:rFonts w:ascii="Times New Roman" w:hAnsi="Times New Roman" w:cs="Times New Roman"/>
                <w:b/>
                <w:sz w:val="28"/>
                <w:szCs w:val="28"/>
              </w:rPr>
              <w:t>Cá nhân</w:t>
            </w:r>
          </w:p>
        </w:tc>
      </w:tr>
    </w:tbl>
    <w:p w14:paraId="62E0CBC1" w14:textId="40067829" w:rsidR="00562431" w:rsidRPr="00BA67A3" w:rsidRDefault="00562431" w:rsidP="00562431">
      <w:pPr>
        <w:jc w:val="center"/>
        <w:rPr>
          <w:rFonts w:ascii="Times New Roman" w:hAnsi="Times New Roman" w:cs="Times New Roman"/>
          <w:i/>
          <w:sz w:val="28"/>
          <w:szCs w:val="28"/>
        </w:rPr>
      </w:pPr>
      <w:r>
        <w:rPr>
          <w:rFonts w:ascii="Times New Roman" w:hAnsi="Times New Roman" w:cs="Times New Roman"/>
          <w:i/>
          <w:sz w:val="28"/>
          <w:szCs w:val="28"/>
        </w:rPr>
        <w:t>(</w:t>
      </w:r>
      <w:r w:rsidRPr="00BA67A3">
        <w:rPr>
          <w:rFonts w:ascii="Times New Roman" w:hAnsi="Times New Roman" w:cs="Times New Roman"/>
          <w:i/>
          <w:sz w:val="28"/>
          <w:szCs w:val="28"/>
        </w:rPr>
        <w:t xml:space="preserve">Ấn định danh sách gồm </w:t>
      </w:r>
      <w:r>
        <w:rPr>
          <w:rFonts w:ascii="Times New Roman" w:hAnsi="Times New Roman" w:cs="Times New Roman"/>
          <w:i/>
          <w:sz w:val="28"/>
          <w:szCs w:val="28"/>
        </w:rPr>
        <w:t>3</w:t>
      </w:r>
      <w:r w:rsidR="00130219">
        <w:rPr>
          <w:rFonts w:ascii="Times New Roman" w:hAnsi="Times New Roman" w:cs="Times New Roman"/>
          <w:i/>
          <w:sz w:val="28"/>
          <w:szCs w:val="28"/>
        </w:rPr>
        <w:t>7</w:t>
      </w:r>
      <w:r>
        <w:rPr>
          <w:rFonts w:ascii="Times New Roman" w:hAnsi="Times New Roman" w:cs="Times New Roman"/>
          <w:i/>
          <w:sz w:val="28"/>
          <w:szCs w:val="28"/>
        </w:rPr>
        <w:t xml:space="preserve"> cá nhân</w:t>
      </w:r>
      <w:r w:rsidRPr="00BA67A3">
        <w:rPr>
          <w:rFonts w:ascii="Times New Roman" w:hAnsi="Times New Roman" w:cs="Times New Roman"/>
          <w:i/>
          <w:sz w:val="28"/>
          <w:szCs w:val="28"/>
        </w:rPr>
        <w:t>)</w:t>
      </w:r>
    </w:p>
    <w:p w14:paraId="04937410" w14:textId="77777777" w:rsidR="002C7F36" w:rsidRPr="00303700" w:rsidRDefault="002C7F36" w:rsidP="00303700">
      <w:pPr>
        <w:rPr>
          <w:rFonts w:ascii="Times New Roman" w:hAnsi="Times New Roman" w:cs="Times New Roman"/>
          <w:iCs/>
          <w:sz w:val="28"/>
          <w:szCs w:val="28"/>
        </w:rPr>
      </w:pPr>
    </w:p>
    <w:p w14:paraId="27D83BDE" w14:textId="77777777" w:rsidR="002C7F36" w:rsidRDefault="002C7F36" w:rsidP="002C7F36">
      <w:pPr>
        <w:jc w:val="center"/>
        <w:rPr>
          <w:rFonts w:ascii="Times New Roman" w:hAnsi="Times New Roman" w:cs="Times New Roman"/>
          <w:i/>
          <w:sz w:val="28"/>
          <w:szCs w:val="28"/>
        </w:rPr>
      </w:pPr>
    </w:p>
    <w:p w14:paraId="2D7D7403" w14:textId="77777777" w:rsidR="002C7F36" w:rsidRDefault="002C7F36" w:rsidP="002C7F36">
      <w:pPr>
        <w:jc w:val="center"/>
        <w:rPr>
          <w:rFonts w:ascii="Times New Roman" w:hAnsi="Times New Roman" w:cs="Times New Roman"/>
          <w:i/>
          <w:sz w:val="28"/>
          <w:szCs w:val="28"/>
        </w:rPr>
      </w:pPr>
    </w:p>
    <w:p w14:paraId="40D8720E" w14:textId="77777777" w:rsidR="002C7F36" w:rsidRDefault="002C7F36" w:rsidP="002C7F36">
      <w:pPr>
        <w:jc w:val="center"/>
        <w:rPr>
          <w:rFonts w:ascii="Times New Roman" w:hAnsi="Times New Roman" w:cs="Times New Roman"/>
          <w:i/>
          <w:sz w:val="28"/>
          <w:szCs w:val="28"/>
        </w:rPr>
      </w:pPr>
    </w:p>
    <w:p w14:paraId="4A9C4A31" w14:textId="77777777" w:rsidR="002C7F36" w:rsidRDefault="002C7F36" w:rsidP="002C7F36">
      <w:pPr>
        <w:jc w:val="center"/>
        <w:rPr>
          <w:rFonts w:ascii="Times New Roman" w:hAnsi="Times New Roman" w:cs="Times New Roman"/>
          <w:i/>
          <w:sz w:val="28"/>
          <w:szCs w:val="28"/>
        </w:rPr>
      </w:pPr>
    </w:p>
    <w:p w14:paraId="68D72219" w14:textId="77777777" w:rsidR="002C7F36" w:rsidRDefault="002C7F36" w:rsidP="002C7F36">
      <w:pPr>
        <w:jc w:val="center"/>
        <w:rPr>
          <w:rFonts w:ascii="Times New Roman" w:hAnsi="Times New Roman" w:cs="Times New Roman"/>
          <w:i/>
          <w:sz w:val="28"/>
          <w:szCs w:val="28"/>
        </w:rPr>
      </w:pPr>
    </w:p>
    <w:p w14:paraId="2044134B" w14:textId="77777777" w:rsidR="002C7F36" w:rsidRDefault="002C7F36" w:rsidP="002C7F36">
      <w:pPr>
        <w:jc w:val="center"/>
        <w:rPr>
          <w:rFonts w:ascii="Times New Roman" w:hAnsi="Times New Roman" w:cs="Times New Roman"/>
          <w:i/>
          <w:sz w:val="28"/>
          <w:szCs w:val="28"/>
        </w:rPr>
      </w:pPr>
    </w:p>
    <w:p w14:paraId="6EA4E189" w14:textId="77777777" w:rsidR="002C7F36" w:rsidRDefault="002C7F36" w:rsidP="002C7F36">
      <w:pPr>
        <w:rPr>
          <w:rFonts w:ascii="Times New Roman" w:hAnsi="Times New Roman" w:cs="Times New Roman"/>
          <w:i/>
          <w:sz w:val="28"/>
          <w:szCs w:val="28"/>
        </w:rPr>
      </w:pPr>
    </w:p>
    <w:p w14:paraId="466D34F0" w14:textId="77777777" w:rsidR="002C7F36" w:rsidRDefault="002C7F36" w:rsidP="002C7F36">
      <w:pPr>
        <w:rPr>
          <w:rFonts w:ascii="Times New Roman" w:hAnsi="Times New Roman" w:cs="Times New Roman"/>
          <w:i/>
          <w:sz w:val="28"/>
          <w:szCs w:val="28"/>
        </w:rPr>
      </w:pPr>
    </w:p>
    <w:p w14:paraId="6694B1E1" w14:textId="77777777" w:rsidR="002C7F36" w:rsidRDefault="002C7F36" w:rsidP="002C7F36">
      <w:pPr>
        <w:rPr>
          <w:rFonts w:ascii="Times New Roman" w:hAnsi="Times New Roman" w:cs="Times New Roman"/>
          <w:i/>
          <w:sz w:val="28"/>
          <w:szCs w:val="28"/>
        </w:rPr>
      </w:pPr>
    </w:p>
    <w:p w14:paraId="7178E4A5" w14:textId="77777777" w:rsidR="002C7F36" w:rsidRDefault="002C7F36" w:rsidP="002C7F36">
      <w:pPr>
        <w:rPr>
          <w:rFonts w:ascii="Times New Roman" w:hAnsi="Times New Roman" w:cs="Times New Roman"/>
          <w:i/>
          <w:sz w:val="28"/>
          <w:szCs w:val="28"/>
        </w:rPr>
      </w:pPr>
    </w:p>
    <w:p w14:paraId="31AD3A1D" w14:textId="77777777" w:rsidR="00BD07F1" w:rsidRDefault="00BD07F1" w:rsidP="00122EF4">
      <w:pPr>
        <w:tabs>
          <w:tab w:val="left" w:pos="6000"/>
        </w:tabs>
        <w:sectPr w:rsidR="00BD07F1" w:rsidSect="006F03A9">
          <w:footerReference w:type="default" r:id="rId8"/>
          <w:pgSz w:w="11907" w:h="16839" w:code="9"/>
          <w:pgMar w:top="1134" w:right="1134" w:bottom="1134" w:left="1701" w:header="567" w:footer="567" w:gutter="0"/>
          <w:cols w:space="720"/>
          <w:docGrid w:linePitch="360"/>
        </w:sectPr>
      </w:pPr>
    </w:p>
    <w:p w14:paraId="6B69CCA0" w14:textId="77777777" w:rsidR="003556ED" w:rsidRDefault="003556ED" w:rsidP="00F751FB">
      <w:pPr>
        <w:tabs>
          <w:tab w:val="left" w:pos="6000"/>
        </w:tabs>
        <w:jc w:val="center"/>
      </w:pPr>
    </w:p>
    <w:sectPr w:rsidR="003556ED" w:rsidSect="00F751FB">
      <w:pgSz w:w="16839" w:h="11907" w:orient="landscape" w:code="9"/>
      <w:pgMar w:top="1135" w:right="2238"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4841B5" w14:textId="77777777" w:rsidR="00873B4F" w:rsidRDefault="00873B4F" w:rsidP="000A22D5">
      <w:pPr>
        <w:spacing w:after="0" w:line="240" w:lineRule="auto"/>
      </w:pPr>
      <w:r>
        <w:separator/>
      </w:r>
    </w:p>
  </w:endnote>
  <w:endnote w:type="continuationSeparator" w:id="0">
    <w:p w14:paraId="10FD4CDD" w14:textId="77777777" w:rsidR="00873B4F" w:rsidRDefault="00873B4F" w:rsidP="000A2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974906"/>
      <w:docPartObj>
        <w:docPartGallery w:val="Page Numbers (Bottom of Page)"/>
        <w:docPartUnique/>
      </w:docPartObj>
    </w:sdtPr>
    <w:sdtEndPr>
      <w:rPr>
        <w:noProof/>
      </w:rPr>
    </w:sdtEndPr>
    <w:sdtContent>
      <w:p w14:paraId="132ABD8B" w14:textId="26C8FCF4" w:rsidR="002C7F36" w:rsidRDefault="002C7F36">
        <w:pPr>
          <w:pStyle w:val="Footer"/>
          <w:jc w:val="center"/>
        </w:pPr>
        <w:r>
          <w:fldChar w:fldCharType="begin"/>
        </w:r>
        <w:r>
          <w:instrText xml:space="preserve"> PAGE   \* MERGEFORMAT </w:instrText>
        </w:r>
        <w:r>
          <w:fldChar w:fldCharType="separate"/>
        </w:r>
        <w:r w:rsidR="00BA0650">
          <w:rPr>
            <w:noProof/>
          </w:rPr>
          <w:t>1</w:t>
        </w:r>
        <w:r>
          <w:rPr>
            <w:noProof/>
          </w:rPr>
          <w:fldChar w:fldCharType="end"/>
        </w:r>
      </w:p>
    </w:sdtContent>
  </w:sdt>
  <w:p w14:paraId="57384573" w14:textId="77777777" w:rsidR="002C7F36" w:rsidRDefault="002C7F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F5260" w14:textId="77777777" w:rsidR="00873B4F" w:rsidRDefault="00873B4F" w:rsidP="000A22D5">
      <w:pPr>
        <w:spacing w:after="0" w:line="240" w:lineRule="auto"/>
      </w:pPr>
      <w:r>
        <w:separator/>
      </w:r>
    </w:p>
  </w:footnote>
  <w:footnote w:type="continuationSeparator" w:id="0">
    <w:p w14:paraId="7986216E" w14:textId="77777777" w:rsidR="00873B4F" w:rsidRDefault="00873B4F" w:rsidP="000A22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8821EE2"/>
    <w:multiLevelType w:val="hybridMultilevel"/>
    <w:tmpl w:val="7458AF42"/>
    <w:lvl w:ilvl="0" w:tplc="C0CA8A56">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2DE77DC"/>
    <w:multiLevelType w:val="hybridMultilevel"/>
    <w:tmpl w:val="AE546A58"/>
    <w:lvl w:ilvl="0" w:tplc="A0B4BEE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5751714"/>
    <w:multiLevelType w:val="hybridMultilevel"/>
    <w:tmpl w:val="F444657C"/>
    <w:lvl w:ilvl="0" w:tplc="F3FEFD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37F30E3"/>
    <w:multiLevelType w:val="hybridMultilevel"/>
    <w:tmpl w:val="438CDB9C"/>
    <w:lvl w:ilvl="0" w:tplc="EE2484BA">
      <w:numFmt w:val="bullet"/>
      <w:lvlText w:val="-"/>
      <w:lvlJc w:val="left"/>
      <w:pPr>
        <w:ind w:left="1080" w:hanging="360"/>
      </w:pPr>
      <w:rPr>
        <w:rFonts w:ascii="Times New Roman" w:eastAsiaTheme="minorEastAsia"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D1E6011"/>
    <w:multiLevelType w:val="hybridMultilevel"/>
    <w:tmpl w:val="4D48540C"/>
    <w:lvl w:ilvl="0" w:tplc="9E1E9562">
      <w:numFmt w:val="bullet"/>
      <w:lvlText w:val="-"/>
      <w:lvlJc w:val="left"/>
      <w:pPr>
        <w:ind w:left="2655" w:hanging="360"/>
      </w:pPr>
      <w:rPr>
        <w:rFonts w:ascii="Times New Roman" w:eastAsiaTheme="minorEastAsia" w:hAnsi="Times New Roman" w:cs="Times New Roman" w:hint="default"/>
      </w:rPr>
    </w:lvl>
    <w:lvl w:ilvl="1" w:tplc="04090003" w:tentative="1">
      <w:start w:val="1"/>
      <w:numFmt w:val="bullet"/>
      <w:lvlText w:val="o"/>
      <w:lvlJc w:val="left"/>
      <w:pPr>
        <w:ind w:left="3375" w:hanging="360"/>
      </w:pPr>
      <w:rPr>
        <w:rFonts w:ascii="Courier New" w:hAnsi="Courier New" w:cs="Courier New" w:hint="default"/>
      </w:rPr>
    </w:lvl>
    <w:lvl w:ilvl="2" w:tplc="04090005" w:tentative="1">
      <w:start w:val="1"/>
      <w:numFmt w:val="bullet"/>
      <w:lvlText w:val=""/>
      <w:lvlJc w:val="left"/>
      <w:pPr>
        <w:ind w:left="4095" w:hanging="360"/>
      </w:pPr>
      <w:rPr>
        <w:rFonts w:ascii="Wingdings" w:hAnsi="Wingdings" w:hint="default"/>
      </w:rPr>
    </w:lvl>
    <w:lvl w:ilvl="3" w:tplc="04090001" w:tentative="1">
      <w:start w:val="1"/>
      <w:numFmt w:val="bullet"/>
      <w:lvlText w:val=""/>
      <w:lvlJc w:val="left"/>
      <w:pPr>
        <w:ind w:left="4815" w:hanging="360"/>
      </w:pPr>
      <w:rPr>
        <w:rFonts w:ascii="Symbol" w:hAnsi="Symbol" w:hint="default"/>
      </w:rPr>
    </w:lvl>
    <w:lvl w:ilvl="4" w:tplc="04090003" w:tentative="1">
      <w:start w:val="1"/>
      <w:numFmt w:val="bullet"/>
      <w:lvlText w:val="o"/>
      <w:lvlJc w:val="left"/>
      <w:pPr>
        <w:ind w:left="5535" w:hanging="360"/>
      </w:pPr>
      <w:rPr>
        <w:rFonts w:ascii="Courier New" w:hAnsi="Courier New" w:cs="Courier New" w:hint="default"/>
      </w:rPr>
    </w:lvl>
    <w:lvl w:ilvl="5" w:tplc="04090005" w:tentative="1">
      <w:start w:val="1"/>
      <w:numFmt w:val="bullet"/>
      <w:lvlText w:val=""/>
      <w:lvlJc w:val="left"/>
      <w:pPr>
        <w:ind w:left="6255" w:hanging="360"/>
      </w:pPr>
      <w:rPr>
        <w:rFonts w:ascii="Wingdings" w:hAnsi="Wingdings" w:hint="default"/>
      </w:rPr>
    </w:lvl>
    <w:lvl w:ilvl="6" w:tplc="04090001" w:tentative="1">
      <w:start w:val="1"/>
      <w:numFmt w:val="bullet"/>
      <w:lvlText w:val=""/>
      <w:lvlJc w:val="left"/>
      <w:pPr>
        <w:ind w:left="6975" w:hanging="360"/>
      </w:pPr>
      <w:rPr>
        <w:rFonts w:ascii="Symbol" w:hAnsi="Symbol" w:hint="default"/>
      </w:rPr>
    </w:lvl>
    <w:lvl w:ilvl="7" w:tplc="04090003" w:tentative="1">
      <w:start w:val="1"/>
      <w:numFmt w:val="bullet"/>
      <w:lvlText w:val="o"/>
      <w:lvlJc w:val="left"/>
      <w:pPr>
        <w:ind w:left="7695" w:hanging="360"/>
      </w:pPr>
      <w:rPr>
        <w:rFonts w:ascii="Courier New" w:hAnsi="Courier New" w:cs="Courier New" w:hint="default"/>
      </w:rPr>
    </w:lvl>
    <w:lvl w:ilvl="8" w:tplc="04090005" w:tentative="1">
      <w:start w:val="1"/>
      <w:numFmt w:val="bullet"/>
      <w:lvlText w:val=""/>
      <w:lvlJc w:val="left"/>
      <w:pPr>
        <w:ind w:left="8415" w:hanging="360"/>
      </w:pPr>
      <w:rPr>
        <w:rFonts w:ascii="Wingdings" w:hAnsi="Wingdings" w:hint="default"/>
      </w:rPr>
    </w:lvl>
  </w:abstractNum>
  <w:abstractNum w:abstractNumId="14">
    <w:nsid w:val="6DBE63EC"/>
    <w:multiLevelType w:val="hybridMultilevel"/>
    <w:tmpl w:val="EA12674C"/>
    <w:lvl w:ilvl="0" w:tplc="9D02EA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B7D3722"/>
    <w:multiLevelType w:val="hybridMultilevel"/>
    <w:tmpl w:val="3D4E67D8"/>
    <w:lvl w:ilvl="0" w:tplc="1B561386">
      <w:numFmt w:val="bullet"/>
      <w:lvlText w:val="-"/>
      <w:lvlJc w:val="left"/>
      <w:pPr>
        <w:ind w:left="927" w:hanging="360"/>
      </w:pPr>
      <w:rPr>
        <w:rFonts w:ascii="Times New Roman" w:eastAsiaTheme="minorEastAsia"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2"/>
  </w:num>
  <w:num w:numId="13">
    <w:abstractNumId w:val="13"/>
  </w:num>
  <w:num w:numId="14">
    <w:abstractNumId w:val="15"/>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375B"/>
    <w:rsid w:val="00081205"/>
    <w:rsid w:val="000A22D5"/>
    <w:rsid w:val="000A2853"/>
    <w:rsid w:val="000B7BB5"/>
    <w:rsid w:val="000F427F"/>
    <w:rsid w:val="001018E7"/>
    <w:rsid w:val="001100D2"/>
    <w:rsid w:val="00112285"/>
    <w:rsid w:val="00122EF4"/>
    <w:rsid w:val="00130219"/>
    <w:rsid w:val="001312AF"/>
    <w:rsid w:val="0015074B"/>
    <w:rsid w:val="00155B25"/>
    <w:rsid w:val="00184BE5"/>
    <w:rsid w:val="001C64D6"/>
    <w:rsid w:val="001F5CAF"/>
    <w:rsid w:val="00217D03"/>
    <w:rsid w:val="00243C4A"/>
    <w:rsid w:val="00245540"/>
    <w:rsid w:val="00251FBF"/>
    <w:rsid w:val="00291C95"/>
    <w:rsid w:val="002948D0"/>
    <w:rsid w:val="0029639D"/>
    <w:rsid w:val="002A55D5"/>
    <w:rsid w:val="002B39C8"/>
    <w:rsid w:val="002B76B7"/>
    <w:rsid w:val="002C7F36"/>
    <w:rsid w:val="002F3FE1"/>
    <w:rsid w:val="002F5387"/>
    <w:rsid w:val="00303700"/>
    <w:rsid w:val="00305A85"/>
    <w:rsid w:val="00310DFB"/>
    <w:rsid w:val="003204BF"/>
    <w:rsid w:val="00326F90"/>
    <w:rsid w:val="00350C93"/>
    <w:rsid w:val="00353880"/>
    <w:rsid w:val="003556ED"/>
    <w:rsid w:val="003708D1"/>
    <w:rsid w:val="003D31E7"/>
    <w:rsid w:val="003F1515"/>
    <w:rsid w:val="003F71FA"/>
    <w:rsid w:val="00422E57"/>
    <w:rsid w:val="00432F05"/>
    <w:rsid w:val="004947F8"/>
    <w:rsid w:val="004C78F5"/>
    <w:rsid w:val="005067DC"/>
    <w:rsid w:val="00541484"/>
    <w:rsid w:val="00562431"/>
    <w:rsid w:val="00593DFC"/>
    <w:rsid w:val="005A1CCB"/>
    <w:rsid w:val="005C6978"/>
    <w:rsid w:val="005F535D"/>
    <w:rsid w:val="00615E28"/>
    <w:rsid w:val="00642414"/>
    <w:rsid w:val="00666A3D"/>
    <w:rsid w:val="00691C15"/>
    <w:rsid w:val="006A4DD6"/>
    <w:rsid w:val="006F03A9"/>
    <w:rsid w:val="006F4E11"/>
    <w:rsid w:val="00706561"/>
    <w:rsid w:val="00711A7F"/>
    <w:rsid w:val="00742DBC"/>
    <w:rsid w:val="00750AA5"/>
    <w:rsid w:val="00753CC1"/>
    <w:rsid w:val="00787D85"/>
    <w:rsid w:val="007A58CB"/>
    <w:rsid w:val="007A7C78"/>
    <w:rsid w:val="007B67FA"/>
    <w:rsid w:val="007C59E8"/>
    <w:rsid w:val="007D4D98"/>
    <w:rsid w:val="00810C65"/>
    <w:rsid w:val="008200B5"/>
    <w:rsid w:val="00866D93"/>
    <w:rsid w:val="00873B4F"/>
    <w:rsid w:val="008B5DB1"/>
    <w:rsid w:val="008C427C"/>
    <w:rsid w:val="008D0327"/>
    <w:rsid w:val="008D0686"/>
    <w:rsid w:val="008D6FB9"/>
    <w:rsid w:val="008F3EAB"/>
    <w:rsid w:val="008F4D00"/>
    <w:rsid w:val="00902873"/>
    <w:rsid w:val="00927F98"/>
    <w:rsid w:val="00966EEF"/>
    <w:rsid w:val="00972E99"/>
    <w:rsid w:val="009808E7"/>
    <w:rsid w:val="009857D5"/>
    <w:rsid w:val="009B7049"/>
    <w:rsid w:val="00A1072A"/>
    <w:rsid w:val="00A440F3"/>
    <w:rsid w:val="00A94759"/>
    <w:rsid w:val="00AA1D8D"/>
    <w:rsid w:val="00AD0490"/>
    <w:rsid w:val="00AF3612"/>
    <w:rsid w:val="00B22398"/>
    <w:rsid w:val="00B22567"/>
    <w:rsid w:val="00B35002"/>
    <w:rsid w:val="00B37052"/>
    <w:rsid w:val="00B47730"/>
    <w:rsid w:val="00B874F3"/>
    <w:rsid w:val="00B915D0"/>
    <w:rsid w:val="00BA0650"/>
    <w:rsid w:val="00BB1577"/>
    <w:rsid w:val="00BC7A0F"/>
    <w:rsid w:val="00BD07F1"/>
    <w:rsid w:val="00C013E0"/>
    <w:rsid w:val="00C362C2"/>
    <w:rsid w:val="00C84790"/>
    <w:rsid w:val="00CB0664"/>
    <w:rsid w:val="00CC233E"/>
    <w:rsid w:val="00CD646B"/>
    <w:rsid w:val="00CE14E0"/>
    <w:rsid w:val="00CF237B"/>
    <w:rsid w:val="00D12D99"/>
    <w:rsid w:val="00D33DC1"/>
    <w:rsid w:val="00D47109"/>
    <w:rsid w:val="00D478B4"/>
    <w:rsid w:val="00D676AF"/>
    <w:rsid w:val="00D75950"/>
    <w:rsid w:val="00D77E69"/>
    <w:rsid w:val="00D8423D"/>
    <w:rsid w:val="00D86278"/>
    <w:rsid w:val="00DA138D"/>
    <w:rsid w:val="00DA7D6A"/>
    <w:rsid w:val="00DF3FFA"/>
    <w:rsid w:val="00DF7F8B"/>
    <w:rsid w:val="00E00C26"/>
    <w:rsid w:val="00E16E79"/>
    <w:rsid w:val="00E77BF8"/>
    <w:rsid w:val="00E87E90"/>
    <w:rsid w:val="00ED7559"/>
    <w:rsid w:val="00EF0A6A"/>
    <w:rsid w:val="00F242F6"/>
    <w:rsid w:val="00F726FE"/>
    <w:rsid w:val="00F751FB"/>
    <w:rsid w:val="00FB20B7"/>
    <w:rsid w:val="00FC693F"/>
    <w:rsid w:val="00FD1A64"/>
    <w:rsid w:val="00FF1973"/>
    <w:rsid w:val="00FF1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2674F4"/>
  <w14:defaultImageDpi w14:val="300"/>
  <w15:docId w15:val="{22ABB252-E8B6-4734-83F1-7FBAAA6B8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737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75B"/>
    <w:rPr>
      <w:rFonts w:ascii="Tahoma" w:hAnsi="Tahoma" w:cs="Tahoma"/>
      <w:sz w:val="16"/>
      <w:szCs w:val="16"/>
    </w:rPr>
  </w:style>
  <w:style w:type="paragraph" w:customStyle="1" w:styleId="Default">
    <w:name w:val="Default"/>
    <w:rsid w:val="00CC233E"/>
    <w:pPr>
      <w:autoSpaceDE w:val="0"/>
      <w:autoSpaceDN w:val="0"/>
      <w:adjustRightInd w:val="0"/>
      <w:spacing w:after="0" w:line="240" w:lineRule="auto"/>
    </w:pPr>
    <w:rPr>
      <w:rFonts w:ascii="Times New Roman" w:eastAsia="Times New Roman" w:hAnsi="Times New Roman" w:cs="Times New Roman"/>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670685">
      <w:bodyDiv w:val="1"/>
      <w:marLeft w:val="0"/>
      <w:marRight w:val="0"/>
      <w:marTop w:val="0"/>
      <w:marBottom w:val="0"/>
      <w:divBdr>
        <w:top w:val="none" w:sz="0" w:space="0" w:color="auto"/>
        <w:left w:val="none" w:sz="0" w:space="0" w:color="auto"/>
        <w:bottom w:val="none" w:sz="0" w:space="0" w:color="auto"/>
        <w:right w:val="none" w:sz="0" w:space="0" w:color="auto"/>
      </w:divBdr>
    </w:div>
    <w:div w:id="314452489">
      <w:bodyDiv w:val="1"/>
      <w:marLeft w:val="0"/>
      <w:marRight w:val="0"/>
      <w:marTop w:val="0"/>
      <w:marBottom w:val="0"/>
      <w:divBdr>
        <w:top w:val="none" w:sz="0" w:space="0" w:color="auto"/>
        <w:left w:val="none" w:sz="0" w:space="0" w:color="auto"/>
        <w:bottom w:val="none" w:sz="0" w:space="0" w:color="auto"/>
        <w:right w:val="none" w:sz="0" w:space="0" w:color="auto"/>
      </w:divBdr>
    </w:div>
    <w:div w:id="359209569">
      <w:bodyDiv w:val="1"/>
      <w:marLeft w:val="0"/>
      <w:marRight w:val="0"/>
      <w:marTop w:val="0"/>
      <w:marBottom w:val="0"/>
      <w:divBdr>
        <w:top w:val="none" w:sz="0" w:space="0" w:color="auto"/>
        <w:left w:val="none" w:sz="0" w:space="0" w:color="auto"/>
        <w:bottom w:val="none" w:sz="0" w:space="0" w:color="auto"/>
        <w:right w:val="none" w:sz="0" w:space="0" w:color="auto"/>
      </w:divBdr>
    </w:div>
    <w:div w:id="550307830">
      <w:bodyDiv w:val="1"/>
      <w:marLeft w:val="0"/>
      <w:marRight w:val="0"/>
      <w:marTop w:val="0"/>
      <w:marBottom w:val="0"/>
      <w:divBdr>
        <w:top w:val="none" w:sz="0" w:space="0" w:color="auto"/>
        <w:left w:val="none" w:sz="0" w:space="0" w:color="auto"/>
        <w:bottom w:val="none" w:sz="0" w:space="0" w:color="auto"/>
        <w:right w:val="none" w:sz="0" w:space="0" w:color="auto"/>
      </w:divBdr>
    </w:div>
    <w:div w:id="594365428">
      <w:bodyDiv w:val="1"/>
      <w:marLeft w:val="0"/>
      <w:marRight w:val="0"/>
      <w:marTop w:val="0"/>
      <w:marBottom w:val="0"/>
      <w:divBdr>
        <w:top w:val="none" w:sz="0" w:space="0" w:color="auto"/>
        <w:left w:val="none" w:sz="0" w:space="0" w:color="auto"/>
        <w:bottom w:val="none" w:sz="0" w:space="0" w:color="auto"/>
        <w:right w:val="none" w:sz="0" w:space="0" w:color="auto"/>
      </w:divBdr>
    </w:div>
    <w:div w:id="869758457">
      <w:bodyDiv w:val="1"/>
      <w:marLeft w:val="0"/>
      <w:marRight w:val="0"/>
      <w:marTop w:val="0"/>
      <w:marBottom w:val="0"/>
      <w:divBdr>
        <w:top w:val="none" w:sz="0" w:space="0" w:color="auto"/>
        <w:left w:val="none" w:sz="0" w:space="0" w:color="auto"/>
        <w:bottom w:val="none" w:sz="0" w:space="0" w:color="auto"/>
        <w:right w:val="none" w:sz="0" w:space="0" w:color="auto"/>
      </w:divBdr>
    </w:div>
    <w:div w:id="877471858">
      <w:bodyDiv w:val="1"/>
      <w:marLeft w:val="0"/>
      <w:marRight w:val="0"/>
      <w:marTop w:val="0"/>
      <w:marBottom w:val="0"/>
      <w:divBdr>
        <w:top w:val="none" w:sz="0" w:space="0" w:color="auto"/>
        <w:left w:val="none" w:sz="0" w:space="0" w:color="auto"/>
        <w:bottom w:val="none" w:sz="0" w:space="0" w:color="auto"/>
        <w:right w:val="none" w:sz="0" w:space="0" w:color="auto"/>
      </w:divBdr>
    </w:div>
    <w:div w:id="953098355">
      <w:bodyDiv w:val="1"/>
      <w:marLeft w:val="0"/>
      <w:marRight w:val="0"/>
      <w:marTop w:val="0"/>
      <w:marBottom w:val="0"/>
      <w:divBdr>
        <w:top w:val="none" w:sz="0" w:space="0" w:color="auto"/>
        <w:left w:val="none" w:sz="0" w:space="0" w:color="auto"/>
        <w:bottom w:val="none" w:sz="0" w:space="0" w:color="auto"/>
        <w:right w:val="none" w:sz="0" w:space="0" w:color="auto"/>
      </w:divBdr>
    </w:div>
    <w:div w:id="962887156">
      <w:bodyDiv w:val="1"/>
      <w:marLeft w:val="0"/>
      <w:marRight w:val="0"/>
      <w:marTop w:val="0"/>
      <w:marBottom w:val="0"/>
      <w:divBdr>
        <w:top w:val="none" w:sz="0" w:space="0" w:color="auto"/>
        <w:left w:val="none" w:sz="0" w:space="0" w:color="auto"/>
        <w:bottom w:val="none" w:sz="0" w:space="0" w:color="auto"/>
        <w:right w:val="none" w:sz="0" w:space="0" w:color="auto"/>
      </w:divBdr>
    </w:div>
    <w:div w:id="1053504236">
      <w:bodyDiv w:val="1"/>
      <w:marLeft w:val="0"/>
      <w:marRight w:val="0"/>
      <w:marTop w:val="0"/>
      <w:marBottom w:val="0"/>
      <w:divBdr>
        <w:top w:val="none" w:sz="0" w:space="0" w:color="auto"/>
        <w:left w:val="none" w:sz="0" w:space="0" w:color="auto"/>
        <w:bottom w:val="none" w:sz="0" w:space="0" w:color="auto"/>
        <w:right w:val="none" w:sz="0" w:space="0" w:color="auto"/>
      </w:divBdr>
    </w:div>
    <w:div w:id="1083836522">
      <w:bodyDiv w:val="1"/>
      <w:marLeft w:val="0"/>
      <w:marRight w:val="0"/>
      <w:marTop w:val="0"/>
      <w:marBottom w:val="0"/>
      <w:divBdr>
        <w:top w:val="none" w:sz="0" w:space="0" w:color="auto"/>
        <w:left w:val="none" w:sz="0" w:space="0" w:color="auto"/>
        <w:bottom w:val="none" w:sz="0" w:space="0" w:color="auto"/>
        <w:right w:val="none" w:sz="0" w:space="0" w:color="auto"/>
      </w:divBdr>
    </w:div>
    <w:div w:id="1232227782">
      <w:bodyDiv w:val="1"/>
      <w:marLeft w:val="0"/>
      <w:marRight w:val="0"/>
      <w:marTop w:val="0"/>
      <w:marBottom w:val="0"/>
      <w:divBdr>
        <w:top w:val="none" w:sz="0" w:space="0" w:color="auto"/>
        <w:left w:val="none" w:sz="0" w:space="0" w:color="auto"/>
        <w:bottom w:val="none" w:sz="0" w:space="0" w:color="auto"/>
        <w:right w:val="none" w:sz="0" w:space="0" w:color="auto"/>
      </w:divBdr>
    </w:div>
    <w:div w:id="1456950393">
      <w:bodyDiv w:val="1"/>
      <w:marLeft w:val="0"/>
      <w:marRight w:val="0"/>
      <w:marTop w:val="0"/>
      <w:marBottom w:val="0"/>
      <w:divBdr>
        <w:top w:val="none" w:sz="0" w:space="0" w:color="auto"/>
        <w:left w:val="none" w:sz="0" w:space="0" w:color="auto"/>
        <w:bottom w:val="none" w:sz="0" w:space="0" w:color="auto"/>
        <w:right w:val="none" w:sz="0" w:space="0" w:color="auto"/>
      </w:divBdr>
    </w:div>
    <w:div w:id="1554610579">
      <w:bodyDiv w:val="1"/>
      <w:marLeft w:val="0"/>
      <w:marRight w:val="0"/>
      <w:marTop w:val="0"/>
      <w:marBottom w:val="0"/>
      <w:divBdr>
        <w:top w:val="none" w:sz="0" w:space="0" w:color="auto"/>
        <w:left w:val="none" w:sz="0" w:space="0" w:color="auto"/>
        <w:bottom w:val="none" w:sz="0" w:space="0" w:color="auto"/>
        <w:right w:val="none" w:sz="0" w:space="0" w:color="auto"/>
      </w:divBdr>
      <w:divsChild>
        <w:div w:id="1129710782">
          <w:marLeft w:val="0"/>
          <w:marRight w:val="0"/>
          <w:marTop w:val="0"/>
          <w:marBottom w:val="0"/>
          <w:divBdr>
            <w:top w:val="none" w:sz="0" w:space="0" w:color="auto"/>
            <w:left w:val="none" w:sz="0" w:space="0" w:color="auto"/>
            <w:bottom w:val="none" w:sz="0" w:space="0" w:color="auto"/>
            <w:right w:val="none" w:sz="0" w:space="0" w:color="auto"/>
          </w:divBdr>
        </w:div>
        <w:div w:id="1694961223">
          <w:marLeft w:val="0"/>
          <w:marRight w:val="0"/>
          <w:marTop w:val="0"/>
          <w:marBottom w:val="0"/>
          <w:divBdr>
            <w:top w:val="none" w:sz="0" w:space="0" w:color="auto"/>
            <w:left w:val="none" w:sz="0" w:space="0" w:color="auto"/>
            <w:bottom w:val="none" w:sz="0" w:space="0" w:color="auto"/>
            <w:right w:val="none" w:sz="0" w:space="0" w:color="auto"/>
          </w:divBdr>
        </w:div>
      </w:divsChild>
    </w:div>
    <w:div w:id="1617054138">
      <w:bodyDiv w:val="1"/>
      <w:marLeft w:val="0"/>
      <w:marRight w:val="0"/>
      <w:marTop w:val="0"/>
      <w:marBottom w:val="0"/>
      <w:divBdr>
        <w:top w:val="none" w:sz="0" w:space="0" w:color="auto"/>
        <w:left w:val="none" w:sz="0" w:space="0" w:color="auto"/>
        <w:bottom w:val="none" w:sz="0" w:space="0" w:color="auto"/>
        <w:right w:val="none" w:sz="0" w:space="0" w:color="auto"/>
      </w:divBdr>
    </w:div>
    <w:div w:id="1647124928">
      <w:bodyDiv w:val="1"/>
      <w:marLeft w:val="0"/>
      <w:marRight w:val="0"/>
      <w:marTop w:val="0"/>
      <w:marBottom w:val="0"/>
      <w:divBdr>
        <w:top w:val="none" w:sz="0" w:space="0" w:color="auto"/>
        <w:left w:val="none" w:sz="0" w:space="0" w:color="auto"/>
        <w:bottom w:val="none" w:sz="0" w:space="0" w:color="auto"/>
        <w:right w:val="none" w:sz="0" w:space="0" w:color="auto"/>
      </w:divBdr>
    </w:div>
    <w:div w:id="1913999845">
      <w:bodyDiv w:val="1"/>
      <w:marLeft w:val="0"/>
      <w:marRight w:val="0"/>
      <w:marTop w:val="0"/>
      <w:marBottom w:val="0"/>
      <w:divBdr>
        <w:top w:val="none" w:sz="0" w:space="0" w:color="auto"/>
        <w:left w:val="none" w:sz="0" w:space="0" w:color="auto"/>
        <w:bottom w:val="none" w:sz="0" w:space="0" w:color="auto"/>
        <w:right w:val="none" w:sz="0" w:space="0" w:color="auto"/>
      </w:divBdr>
    </w:div>
    <w:div w:id="1924606910">
      <w:bodyDiv w:val="1"/>
      <w:marLeft w:val="0"/>
      <w:marRight w:val="0"/>
      <w:marTop w:val="0"/>
      <w:marBottom w:val="0"/>
      <w:divBdr>
        <w:top w:val="none" w:sz="0" w:space="0" w:color="auto"/>
        <w:left w:val="none" w:sz="0" w:space="0" w:color="auto"/>
        <w:bottom w:val="none" w:sz="0" w:space="0" w:color="auto"/>
        <w:right w:val="none" w:sz="0" w:space="0" w:color="auto"/>
      </w:divBdr>
    </w:div>
    <w:div w:id="2025590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44D0C-7D31-4C94-80D4-321D13B95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5</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PC</cp:lastModifiedBy>
  <cp:revision>87</cp:revision>
  <cp:lastPrinted>2026-03-23T00:49:00Z</cp:lastPrinted>
  <dcterms:created xsi:type="dcterms:W3CDTF">2013-12-23T23:15:00Z</dcterms:created>
  <dcterms:modified xsi:type="dcterms:W3CDTF">2026-03-25T03:38:00Z</dcterms:modified>
  <cp:category/>
</cp:coreProperties>
</file>