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90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6210"/>
      </w:tblGrid>
      <w:tr w:rsidR="00BB47E2" w:rsidRPr="00BB47E2" w:rsidTr="005C7C4B">
        <w:tc>
          <w:tcPr>
            <w:tcW w:w="3690" w:type="dxa"/>
          </w:tcPr>
          <w:p w:rsidR="00BB47E2" w:rsidRPr="00BB47E2" w:rsidRDefault="00BB47E2" w:rsidP="00BB47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LIÊN ĐỘI ……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........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CHI ĐỘI ………………</w:t>
            </w:r>
          </w:p>
        </w:tc>
        <w:tc>
          <w:tcPr>
            <w:tcW w:w="6210" w:type="dxa"/>
          </w:tcPr>
          <w:p w:rsidR="00BB47E2" w:rsidRPr="00BB47E2" w:rsidRDefault="00BB47E2" w:rsidP="005C7C4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Độc lập - Tự do - Hạnh phúc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</w:p>
        </w:tc>
      </w:tr>
    </w:tbl>
    <w:p w:rsidR="00BB47E2" w:rsidRPr="00BB47E2" w:rsidRDefault="00BB47E2" w:rsidP="00BB47E2">
      <w:pPr>
        <w:jc w:val="right"/>
        <w:rPr>
          <w:rFonts w:ascii="Times New Roman" w:hAnsi="Times New Roman" w:cs="Times New Roman"/>
          <w:i/>
          <w:sz w:val="26"/>
          <w:szCs w:val="26"/>
        </w:rPr>
      </w:pPr>
      <w:r w:rsidRPr="00BB47E2">
        <w:rPr>
          <w:rFonts w:ascii="Times New Roman" w:hAnsi="Times New Roman" w:cs="Times New Roman"/>
          <w:i/>
          <w:sz w:val="26"/>
          <w:szCs w:val="26"/>
        </w:rPr>
        <w:t>……………, ngày …… tháng …… năm 2026</w:t>
      </w:r>
    </w:p>
    <w:p w:rsidR="007171C3" w:rsidRPr="00BB47E2" w:rsidRDefault="007171C3">
      <w:pPr>
        <w:rPr>
          <w:rFonts w:ascii="Times New Roman" w:hAnsi="Times New Roman" w:cs="Times New Roman"/>
          <w:sz w:val="26"/>
          <w:szCs w:val="26"/>
        </w:rPr>
      </w:pPr>
    </w:p>
    <w:p w:rsidR="007171C3" w:rsidRPr="00BB47E2" w:rsidRDefault="001B58B7">
      <w:pPr>
        <w:jc w:val="center"/>
        <w:rPr>
          <w:rFonts w:ascii="Times New Roman" w:hAnsi="Times New Roman" w:cs="Times New Roman"/>
          <w:sz w:val="26"/>
          <w:szCs w:val="26"/>
        </w:rPr>
      </w:pPr>
      <w:r w:rsidRPr="00BB47E2">
        <w:rPr>
          <w:rFonts w:ascii="Times New Roman" w:hAnsi="Times New Roman" w:cs="Times New Roman"/>
          <w:b/>
          <w:sz w:val="26"/>
          <w:szCs w:val="26"/>
        </w:rPr>
        <w:t>DANH SÁCH</w:t>
      </w:r>
    </w:p>
    <w:p w:rsidR="007171C3" w:rsidRPr="00BB47E2" w:rsidRDefault="001B58B7">
      <w:pPr>
        <w:jc w:val="center"/>
        <w:rPr>
          <w:rFonts w:ascii="Times New Roman" w:hAnsi="Times New Roman" w:cs="Times New Roman"/>
          <w:sz w:val="26"/>
          <w:szCs w:val="26"/>
        </w:rPr>
      </w:pPr>
      <w:r w:rsidRPr="00BB47E2">
        <w:rPr>
          <w:rFonts w:ascii="Times New Roman" w:hAnsi="Times New Roman" w:cs="Times New Roman"/>
          <w:b/>
          <w:sz w:val="26"/>
          <w:szCs w:val="26"/>
        </w:rPr>
        <w:t>H</w:t>
      </w:r>
      <w:r w:rsidRPr="00BB47E2">
        <w:rPr>
          <w:rFonts w:ascii="Times New Roman" w:hAnsi="Times New Roman" w:cs="Times New Roman"/>
          <w:b/>
          <w:sz w:val="26"/>
          <w:szCs w:val="26"/>
        </w:rPr>
        <w:t>ọ</w:t>
      </w:r>
      <w:r w:rsidRPr="00BB47E2">
        <w:rPr>
          <w:rFonts w:ascii="Times New Roman" w:hAnsi="Times New Roman" w:cs="Times New Roman"/>
          <w:b/>
          <w:sz w:val="26"/>
          <w:szCs w:val="26"/>
        </w:rPr>
        <w:t>c sinh đư</w:t>
      </w:r>
      <w:r w:rsidRPr="00BB47E2">
        <w:rPr>
          <w:rFonts w:ascii="Times New Roman" w:hAnsi="Times New Roman" w:cs="Times New Roman"/>
          <w:b/>
          <w:sz w:val="26"/>
          <w:szCs w:val="26"/>
        </w:rPr>
        <w:t>ợ</w:t>
      </w:r>
      <w:r w:rsidRPr="00BB47E2">
        <w:rPr>
          <w:rFonts w:ascii="Times New Roman" w:hAnsi="Times New Roman" w:cs="Times New Roman"/>
          <w:b/>
          <w:sz w:val="26"/>
          <w:szCs w:val="26"/>
        </w:rPr>
        <w:t>c k</w:t>
      </w:r>
      <w:r w:rsidRPr="00BB47E2">
        <w:rPr>
          <w:rFonts w:ascii="Times New Roman" w:hAnsi="Times New Roman" w:cs="Times New Roman"/>
          <w:b/>
          <w:sz w:val="26"/>
          <w:szCs w:val="26"/>
        </w:rPr>
        <w:t>ế</w:t>
      </w:r>
      <w:r w:rsidRPr="00BB47E2">
        <w:rPr>
          <w:rFonts w:ascii="Times New Roman" w:hAnsi="Times New Roman" w:cs="Times New Roman"/>
          <w:b/>
          <w:sz w:val="26"/>
          <w:szCs w:val="26"/>
        </w:rPr>
        <w:t>t n</w:t>
      </w:r>
      <w:r w:rsidRPr="00BB47E2">
        <w:rPr>
          <w:rFonts w:ascii="Times New Roman" w:hAnsi="Times New Roman" w:cs="Times New Roman"/>
          <w:b/>
          <w:sz w:val="26"/>
          <w:szCs w:val="26"/>
        </w:rPr>
        <w:t>ạ</w:t>
      </w:r>
      <w:r w:rsidRPr="00BB47E2">
        <w:rPr>
          <w:rFonts w:ascii="Times New Roman" w:hAnsi="Times New Roman" w:cs="Times New Roman"/>
          <w:b/>
          <w:sz w:val="26"/>
          <w:szCs w:val="26"/>
        </w:rPr>
        <w:t>p vào Đ</w:t>
      </w:r>
      <w:r w:rsidRPr="00BB47E2">
        <w:rPr>
          <w:rFonts w:ascii="Times New Roman" w:hAnsi="Times New Roman" w:cs="Times New Roman"/>
          <w:b/>
          <w:sz w:val="26"/>
          <w:szCs w:val="26"/>
        </w:rPr>
        <w:t>ộ</w:t>
      </w:r>
      <w:r w:rsidRPr="00BB47E2">
        <w:rPr>
          <w:rFonts w:ascii="Times New Roman" w:hAnsi="Times New Roman" w:cs="Times New Roman"/>
          <w:b/>
          <w:sz w:val="26"/>
          <w:szCs w:val="26"/>
        </w:rPr>
        <w:t>i Thi</w:t>
      </w:r>
      <w:r w:rsidRPr="00BB47E2">
        <w:rPr>
          <w:rFonts w:ascii="Times New Roman" w:hAnsi="Times New Roman" w:cs="Times New Roman"/>
          <w:b/>
          <w:sz w:val="26"/>
          <w:szCs w:val="26"/>
        </w:rPr>
        <w:t>ế</w:t>
      </w:r>
      <w:r w:rsidRPr="00BB47E2">
        <w:rPr>
          <w:rFonts w:ascii="Times New Roman" w:hAnsi="Times New Roman" w:cs="Times New Roman"/>
          <w:b/>
          <w:sz w:val="26"/>
          <w:szCs w:val="26"/>
        </w:rPr>
        <w:t>u niên Ti</w:t>
      </w:r>
      <w:r w:rsidRPr="00BB47E2">
        <w:rPr>
          <w:rFonts w:ascii="Times New Roman" w:hAnsi="Times New Roman" w:cs="Times New Roman"/>
          <w:b/>
          <w:sz w:val="26"/>
          <w:szCs w:val="26"/>
        </w:rPr>
        <w:t>ề</w:t>
      </w:r>
      <w:r w:rsidRPr="00BB47E2">
        <w:rPr>
          <w:rFonts w:ascii="Times New Roman" w:hAnsi="Times New Roman" w:cs="Times New Roman"/>
          <w:b/>
          <w:sz w:val="26"/>
          <w:szCs w:val="26"/>
        </w:rPr>
        <w:t>n phong H</w:t>
      </w:r>
      <w:r w:rsidRPr="00BB47E2">
        <w:rPr>
          <w:rFonts w:ascii="Times New Roman" w:hAnsi="Times New Roman" w:cs="Times New Roman"/>
          <w:b/>
          <w:sz w:val="26"/>
          <w:szCs w:val="26"/>
        </w:rPr>
        <w:t>ồ</w:t>
      </w:r>
      <w:r w:rsidRPr="00BB47E2">
        <w:rPr>
          <w:rFonts w:ascii="Times New Roman" w:hAnsi="Times New Roman" w:cs="Times New Roman"/>
          <w:b/>
          <w:sz w:val="26"/>
          <w:szCs w:val="26"/>
        </w:rPr>
        <w:t xml:space="preserve"> Chí Minh</w:t>
      </w:r>
    </w:p>
    <w:p w:rsidR="00BB47E2" w:rsidRPr="00BB47E2" w:rsidRDefault="00BB47E2">
      <w:pPr>
        <w:rPr>
          <w:rFonts w:ascii="Times New Roman" w:hAnsi="Times New Roman" w:cs="Times New Roman"/>
          <w:i/>
          <w:sz w:val="26"/>
          <w:szCs w:val="26"/>
        </w:rPr>
      </w:pPr>
      <w:r w:rsidRPr="00BB47E2">
        <w:rPr>
          <w:rFonts w:ascii="Times New Roman" w:hAnsi="Times New Roman" w:cs="Times New Roman"/>
          <w:i/>
          <w:sz w:val="26"/>
          <w:szCs w:val="26"/>
        </w:rPr>
        <w:t xml:space="preserve">Căn cứ Điều lệ Đội Thiếu niên Tiền </w:t>
      </w:r>
      <w:bookmarkStart w:id="0" w:name="_GoBack"/>
      <w:bookmarkEnd w:id="0"/>
      <w:r w:rsidRPr="00BB47E2">
        <w:rPr>
          <w:rFonts w:ascii="Times New Roman" w:hAnsi="Times New Roman" w:cs="Times New Roman"/>
          <w:i/>
          <w:sz w:val="26"/>
          <w:szCs w:val="26"/>
        </w:rPr>
        <w:t xml:space="preserve">phong Hồ Chí Minh </w:t>
      </w:r>
    </w:p>
    <w:p w:rsidR="007171C3" w:rsidRPr="00BB47E2" w:rsidRDefault="001B58B7">
      <w:pPr>
        <w:rPr>
          <w:rFonts w:ascii="Times New Roman" w:hAnsi="Times New Roman" w:cs="Times New Roman"/>
          <w:i/>
          <w:sz w:val="26"/>
          <w:szCs w:val="26"/>
        </w:rPr>
      </w:pPr>
      <w:r w:rsidRPr="00BB47E2">
        <w:rPr>
          <w:rFonts w:ascii="Times New Roman" w:hAnsi="Times New Roman" w:cs="Times New Roman"/>
          <w:i/>
          <w:sz w:val="26"/>
          <w:szCs w:val="26"/>
        </w:rPr>
        <w:t>Căn c</w:t>
      </w:r>
      <w:r w:rsidRPr="00BB47E2">
        <w:rPr>
          <w:rFonts w:ascii="Times New Roman" w:hAnsi="Times New Roman" w:cs="Times New Roman"/>
          <w:i/>
          <w:sz w:val="26"/>
          <w:szCs w:val="26"/>
        </w:rPr>
        <w:t>ứ</w:t>
      </w:r>
      <w:r w:rsidRPr="00BB47E2">
        <w:rPr>
          <w:rFonts w:ascii="Times New Roman" w:hAnsi="Times New Roman" w:cs="Times New Roman"/>
          <w:i/>
          <w:sz w:val="26"/>
          <w:szCs w:val="26"/>
        </w:rPr>
        <w:t xml:space="preserve"> k</w:t>
      </w:r>
      <w:r w:rsidRPr="00BB47E2">
        <w:rPr>
          <w:rFonts w:ascii="Times New Roman" w:hAnsi="Times New Roman" w:cs="Times New Roman"/>
          <w:i/>
          <w:sz w:val="26"/>
          <w:szCs w:val="26"/>
        </w:rPr>
        <w:t>ế</w:t>
      </w:r>
      <w:r w:rsidRPr="00BB47E2">
        <w:rPr>
          <w:rFonts w:ascii="Times New Roman" w:hAnsi="Times New Roman" w:cs="Times New Roman"/>
          <w:i/>
          <w:sz w:val="26"/>
          <w:szCs w:val="26"/>
        </w:rPr>
        <w:t>t qu</w:t>
      </w:r>
      <w:r w:rsidRPr="00BB47E2">
        <w:rPr>
          <w:rFonts w:ascii="Times New Roman" w:hAnsi="Times New Roman" w:cs="Times New Roman"/>
          <w:i/>
          <w:sz w:val="26"/>
          <w:szCs w:val="26"/>
        </w:rPr>
        <w:t>ả</w:t>
      </w:r>
      <w:r w:rsidRPr="00BB47E2">
        <w:rPr>
          <w:rFonts w:ascii="Times New Roman" w:hAnsi="Times New Roman" w:cs="Times New Roman"/>
          <w:i/>
          <w:sz w:val="26"/>
          <w:szCs w:val="26"/>
        </w:rPr>
        <w:t xml:space="preserve"> rèn luy</w:t>
      </w:r>
      <w:r w:rsidRPr="00BB47E2">
        <w:rPr>
          <w:rFonts w:ascii="Times New Roman" w:hAnsi="Times New Roman" w:cs="Times New Roman"/>
          <w:i/>
          <w:sz w:val="26"/>
          <w:szCs w:val="26"/>
        </w:rPr>
        <w:t>ệ</w:t>
      </w:r>
      <w:r w:rsidRPr="00BB47E2">
        <w:rPr>
          <w:rFonts w:ascii="Times New Roman" w:hAnsi="Times New Roman" w:cs="Times New Roman"/>
          <w:i/>
          <w:sz w:val="26"/>
          <w:szCs w:val="26"/>
        </w:rPr>
        <w:t xml:space="preserve">n </w:t>
      </w:r>
      <w:r w:rsidRPr="00BB47E2">
        <w:rPr>
          <w:rFonts w:ascii="Times New Roman" w:hAnsi="Times New Roman" w:cs="Times New Roman"/>
          <w:i/>
          <w:sz w:val="26"/>
          <w:szCs w:val="26"/>
        </w:rPr>
        <w:t>và xét duy</w:t>
      </w:r>
      <w:r w:rsidRPr="00BB47E2">
        <w:rPr>
          <w:rFonts w:ascii="Times New Roman" w:hAnsi="Times New Roman" w:cs="Times New Roman"/>
          <w:i/>
          <w:sz w:val="26"/>
          <w:szCs w:val="26"/>
        </w:rPr>
        <w:t>ệ</w:t>
      </w:r>
      <w:r w:rsidRPr="00BB47E2">
        <w:rPr>
          <w:rFonts w:ascii="Times New Roman" w:hAnsi="Times New Roman" w:cs="Times New Roman"/>
          <w:i/>
          <w:sz w:val="26"/>
          <w:szCs w:val="26"/>
        </w:rPr>
        <w:t>t c</w:t>
      </w:r>
      <w:r w:rsidRPr="00BB47E2">
        <w:rPr>
          <w:rFonts w:ascii="Times New Roman" w:hAnsi="Times New Roman" w:cs="Times New Roman"/>
          <w:i/>
          <w:sz w:val="26"/>
          <w:szCs w:val="26"/>
        </w:rPr>
        <w:t>ủ</w:t>
      </w:r>
      <w:r w:rsidRPr="00BB47E2">
        <w:rPr>
          <w:rFonts w:ascii="Times New Roman" w:hAnsi="Times New Roman" w:cs="Times New Roman"/>
          <w:i/>
          <w:sz w:val="26"/>
          <w:szCs w:val="26"/>
        </w:rPr>
        <w:t>a Chi đ</w:t>
      </w:r>
      <w:r w:rsidRPr="00BB47E2">
        <w:rPr>
          <w:rFonts w:ascii="Times New Roman" w:hAnsi="Times New Roman" w:cs="Times New Roman"/>
          <w:i/>
          <w:sz w:val="26"/>
          <w:szCs w:val="26"/>
        </w:rPr>
        <w:t>ộ</w:t>
      </w:r>
      <w:r w:rsidRPr="00BB47E2">
        <w:rPr>
          <w:rFonts w:ascii="Times New Roman" w:hAnsi="Times New Roman" w:cs="Times New Roman"/>
          <w:i/>
          <w:sz w:val="26"/>
          <w:szCs w:val="26"/>
        </w:rPr>
        <w:t>i;</w:t>
      </w:r>
    </w:p>
    <w:p w:rsidR="007171C3" w:rsidRPr="00BB47E2" w:rsidRDefault="001B58B7">
      <w:pPr>
        <w:rPr>
          <w:rFonts w:ascii="Times New Roman" w:hAnsi="Times New Roman" w:cs="Times New Roman"/>
          <w:sz w:val="26"/>
          <w:szCs w:val="26"/>
        </w:rPr>
      </w:pPr>
      <w:r w:rsidRPr="00BB47E2">
        <w:rPr>
          <w:rFonts w:ascii="Times New Roman" w:hAnsi="Times New Roman" w:cs="Times New Roman"/>
          <w:sz w:val="26"/>
          <w:szCs w:val="26"/>
        </w:rPr>
        <w:t>Nay l</w:t>
      </w:r>
      <w:r w:rsidRPr="00BB47E2">
        <w:rPr>
          <w:rFonts w:ascii="Times New Roman" w:hAnsi="Times New Roman" w:cs="Times New Roman"/>
          <w:sz w:val="26"/>
          <w:szCs w:val="26"/>
        </w:rPr>
        <w:t>ậ</w:t>
      </w:r>
      <w:r w:rsidRPr="00BB47E2">
        <w:rPr>
          <w:rFonts w:ascii="Times New Roman" w:hAnsi="Times New Roman" w:cs="Times New Roman"/>
          <w:sz w:val="26"/>
          <w:szCs w:val="26"/>
        </w:rPr>
        <w:t>p danh sách h</w:t>
      </w:r>
      <w:r w:rsidRPr="00BB47E2">
        <w:rPr>
          <w:rFonts w:ascii="Times New Roman" w:hAnsi="Times New Roman" w:cs="Times New Roman"/>
          <w:sz w:val="26"/>
          <w:szCs w:val="26"/>
        </w:rPr>
        <w:t>ọ</w:t>
      </w:r>
      <w:r w:rsidRPr="00BB47E2">
        <w:rPr>
          <w:rFonts w:ascii="Times New Roman" w:hAnsi="Times New Roman" w:cs="Times New Roman"/>
          <w:sz w:val="26"/>
          <w:szCs w:val="26"/>
        </w:rPr>
        <w:t>c sinh đư</w:t>
      </w:r>
      <w:r w:rsidRPr="00BB47E2">
        <w:rPr>
          <w:rFonts w:ascii="Times New Roman" w:hAnsi="Times New Roman" w:cs="Times New Roman"/>
          <w:sz w:val="26"/>
          <w:szCs w:val="26"/>
        </w:rPr>
        <w:t>ợ</w:t>
      </w:r>
      <w:r w:rsidRPr="00BB47E2">
        <w:rPr>
          <w:rFonts w:ascii="Times New Roman" w:hAnsi="Times New Roman" w:cs="Times New Roman"/>
          <w:sz w:val="26"/>
          <w:szCs w:val="26"/>
        </w:rPr>
        <w:t>c k</w:t>
      </w:r>
      <w:r w:rsidRPr="00BB47E2">
        <w:rPr>
          <w:rFonts w:ascii="Times New Roman" w:hAnsi="Times New Roman" w:cs="Times New Roman"/>
          <w:sz w:val="26"/>
          <w:szCs w:val="26"/>
        </w:rPr>
        <w:t>ế</w:t>
      </w:r>
      <w:r w:rsidRPr="00BB47E2">
        <w:rPr>
          <w:rFonts w:ascii="Times New Roman" w:hAnsi="Times New Roman" w:cs="Times New Roman"/>
          <w:sz w:val="26"/>
          <w:szCs w:val="26"/>
        </w:rPr>
        <w:t>t n</w:t>
      </w:r>
      <w:r w:rsidRPr="00BB47E2">
        <w:rPr>
          <w:rFonts w:ascii="Times New Roman" w:hAnsi="Times New Roman" w:cs="Times New Roman"/>
          <w:sz w:val="26"/>
          <w:szCs w:val="26"/>
        </w:rPr>
        <w:t>ạ</w:t>
      </w:r>
      <w:r w:rsidRPr="00BB47E2">
        <w:rPr>
          <w:rFonts w:ascii="Times New Roman" w:hAnsi="Times New Roman" w:cs="Times New Roman"/>
          <w:sz w:val="26"/>
          <w:szCs w:val="26"/>
        </w:rPr>
        <w:t>p vào Đ</w:t>
      </w:r>
      <w:r w:rsidRPr="00BB47E2">
        <w:rPr>
          <w:rFonts w:ascii="Times New Roman" w:hAnsi="Times New Roman" w:cs="Times New Roman"/>
          <w:sz w:val="26"/>
          <w:szCs w:val="26"/>
        </w:rPr>
        <w:t>ộ</w:t>
      </w:r>
      <w:r w:rsidRPr="00BB47E2">
        <w:rPr>
          <w:rFonts w:ascii="Times New Roman" w:hAnsi="Times New Roman" w:cs="Times New Roman"/>
          <w:sz w:val="26"/>
          <w:szCs w:val="26"/>
        </w:rPr>
        <w:t>i Thi</w:t>
      </w:r>
      <w:r w:rsidRPr="00BB47E2">
        <w:rPr>
          <w:rFonts w:ascii="Times New Roman" w:hAnsi="Times New Roman" w:cs="Times New Roman"/>
          <w:sz w:val="26"/>
          <w:szCs w:val="26"/>
        </w:rPr>
        <w:t>ế</w:t>
      </w:r>
      <w:r w:rsidRPr="00BB47E2">
        <w:rPr>
          <w:rFonts w:ascii="Times New Roman" w:hAnsi="Times New Roman" w:cs="Times New Roman"/>
          <w:sz w:val="26"/>
          <w:szCs w:val="26"/>
        </w:rPr>
        <w:t>u niên Ti</w:t>
      </w:r>
      <w:r w:rsidRPr="00BB47E2">
        <w:rPr>
          <w:rFonts w:ascii="Times New Roman" w:hAnsi="Times New Roman" w:cs="Times New Roman"/>
          <w:sz w:val="26"/>
          <w:szCs w:val="26"/>
        </w:rPr>
        <w:t>ề</w:t>
      </w:r>
      <w:r w:rsidRPr="00BB47E2">
        <w:rPr>
          <w:rFonts w:ascii="Times New Roman" w:hAnsi="Times New Roman" w:cs="Times New Roman"/>
          <w:sz w:val="26"/>
          <w:szCs w:val="26"/>
        </w:rPr>
        <w:t>n phong H</w:t>
      </w:r>
      <w:r w:rsidRPr="00BB47E2">
        <w:rPr>
          <w:rFonts w:ascii="Times New Roman" w:hAnsi="Times New Roman" w:cs="Times New Roman"/>
          <w:sz w:val="26"/>
          <w:szCs w:val="26"/>
        </w:rPr>
        <w:t>ồ</w:t>
      </w:r>
      <w:r w:rsidRPr="00BB47E2">
        <w:rPr>
          <w:rFonts w:ascii="Times New Roman" w:hAnsi="Times New Roman" w:cs="Times New Roman"/>
          <w:sz w:val="26"/>
          <w:szCs w:val="26"/>
        </w:rPr>
        <w:t xml:space="preserve"> Chí Minh như sau: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20"/>
        <w:gridCol w:w="1800"/>
        <w:gridCol w:w="1692"/>
        <w:gridCol w:w="918"/>
        <w:gridCol w:w="1962"/>
        <w:gridCol w:w="1440"/>
      </w:tblGrid>
      <w:tr w:rsidR="007171C3" w:rsidRPr="00BB47E2" w:rsidTr="00BB47E2">
        <w:tc>
          <w:tcPr>
            <w:tcW w:w="720" w:type="dxa"/>
          </w:tcPr>
          <w:p w:rsidR="007171C3" w:rsidRPr="00BB47E2" w:rsidRDefault="001B58B7" w:rsidP="00BB47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1800" w:type="dxa"/>
          </w:tcPr>
          <w:p w:rsidR="007171C3" w:rsidRPr="00BB47E2" w:rsidRDefault="001B58B7" w:rsidP="00BB47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H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ọ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và tên h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ọ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c sinh</w:t>
            </w:r>
          </w:p>
        </w:tc>
        <w:tc>
          <w:tcPr>
            <w:tcW w:w="1692" w:type="dxa"/>
          </w:tcPr>
          <w:p w:rsidR="007171C3" w:rsidRPr="00BB47E2" w:rsidRDefault="001B58B7" w:rsidP="00BB47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Ngày, tháng, năm sinh</w:t>
            </w:r>
          </w:p>
        </w:tc>
        <w:tc>
          <w:tcPr>
            <w:tcW w:w="918" w:type="dxa"/>
          </w:tcPr>
          <w:p w:rsidR="007171C3" w:rsidRPr="00BB47E2" w:rsidRDefault="001B58B7" w:rsidP="00BB47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L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ớ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p</w:t>
            </w:r>
          </w:p>
        </w:tc>
        <w:tc>
          <w:tcPr>
            <w:tcW w:w="1962" w:type="dxa"/>
          </w:tcPr>
          <w:p w:rsidR="007171C3" w:rsidRPr="00BB47E2" w:rsidRDefault="001B58B7" w:rsidP="00BB47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Thành tích/Rèn luy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ệ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n</w:t>
            </w:r>
          </w:p>
        </w:tc>
        <w:tc>
          <w:tcPr>
            <w:tcW w:w="1440" w:type="dxa"/>
          </w:tcPr>
          <w:p w:rsidR="007171C3" w:rsidRPr="00BB47E2" w:rsidRDefault="001B58B7" w:rsidP="00BB47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Ghi chú</w:t>
            </w:r>
          </w:p>
        </w:tc>
      </w:tr>
      <w:tr w:rsidR="007171C3" w:rsidRPr="00BB47E2" w:rsidTr="00BB47E2">
        <w:tc>
          <w:tcPr>
            <w:tcW w:w="720" w:type="dxa"/>
          </w:tcPr>
          <w:p w:rsidR="007171C3" w:rsidRPr="00BB47E2" w:rsidRDefault="001B58B7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00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8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171C3" w:rsidRPr="00BB47E2" w:rsidTr="00BB47E2">
        <w:tc>
          <w:tcPr>
            <w:tcW w:w="720" w:type="dxa"/>
          </w:tcPr>
          <w:p w:rsidR="007171C3" w:rsidRPr="00BB47E2" w:rsidRDefault="001B58B7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00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8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171C3" w:rsidRPr="00BB47E2" w:rsidTr="00BB47E2">
        <w:tc>
          <w:tcPr>
            <w:tcW w:w="720" w:type="dxa"/>
          </w:tcPr>
          <w:p w:rsidR="007171C3" w:rsidRPr="00BB47E2" w:rsidRDefault="001B58B7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00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8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171C3" w:rsidRPr="00BB47E2" w:rsidTr="00BB47E2">
        <w:tc>
          <w:tcPr>
            <w:tcW w:w="720" w:type="dxa"/>
          </w:tcPr>
          <w:p w:rsidR="007171C3" w:rsidRPr="00BB47E2" w:rsidRDefault="001B58B7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00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8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171C3" w:rsidRPr="00BB47E2" w:rsidTr="00BB47E2">
        <w:tc>
          <w:tcPr>
            <w:tcW w:w="720" w:type="dxa"/>
          </w:tcPr>
          <w:p w:rsidR="007171C3" w:rsidRPr="00BB47E2" w:rsidRDefault="001B58B7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00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8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</w:tcPr>
          <w:p w:rsidR="007171C3" w:rsidRPr="00BB47E2" w:rsidRDefault="007171C3" w:rsidP="00BB47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171C3" w:rsidRPr="00BB47E2" w:rsidRDefault="001B58B7">
      <w:pPr>
        <w:rPr>
          <w:rFonts w:ascii="Times New Roman" w:hAnsi="Times New Roman" w:cs="Times New Roman"/>
          <w:sz w:val="26"/>
          <w:szCs w:val="26"/>
        </w:rPr>
      </w:pPr>
      <w:r w:rsidRPr="00BB47E2">
        <w:rPr>
          <w:rFonts w:ascii="Times New Roman" w:hAnsi="Times New Roman" w:cs="Times New Roman"/>
          <w:sz w:val="26"/>
          <w:szCs w:val="26"/>
        </w:rPr>
        <w:br/>
        <w:t>Danh sách g</w:t>
      </w:r>
      <w:r w:rsidRPr="00BB47E2">
        <w:rPr>
          <w:rFonts w:ascii="Times New Roman" w:hAnsi="Times New Roman" w:cs="Times New Roman"/>
          <w:sz w:val="26"/>
          <w:szCs w:val="26"/>
        </w:rPr>
        <w:t>ồ</w:t>
      </w:r>
      <w:r w:rsidRPr="00BB47E2">
        <w:rPr>
          <w:rFonts w:ascii="Times New Roman" w:hAnsi="Times New Roman" w:cs="Times New Roman"/>
          <w:sz w:val="26"/>
          <w:szCs w:val="26"/>
        </w:rPr>
        <w:t xml:space="preserve">m: …… </w:t>
      </w:r>
      <w:r w:rsidRPr="00BB47E2">
        <w:rPr>
          <w:rFonts w:ascii="Times New Roman" w:hAnsi="Times New Roman" w:cs="Times New Roman"/>
          <w:sz w:val="26"/>
          <w:szCs w:val="26"/>
        </w:rPr>
        <w:t>h</w:t>
      </w:r>
      <w:r w:rsidRPr="00BB47E2">
        <w:rPr>
          <w:rFonts w:ascii="Times New Roman" w:hAnsi="Times New Roman" w:cs="Times New Roman"/>
          <w:sz w:val="26"/>
          <w:szCs w:val="26"/>
        </w:rPr>
        <w:t>ọ</w:t>
      </w:r>
      <w:r w:rsidRPr="00BB47E2">
        <w:rPr>
          <w:rFonts w:ascii="Times New Roman" w:hAnsi="Times New Roman" w:cs="Times New Roman"/>
          <w:sz w:val="26"/>
          <w:szCs w:val="26"/>
        </w:rPr>
        <w:t>c sinh.</w:t>
      </w:r>
    </w:p>
    <w:p w:rsidR="007171C3" w:rsidRPr="00BB47E2" w:rsidRDefault="007171C3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7171C3" w:rsidRPr="00BB47E2" w:rsidTr="00BB47E2">
        <w:tc>
          <w:tcPr>
            <w:tcW w:w="2880" w:type="dxa"/>
          </w:tcPr>
          <w:p w:rsidR="007171C3" w:rsidRPr="00BB47E2" w:rsidRDefault="001B58B7" w:rsidP="00BB47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XÁC NH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Ậ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N C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Ủ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A NHÀ TRƯ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Ờ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NG</w:t>
            </w:r>
          </w:p>
        </w:tc>
        <w:tc>
          <w:tcPr>
            <w:tcW w:w="2880" w:type="dxa"/>
          </w:tcPr>
          <w:p w:rsidR="007171C3" w:rsidRPr="00BB47E2" w:rsidRDefault="001B58B7" w:rsidP="00BB47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NG PH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Ụ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TRÁCH Đ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Ộ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</w:p>
        </w:tc>
        <w:tc>
          <w:tcPr>
            <w:tcW w:w="2880" w:type="dxa"/>
          </w:tcPr>
          <w:p w:rsidR="007171C3" w:rsidRPr="00BB47E2" w:rsidRDefault="001B58B7" w:rsidP="00BB47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GIÁO VIÊN CH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Ủ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NHI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Ệ</w:t>
            </w:r>
            <w:r w:rsidRPr="00BB47E2">
              <w:rPr>
                <w:rFonts w:ascii="Times New Roman" w:hAnsi="Times New Roman" w:cs="Times New Roman"/>
                <w:b/>
                <w:sz w:val="26"/>
                <w:szCs w:val="26"/>
              </w:rPr>
              <w:t>M</w:t>
            </w:r>
          </w:p>
        </w:tc>
      </w:tr>
      <w:tr w:rsidR="007171C3" w:rsidRPr="00BB47E2" w:rsidTr="00BB47E2">
        <w:tc>
          <w:tcPr>
            <w:tcW w:w="2880" w:type="dxa"/>
          </w:tcPr>
          <w:p w:rsidR="007171C3" w:rsidRPr="00BB47E2" w:rsidRDefault="001B58B7" w:rsidP="00BB47E2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i/>
                <w:sz w:val="26"/>
                <w:szCs w:val="26"/>
              </w:rPr>
              <w:t>(Ký, ghi rõ h</w:t>
            </w:r>
            <w:r w:rsidRPr="00BB47E2">
              <w:rPr>
                <w:rFonts w:ascii="Times New Roman" w:hAnsi="Times New Roman" w:cs="Times New Roman"/>
                <w:i/>
                <w:sz w:val="26"/>
                <w:szCs w:val="26"/>
              </w:rPr>
              <w:t>ọ</w:t>
            </w:r>
            <w:r w:rsidRPr="00BB47E2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tên)</w:t>
            </w:r>
          </w:p>
        </w:tc>
        <w:tc>
          <w:tcPr>
            <w:tcW w:w="2880" w:type="dxa"/>
          </w:tcPr>
          <w:p w:rsidR="007171C3" w:rsidRPr="00BB47E2" w:rsidRDefault="001B58B7" w:rsidP="00BB47E2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i/>
                <w:sz w:val="26"/>
                <w:szCs w:val="26"/>
              </w:rPr>
              <w:t>(Ký, ghi rõ h</w:t>
            </w:r>
            <w:r w:rsidRPr="00BB47E2">
              <w:rPr>
                <w:rFonts w:ascii="Times New Roman" w:hAnsi="Times New Roman" w:cs="Times New Roman"/>
                <w:i/>
                <w:sz w:val="26"/>
                <w:szCs w:val="26"/>
              </w:rPr>
              <w:t>ọ</w:t>
            </w:r>
            <w:r w:rsidRPr="00BB47E2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tên)</w:t>
            </w:r>
          </w:p>
        </w:tc>
        <w:tc>
          <w:tcPr>
            <w:tcW w:w="2880" w:type="dxa"/>
          </w:tcPr>
          <w:p w:rsidR="007171C3" w:rsidRPr="00BB47E2" w:rsidRDefault="001B58B7" w:rsidP="00BB47E2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B47E2">
              <w:rPr>
                <w:rFonts w:ascii="Times New Roman" w:hAnsi="Times New Roman" w:cs="Times New Roman"/>
                <w:i/>
                <w:sz w:val="26"/>
                <w:szCs w:val="26"/>
              </w:rPr>
              <w:t>(Ký, ghi rõ h</w:t>
            </w:r>
            <w:r w:rsidRPr="00BB47E2">
              <w:rPr>
                <w:rFonts w:ascii="Times New Roman" w:hAnsi="Times New Roman" w:cs="Times New Roman"/>
                <w:i/>
                <w:sz w:val="26"/>
                <w:szCs w:val="26"/>
              </w:rPr>
              <w:t>ọ</w:t>
            </w:r>
            <w:r w:rsidRPr="00BB47E2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tên)</w:t>
            </w:r>
          </w:p>
        </w:tc>
      </w:tr>
    </w:tbl>
    <w:p w:rsidR="001B58B7" w:rsidRPr="00BB47E2" w:rsidRDefault="001B58B7">
      <w:pPr>
        <w:rPr>
          <w:rFonts w:ascii="Times New Roman" w:hAnsi="Times New Roman" w:cs="Times New Roman"/>
          <w:i/>
          <w:sz w:val="26"/>
          <w:szCs w:val="26"/>
        </w:rPr>
      </w:pPr>
    </w:p>
    <w:sectPr w:rsidR="001B58B7" w:rsidRPr="00BB47E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B58B7"/>
    <w:rsid w:val="0029639D"/>
    <w:rsid w:val="00326F90"/>
    <w:rsid w:val="007171C3"/>
    <w:rsid w:val="00AA1D8D"/>
    <w:rsid w:val="00B47730"/>
    <w:rsid w:val="00BB47E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5701FEDF-FE9D-4724-801F-416AFD28C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726E83-AB82-4B88-946D-C17FE3413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TienDat</cp:lastModifiedBy>
  <cp:revision>2</cp:revision>
  <dcterms:created xsi:type="dcterms:W3CDTF">2026-05-11T02:04:00Z</dcterms:created>
  <dcterms:modified xsi:type="dcterms:W3CDTF">2026-05-11T02:04:00Z</dcterms:modified>
  <cp:category/>
</cp:coreProperties>
</file>