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0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6210"/>
      </w:tblGrid>
      <w:tr w:rsidR="00CD77AB" w:rsidRPr="00760EE6" w:rsidTr="00CD77AB">
        <w:tc>
          <w:tcPr>
            <w:tcW w:w="3690" w:type="dxa"/>
          </w:tcPr>
          <w:p w:rsidR="00CD77AB" w:rsidRPr="00760EE6" w:rsidRDefault="00CD77AB" w:rsidP="00CD77AB">
            <w:pPr>
              <w:rPr>
                <w:rFonts w:cs="Times New Roman"/>
                <w:szCs w:val="26"/>
              </w:rPr>
            </w:pPr>
            <w:r w:rsidRPr="00760EE6">
              <w:rPr>
                <w:rFonts w:cs="Times New Roman"/>
                <w:b/>
                <w:szCs w:val="26"/>
              </w:rPr>
              <w:t>LIÊN ĐỘI TRƯỜ</w:t>
            </w:r>
            <w:r w:rsidRPr="00760EE6">
              <w:rPr>
                <w:rFonts w:cs="Times New Roman"/>
                <w:b/>
                <w:szCs w:val="26"/>
              </w:rPr>
              <w:t>NG……</w:t>
            </w:r>
            <w:r w:rsidRPr="00760EE6">
              <w:rPr>
                <w:rFonts w:cs="Times New Roman"/>
                <w:b/>
                <w:szCs w:val="26"/>
              </w:rPr>
              <w:br/>
              <w:t>CHI ĐỘI LỚP………………</w:t>
            </w:r>
          </w:p>
        </w:tc>
        <w:tc>
          <w:tcPr>
            <w:tcW w:w="6210" w:type="dxa"/>
          </w:tcPr>
          <w:p w:rsidR="00CD77AB" w:rsidRPr="00760EE6" w:rsidRDefault="00CD77AB">
            <w:pPr>
              <w:jc w:val="center"/>
              <w:rPr>
                <w:rFonts w:cs="Times New Roman"/>
                <w:b/>
                <w:szCs w:val="26"/>
              </w:rPr>
            </w:pPr>
            <w:r w:rsidRPr="00760EE6">
              <w:rPr>
                <w:rFonts w:cs="Times New Roman"/>
                <w:b/>
                <w:szCs w:val="26"/>
              </w:rPr>
              <w:t>CỘNG HÒA XÃ HỘI CHỦ NGHĨA VIỆT NAM</w:t>
            </w:r>
            <w:r w:rsidRPr="00760EE6">
              <w:rPr>
                <w:rFonts w:cs="Times New Roman"/>
                <w:b/>
                <w:szCs w:val="26"/>
              </w:rPr>
              <w:br/>
              <w:t>Độc lập - Tự do - Hạnh phúc</w:t>
            </w:r>
            <w:r w:rsidRPr="00760EE6">
              <w:rPr>
                <w:rFonts w:cs="Times New Roman"/>
                <w:b/>
                <w:szCs w:val="26"/>
              </w:rPr>
              <w:br/>
            </w:r>
          </w:p>
        </w:tc>
      </w:tr>
    </w:tbl>
    <w:p w:rsidR="00626242" w:rsidRPr="00760EE6" w:rsidRDefault="00917383" w:rsidP="00CD77AB">
      <w:pPr>
        <w:jc w:val="right"/>
        <w:rPr>
          <w:rFonts w:cs="Times New Roman"/>
          <w:i/>
          <w:szCs w:val="26"/>
        </w:rPr>
      </w:pPr>
      <w:r w:rsidRPr="00760EE6">
        <w:rPr>
          <w:rFonts w:cs="Times New Roman"/>
          <w:i/>
          <w:szCs w:val="26"/>
        </w:rPr>
        <w:t>……………, ngày …… tháng …… năm 2026</w:t>
      </w:r>
    </w:p>
    <w:p w:rsidR="00626242" w:rsidRPr="00760EE6" w:rsidRDefault="00917383">
      <w:pPr>
        <w:jc w:val="center"/>
        <w:rPr>
          <w:rFonts w:cs="Times New Roman"/>
          <w:szCs w:val="26"/>
        </w:rPr>
      </w:pPr>
      <w:r w:rsidRPr="00760EE6">
        <w:rPr>
          <w:rFonts w:cs="Times New Roman"/>
          <w:b/>
          <w:szCs w:val="26"/>
        </w:rPr>
        <w:br/>
        <w:t>T</w:t>
      </w:r>
      <w:r w:rsidRPr="00760EE6">
        <w:rPr>
          <w:rFonts w:cs="Times New Roman"/>
          <w:b/>
          <w:szCs w:val="26"/>
        </w:rPr>
        <w:t>Ờ</w:t>
      </w:r>
      <w:r w:rsidRPr="00760EE6">
        <w:rPr>
          <w:rFonts w:cs="Times New Roman"/>
          <w:b/>
          <w:szCs w:val="26"/>
        </w:rPr>
        <w:t xml:space="preserve"> TRÌNH</w:t>
      </w:r>
      <w:r w:rsidRPr="00760EE6">
        <w:rPr>
          <w:rFonts w:cs="Times New Roman"/>
          <w:b/>
          <w:szCs w:val="26"/>
        </w:rPr>
        <w:br/>
        <w:t>V</w:t>
      </w:r>
      <w:r w:rsidRPr="00760EE6">
        <w:rPr>
          <w:rFonts w:cs="Times New Roman"/>
          <w:b/>
          <w:szCs w:val="26"/>
        </w:rPr>
        <w:t>ề</w:t>
      </w:r>
      <w:r w:rsidRPr="00760EE6">
        <w:rPr>
          <w:rFonts w:cs="Times New Roman"/>
          <w:b/>
          <w:szCs w:val="26"/>
        </w:rPr>
        <w:t xml:space="preserve"> vi</w:t>
      </w:r>
      <w:r w:rsidRPr="00760EE6">
        <w:rPr>
          <w:rFonts w:cs="Times New Roman"/>
          <w:b/>
          <w:szCs w:val="26"/>
        </w:rPr>
        <w:t>ệ</w:t>
      </w:r>
      <w:r w:rsidRPr="00760EE6">
        <w:rPr>
          <w:rFonts w:cs="Times New Roman"/>
          <w:b/>
          <w:szCs w:val="26"/>
        </w:rPr>
        <w:t>c đ</w:t>
      </w:r>
      <w:r w:rsidRPr="00760EE6">
        <w:rPr>
          <w:rFonts w:cs="Times New Roman"/>
          <w:b/>
          <w:szCs w:val="26"/>
        </w:rPr>
        <w:t>ề</w:t>
      </w:r>
      <w:r w:rsidRPr="00760EE6">
        <w:rPr>
          <w:rFonts w:cs="Times New Roman"/>
          <w:b/>
          <w:szCs w:val="26"/>
        </w:rPr>
        <w:t xml:space="preserve"> ngh</w:t>
      </w:r>
      <w:r w:rsidRPr="00760EE6">
        <w:rPr>
          <w:rFonts w:cs="Times New Roman"/>
          <w:b/>
          <w:szCs w:val="26"/>
        </w:rPr>
        <w:t>ị</w:t>
      </w:r>
      <w:r w:rsidRPr="00760EE6">
        <w:rPr>
          <w:rFonts w:cs="Times New Roman"/>
          <w:b/>
          <w:szCs w:val="26"/>
        </w:rPr>
        <w:t xml:space="preserve"> k</w:t>
      </w:r>
      <w:r w:rsidRPr="00760EE6">
        <w:rPr>
          <w:rFonts w:cs="Times New Roman"/>
          <w:b/>
          <w:szCs w:val="26"/>
        </w:rPr>
        <w:t>ế</w:t>
      </w:r>
      <w:r w:rsidRPr="00760EE6">
        <w:rPr>
          <w:rFonts w:cs="Times New Roman"/>
          <w:b/>
          <w:szCs w:val="26"/>
        </w:rPr>
        <w:t>t n</w:t>
      </w:r>
      <w:r w:rsidRPr="00760EE6">
        <w:rPr>
          <w:rFonts w:cs="Times New Roman"/>
          <w:b/>
          <w:szCs w:val="26"/>
        </w:rPr>
        <w:t>ạ</w:t>
      </w:r>
      <w:r w:rsidRPr="00760EE6">
        <w:rPr>
          <w:rFonts w:cs="Times New Roman"/>
          <w:b/>
          <w:szCs w:val="26"/>
        </w:rPr>
        <w:t>p đ</w:t>
      </w:r>
      <w:r w:rsidRPr="00760EE6">
        <w:rPr>
          <w:rFonts w:cs="Times New Roman"/>
          <w:b/>
          <w:szCs w:val="26"/>
        </w:rPr>
        <w:t>ộ</w:t>
      </w:r>
      <w:r w:rsidRPr="00760EE6">
        <w:rPr>
          <w:rFonts w:cs="Times New Roman"/>
          <w:b/>
          <w:szCs w:val="26"/>
        </w:rPr>
        <w:t>i viên m</w:t>
      </w:r>
      <w:r w:rsidRPr="00760EE6">
        <w:rPr>
          <w:rFonts w:cs="Times New Roman"/>
          <w:b/>
          <w:szCs w:val="26"/>
        </w:rPr>
        <w:t>ớ</w:t>
      </w:r>
      <w:r w:rsidRPr="00760EE6">
        <w:rPr>
          <w:rFonts w:cs="Times New Roman"/>
          <w:b/>
          <w:szCs w:val="26"/>
        </w:rPr>
        <w:t>i</w:t>
      </w:r>
      <w:r w:rsidRPr="00760EE6">
        <w:rPr>
          <w:rFonts w:cs="Times New Roman"/>
          <w:b/>
          <w:szCs w:val="26"/>
        </w:rPr>
        <w:br/>
      </w:r>
    </w:p>
    <w:p w:rsidR="00626242" w:rsidRPr="00760EE6" w:rsidRDefault="00917383">
      <w:pPr>
        <w:rPr>
          <w:rFonts w:cs="Times New Roman"/>
          <w:szCs w:val="26"/>
        </w:rPr>
      </w:pPr>
      <w:r w:rsidRPr="00760EE6">
        <w:rPr>
          <w:rFonts w:cs="Times New Roman"/>
          <w:szCs w:val="26"/>
        </w:rPr>
        <w:t>Kính g</w:t>
      </w:r>
      <w:r w:rsidRPr="00760EE6">
        <w:rPr>
          <w:rFonts w:cs="Times New Roman"/>
          <w:szCs w:val="26"/>
        </w:rPr>
        <w:t>ử</w:t>
      </w:r>
      <w:r w:rsidRPr="00760EE6">
        <w:rPr>
          <w:rFonts w:cs="Times New Roman"/>
          <w:szCs w:val="26"/>
        </w:rPr>
        <w:t xml:space="preserve">i: </w:t>
      </w:r>
      <w:r w:rsidR="00CD77AB" w:rsidRPr="00760EE6">
        <w:rPr>
          <w:rFonts w:cs="Times New Roman"/>
          <w:szCs w:val="26"/>
        </w:rPr>
        <w:t>..........................</w:t>
      </w:r>
      <w:r w:rsidRPr="00760EE6">
        <w:rPr>
          <w:rFonts w:cs="Times New Roman"/>
          <w:szCs w:val="26"/>
        </w:rPr>
        <w:t>…………………………</w:t>
      </w:r>
    </w:p>
    <w:p w:rsidR="00CD77AB" w:rsidRPr="00760EE6" w:rsidRDefault="00917383">
      <w:pPr>
        <w:rPr>
          <w:rFonts w:cs="Times New Roman"/>
          <w:i/>
          <w:szCs w:val="26"/>
        </w:rPr>
      </w:pPr>
      <w:r w:rsidRPr="00760EE6">
        <w:rPr>
          <w:rFonts w:cs="Times New Roman"/>
          <w:i/>
          <w:szCs w:val="26"/>
        </w:rPr>
        <w:t>Căn c</w:t>
      </w:r>
      <w:r w:rsidRPr="00760EE6">
        <w:rPr>
          <w:rFonts w:cs="Times New Roman"/>
          <w:i/>
          <w:szCs w:val="26"/>
        </w:rPr>
        <w:t>ứ</w:t>
      </w:r>
      <w:r w:rsidRPr="00760EE6">
        <w:rPr>
          <w:rFonts w:cs="Times New Roman"/>
          <w:i/>
          <w:szCs w:val="26"/>
        </w:rPr>
        <w:t xml:space="preserve"> Đi</w:t>
      </w:r>
      <w:r w:rsidRPr="00760EE6">
        <w:rPr>
          <w:rFonts w:cs="Times New Roman"/>
          <w:i/>
          <w:szCs w:val="26"/>
        </w:rPr>
        <w:t>ề</w:t>
      </w:r>
      <w:r w:rsidRPr="00760EE6">
        <w:rPr>
          <w:rFonts w:cs="Times New Roman"/>
          <w:i/>
          <w:szCs w:val="26"/>
        </w:rPr>
        <w:t>u l</w:t>
      </w:r>
      <w:r w:rsidRPr="00760EE6">
        <w:rPr>
          <w:rFonts w:cs="Times New Roman"/>
          <w:i/>
          <w:szCs w:val="26"/>
        </w:rPr>
        <w:t>ệ</w:t>
      </w:r>
      <w:r w:rsidRPr="00760EE6">
        <w:rPr>
          <w:rFonts w:cs="Times New Roman"/>
          <w:i/>
          <w:szCs w:val="26"/>
        </w:rPr>
        <w:t xml:space="preserve"> Đ</w:t>
      </w:r>
      <w:r w:rsidRPr="00760EE6">
        <w:rPr>
          <w:rFonts w:cs="Times New Roman"/>
          <w:i/>
          <w:szCs w:val="26"/>
        </w:rPr>
        <w:t>ộ</w:t>
      </w:r>
      <w:r w:rsidRPr="00760EE6">
        <w:rPr>
          <w:rFonts w:cs="Times New Roman"/>
          <w:i/>
          <w:szCs w:val="26"/>
        </w:rPr>
        <w:t xml:space="preserve">i </w:t>
      </w:r>
      <w:r w:rsidRPr="00760EE6">
        <w:rPr>
          <w:rFonts w:cs="Times New Roman"/>
          <w:i/>
          <w:szCs w:val="26"/>
        </w:rPr>
        <w:t>Thi</w:t>
      </w:r>
      <w:r w:rsidRPr="00760EE6">
        <w:rPr>
          <w:rFonts w:cs="Times New Roman"/>
          <w:i/>
          <w:szCs w:val="26"/>
        </w:rPr>
        <w:t>ế</w:t>
      </w:r>
      <w:r w:rsidRPr="00760EE6">
        <w:rPr>
          <w:rFonts w:cs="Times New Roman"/>
          <w:i/>
          <w:szCs w:val="26"/>
        </w:rPr>
        <w:t>u niên Ti</w:t>
      </w:r>
      <w:r w:rsidRPr="00760EE6">
        <w:rPr>
          <w:rFonts w:cs="Times New Roman"/>
          <w:i/>
          <w:szCs w:val="26"/>
        </w:rPr>
        <w:t>ề</w:t>
      </w:r>
      <w:r w:rsidRPr="00760EE6">
        <w:rPr>
          <w:rFonts w:cs="Times New Roman"/>
          <w:i/>
          <w:szCs w:val="26"/>
        </w:rPr>
        <w:t>n phong H</w:t>
      </w:r>
      <w:r w:rsidRPr="00760EE6">
        <w:rPr>
          <w:rFonts w:cs="Times New Roman"/>
          <w:i/>
          <w:szCs w:val="26"/>
        </w:rPr>
        <w:t>ồ</w:t>
      </w:r>
      <w:r w:rsidRPr="00760EE6">
        <w:rPr>
          <w:rFonts w:cs="Times New Roman"/>
          <w:i/>
          <w:szCs w:val="26"/>
        </w:rPr>
        <w:t xml:space="preserve"> Chí Minh </w:t>
      </w:r>
    </w:p>
    <w:p w:rsidR="00626242" w:rsidRPr="00760EE6" w:rsidRDefault="00CD77AB">
      <w:pPr>
        <w:rPr>
          <w:rFonts w:cs="Times New Roman"/>
          <w:szCs w:val="26"/>
        </w:rPr>
      </w:pPr>
      <w:r w:rsidRPr="00760EE6">
        <w:rPr>
          <w:rFonts w:cs="Times New Roman"/>
          <w:i/>
          <w:szCs w:val="26"/>
        </w:rPr>
        <w:t xml:space="preserve">Căn cứ </w:t>
      </w:r>
      <w:r w:rsidR="00917383" w:rsidRPr="00760EE6">
        <w:rPr>
          <w:rFonts w:cs="Times New Roman"/>
          <w:i/>
          <w:szCs w:val="26"/>
        </w:rPr>
        <w:t>k</w:t>
      </w:r>
      <w:r w:rsidR="00917383" w:rsidRPr="00760EE6">
        <w:rPr>
          <w:rFonts w:cs="Times New Roman"/>
          <w:i/>
          <w:szCs w:val="26"/>
        </w:rPr>
        <w:t>ế</w:t>
      </w:r>
      <w:r w:rsidR="00917383" w:rsidRPr="00760EE6">
        <w:rPr>
          <w:rFonts w:cs="Times New Roman"/>
          <w:i/>
          <w:szCs w:val="26"/>
        </w:rPr>
        <w:t>t qu</w:t>
      </w:r>
      <w:r w:rsidR="00917383" w:rsidRPr="00760EE6">
        <w:rPr>
          <w:rFonts w:cs="Times New Roman"/>
          <w:i/>
          <w:szCs w:val="26"/>
        </w:rPr>
        <w:t>ả</w:t>
      </w:r>
      <w:r w:rsidR="00917383" w:rsidRPr="00760EE6">
        <w:rPr>
          <w:rFonts w:cs="Times New Roman"/>
          <w:i/>
          <w:szCs w:val="26"/>
        </w:rPr>
        <w:t xml:space="preserve"> rèn luy</w:t>
      </w:r>
      <w:r w:rsidR="00917383" w:rsidRPr="00760EE6">
        <w:rPr>
          <w:rFonts w:cs="Times New Roman"/>
          <w:i/>
          <w:szCs w:val="26"/>
        </w:rPr>
        <w:t>ệ</w:t>
      </w:r>
      <w:r w:rsidR="00917383" w:rsidRPr="00760EE6">
        <w:rPr>
          <w:rFonts w:cs="Times New Roman"/>
          <w:i/>
          <w:szCs w:val="26"/>
        </w:rPr>
        <w:t>n c</w:t>
      </w:r>
      <w:r w:rsidR="00917383" w:rsidRPr="00760EE6">
        <w:rPr>
          <w:rFonts w:cs="Times New Roman"/>
          <w:i/>
          <w:szCs w:val="26"/>
        </w:rPr>
        <w:t>ủ</w:t>
      </w:r>
      <w:r w:rsidR="00917383" w:rsidRPr="00760EE6">
        <w:rPr>
          <w:rFonts w:cs="Times New Roman"/>
          <w:i/>
          <w:szCs w:val="26"/>
        </w:rPr>
        <w:t>a h</w:t>
      </w:r>
      <w:r w:rsidR="00917383" w:rsidRPr="00760EE6">
        <w:rPr>
          <w:rFonts w:cs="Times New Roman"/>
          <w:i/>
          <w:szCs w:val="26"/>
        </w:rPr>
        <w:t>ọ</w:t>
      </w:r>
      <w:r w:rsidR="00917383" w:rsidRPr="00760EE6">
        <w:rPr>
          <w:rFonts w:cs="Times New Roman"/>
          <w:i/>
          <w:szCs w:val="26"/>
        </w:rPr>
        <w:t>c sinh trong th</w:t>
      </w:r>
      <w:r w:rsidR="00917383" w:rsidRPr="00760EE6">
        <w:rPr>
          <w:rFonts w:cs="Times New Roman"/>
          <w:i/>
          <w:szCs w:val="26"/>
        </w:rPr>
        <w:t>ờ</w:t>
      </w:r>
      <w:r w:rsidRPr="00760EE6">
        <w:rPr>
          <w:rFonts w:cs="Times New Roman"/>
          <w:i/>
          <w:szCs w:val="26"/>
        </w:rPr>
        <w:t>i gian qua</w:t>
      </w:r>
      <w:r w:rsidR="00917383" w:rsidRPr="00760EE6">
        <w:rPr>
          <w:rFonts w:cs="Times New Roman"/>
          <w:i/>
          <w:szCs w:val="26"/>
        </w:rPr>
        <w:br/>
      </w:r>
      <w:r w:rsidR="00917383" w:rsidRPr="00760EE6">
        <w:rPr>
          <w:rFonts w:cs="Times New Roman"/>
          <w:szCs w:val="26"/>
        </w:rPr>
        <w:br/>
        <w:t>Chi đ</w:t>
      </w:r>
      <w:r w:rsidR="00917383" w:rsidRPr="00760EE6">
        <w:rPr>
          <w:rFonts w:cs="Times New Roman"/>
          <w:szCs w:val="26"/>
        </w:rPr>
        <w:t>ộ</w:t>
      </w:r>
      <w:r w:rsidR="00917383" w:rsidRPr="00760EE6">
        <w:rPr>
          <w:rFonts w:cs="Times New Roman"/>
          <w:szCs w:val="26"/>
        </w:rPr>
        <w:t>i l</w:t>
      </w:r>
      <w:r w:rsidR="00917383" w:rsidRPr="00760EE6">
        <w:rPr>
          <w:rFonts w:cs="Times New Roman"/>
          <w:szCs w:val="26"/>
        </w:rPr>
        <w:t>ớ</w:t>
      </w:r>
      <w:r w:rsidR="00917383" w:rsidRPr="00760EE6">
        <w:rPr>
          <w:rFonts w:cs="Times New Roman"/>
          <w:szCs w:val="26"/>
        </w:rPr>
        <w:t>p……………… xét th</w:t>
      </w:r>
      <w:r w:rsidR="00917383" w:rsidRPr="00760EE6">
        <w:rPr>
          <w:rFonts w:cs="Times New Roman"/>
          <w:szCs w:val="26"/>
        </w:rPr>
        <w:t>ấ</w:t>
      </w:r>
      <w:r w:rsidR="00917383" w:rsidRPr="00760EE6">
        <w:rPr>
          <w:rFonts w:cs="Times New Roman"/>
          <w:szCs w:val="26"/>
        </w:rPr>
        <w:t>y các em có tên sau đây đ</w:t>
      </w:r>
      <w:r w:rsidR="00917383" w:rsidRPr="00760EE6">
        <w:rPr>
          <w:rFonts w:cs="Times New Roman"/>
          <w:szCs w:val="26"/>
        </w:rPr>
        <w:t>ủ</w:t>
      </w:r>
      <w:r w:rsidR="00917383" w:rsidRPr="00760EE6">
        <w:rPr>
          <w:rFonts w:cs="Times New Roman"/>
          <w:szCs w:val="26"/>
        </w:rPr>
        <w:t xml:space="preserve"> đi</w:t>
      </w:r>
      <w:r w:rsidR="00917383" w:rsidRPr="00760EE6">
        <w:rPr>
          <w:rFonts w:cs="Times New Roman"/>
          <w:szCs w:val="26"/>
        </w:rPr>
        <w:t>ề</w:t>
      </w:r>
      <w:r w:rsidR="00917383" w:rsidRPr="00760EE6">
        <w:rPr>
          <w:rFonts w:cs="Times New Roman"/>
          <w:szCs w:val="26"/>
        </w:rPr>
        <w:t>u ki</w:t>
      </w:r>
      <w:r w:rsidR="00917383" w:rsidRPr="00760EE6">
        <w:rPr>
          <w:rFonts w:cs="Times New Roman"/>
          <w:szCs w:val="26"/>
        </w:rPr>
        <w:t>ệ</w:t>
      </w:r>
      <w:r w:rsidR="00917383" w:rsidRPr="00760EE6">
        <w:rPr>
          <w:rFonts w:cs="Times New Roman"/>
          <w:szCs w:val="26"/>
        </w:rPr>
        <w:t>n đ</w:t>
      </w:r>
      <w:r w:rsidR="00917383" w:rsidRPr="00760EE6">
        <w:rPr>
          <w:rFonts w:cs="Times New Roman"/>
          <w:szCs w:val="26"/>
        </w:rPr>
        <w:t>ể</w:t>
      </w:r>
      <w:r w:rsidR="00917383" w:rsidRPr="00760EE6">
        <w:rPr>
          <w:rFonts w:cs="Times New Roman"/>
          <w:szCs w:val="26"/>
        </w:rPr>
        <w:t xml:space="preserve"> đư</w:t>
      </w:r>
      <w:r w:rsidR="00917383" w:rsidRPr="00760EE6">
        <w:rPr>
          <w:rFonts w:cs="Times New Roman"/>
          <w:szCs w:val="26"/>
        </w:rPr>
        <w:t>ợ</w:t>
      </w:r>
      <w:r w:rsidR="00917383" w:rsidRPr="00760EE6">
        <w:rPr>
          <w:rFonts w:cs="Times New Roman"/>
          <w:szCs w:val="26"/>
        </w:rPr>
        <w:t>c k</w:t>
      </w:r>
      <w:r w:rsidR="00917383" w:rsidRPr="00760EE6">
        <w:rPr>
          <w:rFonts w:cs="Times New Roman"/>
          <w:szCs w:val="26"/>
        </w:rPr>
        <w:t>ế</w:t>
      </w:r>
      <w:r w:rsidR="00917383" w:rsidRPr="00760EE6">
        <w:rPr>
          <w:rFonts w:cs="Times New Roman"/>
          <w:szCs w:val="26"/>
        </w:rPr>
        <w:t>t n</w:t>
      </w:r>
      <w:r w:rsidR="00917383" w:rsidRPr="00760EE6">
        <w:rPr>
          <w:rFonts w:cs="Times New Roman"/>
          <w:szCs w:val="26"/>
        </w:rPr>
        <w:t>ạ</w:t>
      </w:r>
      <w:r w:rsidR="00917383" w:rsidRPr="00760EE6">
        <w:rPr>
          <w:rFonts w:cs="Times New Roman"/>
          <w:szCs w:val="26"/>
        </w:rPr>
        <w:t>p vào Đ</w:t>
      </w:r>
      <w:r w:rsidR="00917383" w:rsidRPr="00760EE6">
        <w:rPr>
          <w:rFonts w:cs="Times New Roman"/>
          <w:szCs w:val="26"/>
        </w:rPr>
        <w:t>ộ</w:t>
      </w:r>
      <w:r w:rsidR="00917383" w:rsidRPr="00760EE6">
        <w:rPr>
          <w:rFonts w:cs="Times New Roman"/>
          <w:szCs w:val="26"/>
        </w:rPr>
        <w:t>i:</w:t>
      </w:r>
      <w:bookmarkStart w:id="0" w:name="_GoBack"/>
      <w:bookmarkEnd w:id="0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20"/>
        <w:gridCol w:w="2628"/>
        <w:gridCol w:w="2142"/>
        <w:gridCol w:w="1314"/>
        <w:gridCol w:w="1728"/>
      </w:tblGrid>
      <w:tr w:rsidR="00626242" w:rsidRPr="00760EE6" w:rsidTr="00760EE6">
        <w:tc>
          <w:tcPr>
            <w:tcW w:w="720" w:type="dxa"/>
          </w:tcPr>
          <w:p w:rsidR="00626242" w:rsidRPr="00760EE6" w:rsidRDefault="00917383">
            <w:pPr>
              <w:rPr>
                <w:rFonts w:cs="Times New Roman"/>
                <w:b/>
                <w:szCs w:val="26"/>
              </w:rPr>
            </w:pPr>
            <w:r w:rsidRPr="00760EE6">
              <w:rPr>
                <w:rFonts w:cs="Times New Roman"/>
                <w:b/>
                <w:szCs w:val="26"/>
              </w:rPr>
              <w:t>STT</w:t>
            </w:r>
          </w:p>
        </w:tc>
        <w:tc>
          <w:tcPr>
            <w:tcW w:w="2628" w:type="dxa"/>
          </w:tcPr>
          <w:p w:rsidR="00626242" w:rsidRPr="00760EE6" w:rsidRDefault="00917383">
            <w:pPr>
              <w:rPr>
                <w:rFonts w:cs="Times New Roman"/>
                <w:b/>
                <w:szCs w:val="26"/>
              </w:rPr>
            </w:pPr>
            <w:r w:rsidRPr="00760EE6">
              <w:rPr>
                <w:rFonts w:cs="Times New Roman"/>
                <w:b/>
                <w:szCs w:val="26"/>
              </w:rPr>
              <w:t>H</w:t>
            </w:r>
            <w:r w:rsidRPr="00760EE6">
              <w:rPr>
                <w:rFonts w:cs="Times New Roman"/>
                <w:b/>
                <w:szCs w:val="26"/>
              </w:rPr>
              <w:t>ọ</w:t>
            </w:r>
            <w:r w:rsidRPr="00760EE6">
              <w:rPr>
                <w:rFonts w:cs="Times New Roman"/>
                <w:b/>
                <w:szCs w:val="26"/>
              </w:rPr>
              <w:t xml:space="preserve"> và tên</w:t>
            </w:r>
          </w:p>
        </w:tc>
        <w:tc>
          <w:tcPr>
            <w:tcW w:w="2142" w:type="dxa"/>
          </w:tcPr>
          <w:p w:rsidR="00626242" w:rsidRPr="00760EE6" w:rsidRDefault="00917383">
            <w:pPr>
              <w:rPr>
                <w:rFonts w:cs="Times New Roman"/>
                <w:b/>
                <w:szCs w:val="26"/>
              </w:rPr>
            </w:pPr>
            <w:r w:rsidRPr="00760EE6">
              <w:rPr>
                <w:rFonts w:cs="Times New Roman"/>
                <w:b/>
                <w:szCs w:val="26"/>
              </w:rPr>
              <w:t>Ngày sinh</w:t>
            </w:r>
          </w:p>
        </w:tc>
        <w:tc>
          <w:tcPr>
            <w:tcW w:w="1314" w:type="dxa"/>
          </w:tcPr>
          <w:p w:rsidR="00626242" w:rsidRPr="00760EE6" w:rsidRDefault="00917383">
            <w:pPr>
              <w:rPr>
                <w:rFonts w:cs="Times New Roman"/>
                <w:b/>
                <w:szCs w:val="26"/>
              </w:rPr>
            </w:pPr>
            <w:r w:rsidRPr="00760EE6">
              <w:rPr>
                <w:rFonts w:cs="Times New Roman"/>
                <w:b/>
                <w:szCs w:val="26"/>
              </w:rPr>
              <w:t>L</w:t>
            </w:r>
            <w:r w:rsidRPr="00760EE6">
              <w:rPr>
                <w:rFonts w:cs="Times New Roman"/>
                <w:b/>
                <w:szCs w:val="26"/>
              </w:rPr>
              <w:t>ớ</w:t>
            </w:r>
            <w:r w:rsidRPr="00760EE6">
              <w:rPr>
                <w:rFonts w:cs="Times New Roman"/>
                <w:b/>
                <w:szCs w:val="26"/>
              </w:rPr>
              <w:t>p</w:t>
            </w:r>
          </w:p>
        </w:tc>
        <w:tc>
          <w:tcPr>
            <w:tcW w:w="1728" w:type="dxa"/>
          </w:tcPr>
          <w:p w:rsidR="00626242" w:rsidRPr="00760EE6" w:rsidRDefault="00917383">
            <w:pPr>
              <w:rPr>
                <w:rFonts w:cs="Times New Roman"/>
                <w:b/>
                <w:szCs w:val="26"/>
              </w:rPr>
            </w:pPr>
            <w:r w:rsidRPr="00760EE6">
              <w:rPr>
                <w:rFonts w:cs="Times New Roman"/>
                <w:b/>
                <w:szCs w:val="26"/>
              </w:rPr>
              <w:t>Ghi chú</w:t>
            </w:r>
          </w:p>
        </w:tc>
      </w:tr>
      <w:tr w:rsidR="00626242" w:rsidRPr="00760EE6" w:rsidTr="00760EE6">
        <w:tc>
          <w:tcPr>
            <w:tcW w:w="720" w:type="dxa"/>
          </w:tcPr>
          <w:p w:rsidR="00626242" w:rsidRPr="00760EE6" w:rsidRDefault="00917383">
            <w:pPr>
              <w:rPr>
                <w:rFonts w:cs="Times New Roman"/>
                <w:szCs w:val="26"/>
              </w:rPr>
            </w:pPr>
            <w:r w:rsidRPr="00760EE6">
              <w:rPr>
                <w:rFonts w:cs="Times New Roman"/>
                <w:szCs w:val="26"/>
              </w:rPr>
              <w:t>1</w:t>
            </w:r>
          </w:p>
        </w:tc>
        <w:tc>
          <w:tcPr>
            <w:tcW w:w="2628" w:type="dxa"/>
          </w:tcPr>
          <w:p w:rsidR="00626242" w:rsidRPr="00760EE6" w:rsidRDefault="00626242">
            <w:pPr>
              <w:rPr>
                <w:rFonts w:cs="Times New Roman"/>
                <w:szCs w:val="26"/>
              </w:rPr>
            </w:pPr>
          </w:p>
        </w:tc>
        <w:tc>
          <w:tcPr>
            <w:tcW w:w="2142" w:type="dxa"/>
          </w:tcPr>
          <w:p w:rsidR="00626242" w:rsidRPr="00760EE6" w:rsidRDefault="00626242">
            <w:pPr>
              <w:rPr>
                <w:rFonts w:cs="Times New Roman"/>
                <w:szCs w:val="26"/>
              </w:rPr>
            </w:pPr>
          </w:p>
        </w:tc>
        <w:tc>
          <w:tcPr>
            <w:tcW w:w="1314" w:type="dxa"/>
          </w:tcPr>
          <w:p w:rsidR="00626242" w:rsidRPr="00760EE6" w:rsidRDefault="00626242">
            <w:pPr>
              <w:rPr>
                <w:rFonts w:cs="Times New Roman"/>
                <w:szCs w:val="26"/>
              </w:rPr>
            </w:pPr>
          </w:p>
        </w:tc>
        <w:tc>
          <w:tcPr>
            <w:tcW w:w="1728" w:type="dxa"/>
          </w:tcPr>
          <w:p w:rsidR="00626242" w:rsidRPr="00760EE6" w:rsidRDefault="00626242">
            <w:pPr>
              <w:rPr>
                <w:rFonts w:cs="Times New Roman"/>
                <w:szCs w:val="26"/>
              </w:rPr>
            </w:pPr>
          </w:p>
        </w:tc>
      </w:tr>
      <w:tr w:rsidR="00626242" w:rsidRPr="00760EE6" w:rsidTr="00760EE6">
        <w:tc>
          <w:tcPr>
            <w:tcW w:w="720" w:type="dxa"/>
          </w:tcPr>
          <w:p w:rsidR="00626242" w:rsidRPr="00760EE6" w:rsidRDefault="00917383">
            <w:pPr>
              <w:rPr>
                <w:rFonts w:cs="Times New Roman"/>
                <w:szCs w:val="26"/>
              </w:rPr>
            </w:pPr>
            <w:r w:rsidRPr="00760EE6">
              <w:rPr>
                <w:rFonts w:cs="Times New Roman"/>
                <w:szCs w:val="26"/>
              </w:rPr>
              <w:t>2</w:t>
            </w:r>
          </w:p>
        </w:tc>
        <w:tc>
          <w:tcPr>
            <w:tcW w:w="2628" w:type="dxa"/>
          </w:tcPr>
          <w:p w:rsidR="00626242" w:rsidRPr="00760EE6" w:rsidRDefault="00626242">
            <w:pPr>
              <w:rPr>
                <w:rFonts w:cs="Times New Roman"/>
                <w:szCs w:val="26"/>
              </w:rPr>
            </w:pPr>
          </w:p>
        </w:tc>
        <w:tc>
          <w:tcPr>
            <w:tcW w:w="2142" w:type="dxa"/>
          </w:tcPr>
          <w:p w:rsidR="00626242" w:rsidRPr="00760EE6" w:rsidRDefault="00626242">
            <w:pPr>
              <w:rPr>
                <w:rFonts w:cs="Times New Roman"/>
                <w:szCs w:val="26"/>
              </w:rPr>
            </w:pPr>
          </w:p>
        </w:tc>
        <w:tc>
          <w:tcPr>
            <w:tcW w:w="1314" w:type="dxa"/>
          </w:tcPr>
          <w:p w:rsidR="00626242" w:rsidRPr="00760EE6" w:rsidRDefault="00626242">
            <w:pPr>
              <w:rPr>
                <w:rFonts w:cs="Times New Roman"/>
                <w:szCs w:val="26"/>
              </w:rPr>
            </w:pPr>
          </w:p>
        </w:tc>
        <w:tc>
          <w:tcPr>
            <w:tcW w:w="1728" w:type="dxa"/>
          </w:tcPr>
          <w:p w:rsidR="00626242" w:rsidRPr="00760EE6" w:rsidRDefault="00626242">
            <w:pPr>
              <w:rPr>
                <w:rFonts w:cs="Times New Roman"/>
                <w:szCs w:val="26"/>
              </w:rPr>
            </w:pPr>
          </w:p>
        </w:tc>
      </w:tr>
      <w:tr w:rsidR="00626242" w:rsidRPr="00760EE6" w:rsidTr="00760EE6">
        <w:tc>
          <w:tcPr>
            <w:tcW w:w="720" w:type="dxa"/>
          </w:tcPr>
          <w:p w:rsidR="00626242" w:rsidRPr="00760EE6" w:rsidRDefault="00917383">
            <w:pPr>
              <w:rPr>
                <w:rFonts w:cs="Times New Roman"/>
                <w:szCs w:val="26"/>
              </w:rPr>
            </w:pPr>
            <w:r w:rsidRPr="00760EE6">
              <w:rPr>
                <w:rFonts w:cs="Times New Roman"/>
                <w:szCs w:val="26"/>
              </w:rPr>
              <w:t>3</w:t>
            </w:r>
          </w:p>
        </w:tc>
        <w:tc>
          <w:tcPr>
            <w:tcW w:w="2628" w:type="dxa"/>
          </w:tcPr>
          <w:p w:rsidR="00626242" w:rsidRPr="00760EE6" w:rsidRDefault="00626242">
            <w:pPr>
              <w:rPr>
                <w:rFonts w:cs="Times New Roman"/>
                <w:szCs w:val="26"/>
              </w:rPr>
            </w:pPr>
          </w:p>
        </w:tc>
        <w:tc>
          <w:tcPr>
            <w:tcW w:w="2142" w:type="dxa"/>
          </w:tcPr>
          <w:p w:rsidR="00626242" w:rsidRPr="00760EE6" w:rsidRDefault="00626242">
            <w:pPr>
              <w:rPr>
                <w:rFonts w:cs="Times New Roman"/>
                <w:szCs w:val="26"/>
              </w:rPr>
            </w:pPr>
          </w:p>
        </w:tc>
        <w:tc>
          <w:tcPr>
            <w:tcW w:w="1314" w:type="dxa"/>
          </w:tcPr>
          <w:p w:rsidR="00626242" w:rsidRPr="00760EE6" w:rsidRDefault="00626242">
            <w:pPr>
              <w:rPr>
                <w:rFonts w:cs="Times New Roman"/>
                <w:szCs w:val="26"/>
              </w:rPr>
            </w:pPr>
          </w:p>
        </w:tc>
        <w:tc>
          <w:tcPr>
            <w:tcW w:w="1728" w:type="dxa"/>
          </w:tcPr>
          <w:p w:rsidR="00626242" w:rsidRPr="00760EE6" w:rsidRDefault="00626242">
            <w:pPr>
              <w:rPr>
                <w:rFonts w:cs="Times New Roman"/>
                <w:szCs w:val="26"/>
              </w:rPr>
            </w:pPr>
          </w:p>
        </w:tc>
      </w:tr>
    </w:tbl>
    <w:p w:rsidR="00626242" w:rsidRPr="00760EE6" w:rsidRDefault="00917383">
      <w:pPr>
        <w:rPr>
          <w:rFonts w:cs="Times New Roman"/>
          <w:szCs w:val="26"/>
        </w:rPr>
      </w:pPr>
      <w:r w:rsidRPr="00760EE6">
        <w:rPr>
          <w:rFonts w:cs="Times New Roman"/>
          <w:szCs w:val="26"/>
        </w:rPr>
        <w:br/>
        <w:t>Nay Chi đ</w:t>
      </w:r>
      <w:r w:rsidRPr="00760EE6">
        <w:rPr>
          <w:rFonts w:cs="Times New Roman"/>
          <w:szCs w:val="26"/>
        </w:rPr>
        <w:t>ộ</w:t>
      </w:r>
      <w:r w:rsidRPr="00760EE6">
        <w:rPr>
          <w:rFonts w:cs="Times New Roman"/>
          <w:szCs w:val="26"/>
        </w:rPr>
        <w:t xml:space="preserve">i </w:t>
      </w:r>
      <w:r w:rsidRPr="00760EE6">
        <w:rPr>
          <w:rFonts w:cs="Times New Roman"/>
          <w:szCs w:val="26"/>
        </w:rPr>
        <w:t>l</w:t>
      </w:r>
      <w:r w:rsidRPr="00760EE6">
        <w:rPr>
          <w:rFonts w:cs="Times New Roman"/>
          <w:szCs w:val="26"/>
        </w:rPr>
        <w:t>ớ</w:t>
      </w:r>
      <w:r w:rsidRPr="00760EE6">
        <w:rPr>
          <w:rFonts w:cs="Times New Roman"/>
          <w:szCs w:val="26"/>
        </w:rPr>
        <w:t>p……………… kính đ</w:t>
      </w:r>
      <w:r w:rsidRPr="00760EE6">
        <w:rPr>
          <w:rFonts w:cs="Times New Roman"/>
          <w:szCs w:val="26"/>
        </w:rPr>
        <w:t>ề</w:t>
      </w:r>
      <w:r w:rsidRPr="00760EE6">
        <w:rPr>
          <w:rFonts w:cs="Times New Roman"/>
          <w:szCs w:val="26"/>
        </w:rPr>
        <w:t xml:space="preserve"> ngh</w:t>
      </w:r>
      <w:r w:rsidRPr="00760EE6">
        <w:rPr>
          <w:rFonts w:cs="Times New Roman"/>
          <w:szCs w:val="26"/>
        </w:rPr>
        <w:t>ị</w:t>
      </w:r>
      <w:r w:rsidRPr="00760EE6">
        <w:rPr>
          <w:rFonts w:cs="Times New Roman"/>
          <w:szCs w:val="26"/>
        </w:rPr>
        <w:t xml:space="preserve"> </w:t>
      </w:r>
      <w:r w:rsidR="00CD77AB" w:rsidRPr="00760EE6">
        <w:rPr>
          <w:rFonts w:cs="Times New Roman"/>
          <w:szCs w:val="26"/>
        </w:rPr>
        <w:t>............</w:t>
      </w:r>
      <w:r w:rsidRPr="00760EE6">
        <w:rPr>
          <w:rFonts w:cs="Times New Roman"/>
          <w:szCs w:val="26"/>
        </w:rPr>
        <w:t>xem xét, quy</w:t>
      </w:r>
      <w:r w:rsidRPr="00760EE6">
        <w:rPr>
          <w:rFonts w:cs="Times New Roman"/>
          <w:szCs w:val="26"/>
        </w:rPr>
        <w:t>ế</w:t>
      </w:r>
      <w:r w:rsidRPr="00760EE6">
        <w:rPr>
          <w:rFonts w:cs="Times New Roman"/>
          <w:szCs w:val="26"/>
        </w:rPr>
        <w:t>t đ</w:t>
      </w:r>
      <w:r w:rsidRPr="00760EE6">
        <w:rPr>
          <w:rFonts w:cs="Times New Roman"/>
          <w:szCs w:val="26"/>
        </w:rPr>
        <w:t>ị</w:t>
      </w:r>
      <w:r w:rsidRPr="00760EE6">
        <w:rPr>
          <w:rFonts w:cs="Times New Roman"/>
          <w:szCs w:val="26"/>
        </w:rPr>
        <w:t>nh k</w:t>
      </w:r>
      <w:r w:rsidRPr="00760EE6">
        <w:rPr>
          <w:rFonts w:cs="Times New Roman"/>
          <w:szCs w:val="26"/>
        </w:rPr>
        <w:t>ế</w:t>
      </w:r>
      <w:r w:rsidRPr="00760EE6">
        <w:rPr>
          <w:rFonts w:cs="Times New Roman"/>
          <w:szCs w:val="26"/>
        </w:rPr>
        <w:t>t n</w:t>
      </w:r>
      <w:r w:rsidRPr="00760EE6">
        <w:rPr>
          <w:rFonts w:cs="Times New Roman"/>
          <w:szCs w:val="26"/>
        </w:rPr>
        <w:t>ạ</w:t>
      </w:r>
      <w:r w:rsidRPr="00760EE6">
        <w:rPr>
          <w:rFonts w:cs="Times New Roman"/>
          <w:szCs w:val="26"/>
        </w:rPr>
        <w:t>p các em có tên trên vào Đ</w:t>
      </w:r>
      <w:r w:rsidRPr="00760EE6">
        <w:rPr>
          <w:rFonts w:cs="Times New Roman"/>
          <w:szCs w:val="26"/>
        </w:rPr>
        <w:t>ộ</w:t>
      </w:r>
      <w:r w:rsidRPr="00760EE6">
        <w:rPr>
          <w:rFonts w:cs="Times New Roman"/>
          <w:szCs w:val="26"/>
        </w:rPr>
        <w:t>i Thi</w:t>
      </w:r>
      <w:r w:rsidRPr="00760EE6">
        <w:rPr>
          <w:rFonts w:cs="Times New Roman"/>
          <w:szCs w:val="26"/>
        </w:rPr>
        <w:t>ế</w:t>
      </w:r>
      <w:r w:rsidRPr="00760EE6">
        <w:rPr>
          <w:rFonts w:cs="Times New Roman"/>
          <w:szCs w:val="26"/>
        </w:rPr>
        <w:t>u niên Ti</w:t>
      </w:r>
      <w:r w:rsidRPr="00760EE6">
        <w:rPr>
          <w:rFonts w:cs="Times New Roman"/>
          <w:szCs w:val="26"/>
        </w:rPr>
        <w:t>ề</w:t>
      </w:r>
      <w:r w:rsidRPr="00760EE6">
        <w:rPr>
          <w:rFonts w:cs="Times New Roman"/>
          <w:szCs w:val="26"/>
        </w:rPr>
        <w:t>n phong H</w:t>
      </w:r>
      <w:r w:rsidRPr="00760EE6">
        <w:rPr>
          <w:rFonts w:cs="Times New Roman"/>
          <w:szCs w:val="26"/>
        </w:rPr>
        <w:t>ồ</w:t>
      </w:r>
      <w:r w:rsidRPr="00760EE6">
        <w:rPr>
          <w:rFonts w:cs="Times New Roman"/>
          <w:szCs w:val="26"/>
        </w:rPr>
        <w:t xml:space="preserve"> Chí Minh.</w:t>
      </w:r>
      <w:r w:rsidRPr="00760EE6">
        <w:rPr>
          <w:rFonts w:cs="Times New Roman"/>
          <w:szCs w:val="26"/>
        </w:rPr>
        <w:br/>
      </w:r>
      <w:r w:rsidRPr="00760EE6">
        <w:rPr>
          <w:rFonts w:cs="Times New Roman"/>
          <w:szCs w:val="26"/>
        </w:rPr>
        <w:br/>
        <w:t>R</w:t>
      </w:r>
      <w:r w:rsidRPr="00760EE6">
        <w:rPr>
          <w:rFonts w:cs="Times New Roman"/>
          <w:szCs w:val="26"/>
        </w:rPr>
        <w:t>ấ</w:t>
      </w:r>
      <w:r w:rsidRPr="00760EE6">
        <w:rPr>
          <w:rFonts w:cs="Times New Roman"/>
          <w:szCs w:val="26"/>
        </w:rPr>
        <w:t>t mong đư</w:t>
      </w:r>
      <w:r w:rsidRPr="00760EE6">
        <w:rPr>
          <w:rFonts w:cs="Times New Roman"/>
          <w:szCs w:val="26"/>
        </w:rPr>
        <w:t>ợ</w:t>
      </w:r>
      <w:r w:rsidRPr="00760EE6">
        <w:rPr>
          <w:rFonts w:cs="Times New Roman"/>
          <w:szCs w:val="26"/>
        </w:rPr>
        <w:t xml:space="preserve">c </w:t>
      </w:r>
      <w:r w:rsidR="00CD77AB" w:rsidRPr="00760EE6">
        <w:rPr>
          <w:rFonts w:cs="Times New Roman"/>
          <w:szCs w:val="26"/>
        </w:rPr>
        <w:t>..............</w:t>
      </w:r>
      <w:r w:rsidRPr="00760EE6">
        <w:rPr>
          <w:rFonts w:cs="Times New Roman"/>
          <w:szCs w:val="26"/>
        </w:rPr>
        <w:t>xem xét và ch</w:t>
      </w:r>
      <w:r w:rsidRPr="00760EE6">
        <w:rPr>
          <w:rFonts w:cs="Times New Roman"/>
          <w:szCs w:val="26"/>
        </w:rPr>
        <w:t>ấ</w:t>
      </w:r>
      <w:r w:rsidRPr="00760EE6">
        <w:rPr>
          <w:rFonts w:cs="Times New Roman"/>
          <w:szCs w:val="26"/>
        </w:rPr>
        <w:t>p thu</w:t>
      </w:r>
      <w:r w:rsidRPr="00760EE6">
        <w:rPr>
          <w:rFonts w:cs="Times New Roman"/>
          <w:szCs w:val="26"/>
        </w:rPr>
        <w:t>ậ</w:t>
      </w:r>
      <w:r w:rsidRPr="00760EE6">
        <w:rPr>
          <w:rFonts w:cs="Times New Roman"/>
          <w:szCs w:val="26"/>
        </w:rPr>
        <w:t>n.</w:t>
      </w:r>
      <w:r w:rsidRPr="00760EE6">
        <w:rPr>
          <w:rFonts w:cs="Times New Roman"/>
          <w:szCs w:val="26"/>
        </w:rPr>
        <w:br/>
      </w:r>
      <w:r w:rsidRPr="00760EE6">
        <w:rPr>
          <w:rFonts w:cs="Times New Roman"/>
          <w:szCs w:val="26"/>
        </w:rPr>
        <w:br/>
        <w:t>Xin trân tr</w:t>
      </w:r>
      <w:r w:rsidRPr="00760EE6">
        <w:rPr>
          <w:rFonts w:cs="Times New Roman"/>
          <w:szCs w:val="26"/>
        </w:rPr>
        <w:t>ọ</w:t>
      </w:r>
      <w:r w:rsidRPr="00760EE6">
        <w:rPr>
          <w:rFonts w:cs="Times New Roman"/>
          <w:szCs w:val="26"/>
        </w:rPr>
        <w:t>ng c</w:t>
      </w:r>
      <w:r w:rsidRPr="00760EE6">
        <w:rPr>
          <w:rFonts w:cs="Times New Roman"/>
          <w:szCs w:val="26"/>
        </w:rPr>
        <w:t>ả</w:t>
      </w:r>
      <w:r w:rsidRPr="00760EE6">
        <w:rPr>
          <w:rFonts w:cs="Times New Roman"/>
          <w:szCs w:val="26"/>
        </w:rPr>
        <w:t>m ơn!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  <w:gridCol w:w="3402"/>
      </w:tblGrid>
      <w:tr w:rsidR="00626242" w:rsidRPr="00760EE6" w:rsidTr="00CD77AB">
        <w:trPr>
          <w:jc w:val="center"/>
        </w:trPr>
        <w:tc>
          <w:tcPr>
            <w:tcW w:w="5238" w:type="dxa"/>
          </w:tcPr>
          <w:p w:rsidR="00626242" w:rsidRPr="00760EE6" w:rsidRDefault="00917383" w:rsidP="00CD77AB">
            <w:pPr>
              <w:jc w:val="center"/>
              <w:rPr>
                <w:rFonts w:cs="Times New Roman"/>
                <w:b/>
                <w:szCs w:val="26"/>
              </w:rPr>
            </w:pPr>
            <w:r w:rsidRPr="00760EE6">
              <w:rPr>
                <w:rFonts w:cs="Times New Roman"/>
                <w:b/>
                <w:szCs w:val="26"/>
              </w:rPr>
              <w:t>XÁC NH</w:t>
            </w:r>
            <w:r w:rsidRPr="00760EE6">
              <w:rPr>
                <w:rFonts w:cs="Times New Roman"/>
                <w:b/>
                <w:szCs w:val="26"/>
              </w:rPr>
              <w:t>Ậ</w:t>
            </w:r>
            <w:r w:rsidRPr="00760EE6">
              <w:rPr>
                <w:rFonts w:cs="Times New Roman"/>
                <w:b/>
                <w:szCs w:val="26"/>
              </w:rPr>
              <w:t>N C</w:t>
            </w:r>
            <w:r w:rsidRPr="00760EE6">
              <w:rPr>
                <w:rFonts w:cs="Times New Roman"/>
                <w:b/>
                <w:szCs w:val="26"/>
              </w:rPr>
              <w:t>Ủ</w:t>
            </w:r>
            <w:r w:rsidRPr="00760EE6">
              <w:rPr>
                <w:rFonts w:cs="Times New Roman"/>
                <w:b/>
                <w:szCs w:val="26"/>
              </w:rPr>
              <w:t>A GIÁO VIÊN CH</w:t>
            </w:r>
            <w:r w:rsidRPr="00760EE6">
              <w:rPr>
                <w:rFonts w:cs="Times New Roman"/>
                <w:b/>
                <w:szCs w:val="26"/>
              </w:rPr>
              <w:t>Ủ</w:t>
            </w:r>
            <w:r w:rsidRPr="00760EE6">
              <w:rPr>
                <w:rFonts w:cs="Times New Roman"/>
                <w:b/>
                <w:szCs w:val="26"/>
              </w:rPr>
              <w:t xml:space="preserve"> NHI</w:t>
            </w:r>
            <w:r w:rsidRPr="00760EE6">
              <w:rPr>
                <w:rFonts w:cs="Times New Roman"/>
                <w:b/>
                <w:szCs w:val="26"/>
              </w:rPr>
              <w:t>Ệ</w:t>
            </w:r>
            <w:r w:rsidRPr="00760EE6">
              <w:rPr>
                <w:rFonts w:cs="Times New Roman"/>
                <w:b/>
                <w:szCs w:val="26"/>
              </w:rPr>
              <w:t>M</w:t>
            </w:r>
            <w:r w:rsidRPr="00760EE6">
              <w:rPr>
                <w:rFonts w:cs="Times New Roman"/>
                <w:b/>
                <w:szCs w:val="26"/>
              </w:rPr>
              <w:br/>
              <w:t>(Ký, g</w:t>
            </w:r>
            <w:r w:rsidRPr="00760EE6">
              <w:rPr>
                <w:rFonts w:cs="Times New Roman"/>
                <w:b/>
                <w:szCs w:val="26"/>
              </w:rPr>
              <w:t>hi rõ h</w:t>
            </w:r>
            <w:r w:rsidRPr="00760EE6">
              <w:rPr>
                <w:rFonts w:cs="Times New Roman"/>
                <w:b/>
                <w:szCs w:val="26"/>
              </w:rPr>
              <w:t>ọ</w:t>
            </w:r>
            <w:r w:rsidRPr="00760EE6">
              <w:rPr>
                <w:rFonts w:cs="Times New Roman"/>
                <w:b/>
                <w:szCs w:val="26"/>
              </w:rPr>
              <w:t xml:space="preserve"> tên)</w:t>
            </w:r>
          </w:p>
        </w:tc>
        <w:tc>
          <w:tcPr>
            <w:tcW w:w="3402" w:type="dxa"/>
          </w:tcPr>
          <w:p w:rsidR="00626242" w:rsidRPr="00760EE6" w:rsidRDefault="00917383" w:rsidP="00CD77AB">
            <w:pPr>
              <w:jc w:val="center"/>
              <w:rPr>
                <w:rFonts w:cs="Times New Roman"/>
                <w:b/>
                <w:szCs w:val="26"/>
              </w:rPr>
            </w:pPr>
            <w:r w:rsidRPr="00760EE6">
              <w:rPr>
                <w:rFonts w:cs="Times New Roman"/>
                <w:b/>
                <w:szCs w:val="26"/>
              </w:rPr>
              <w:t>TM. CHI Đ</w:t>
            </w:r>
            <w:r w:rsidRPr="00760EE6">
              <w:rPr>
                <w:rFonts w:cs="Times New Roman"/>
                <w:b/>
                <w:szCs w:val="26"/>
              </w:rPr>
              <w:t>Ộ</w:t>
            </w:r>
            <w:r w:rsidRPr="00760EE6">
              <w:rPr>
                <w:rFonts w:cs="Times New Roman"/>
                <w:b/>
                <w:szCs w:val="26"/>
              </w:rPr>
              <w:t>I</w:t>
            </w:r>
            <w:r w:rsidRPr="00760EE6">
              <w:rPr>
                <w:rFonts w:cs="Times New Roman"/>
                <w:b/>
                <w:szCs w:val="26"/>
              </w:rPr>
              <w:br/>
              <w:t>Chi đ</w:t>
            </w:r>
            <w:r w:rsidRPr="00760EE6">
              <w:rPr>
                <w:rFonts w:cs="Times New Roman"/>
                <w:b/>
                <w:szCs w:val="26"/>
              </w:rPr>
              <w:t>ộ</w:t>
            </w:r>
            <w:r w:rsidRPr="00760EE6">
              <w:rPr>
                <w:rFonts w:cs="Times New Roman"/>
                <w:b/>
                <w:szCs w:val="26"/>
              </w:rPr>
              <w:t>i trư</w:t>
            </w:r>
            <w:r w:rsidRPr="00760EE6">
              <w:rPr>
                <w:rFonts w:cs="Times New Roman"/>
                <w:b/>
                <w:szCs w:val="26"/>
              </w:rPr>
              <w:t>ở</w:t>
            </w:r>
            <w:r w:rsidRPr="00760EE6">
              <w:rPr>
                <w:rFonts w:cs="Times New Roman"/>
                <w:b/>
                <w:szCs w:val="26"/>
              </w:rPr>
              <w:t>ng</w:t>
            </w:r>
            <w:r w:rsidRPr="00760EE6">
              <w:rPr>
                <w:rFonts w:cs="Times New Roman"/>
                <w:b/>
                <w:szCs w:val="26"/>
              </w:rPr>
              <w:br/>
              <w:t>(Ký, ghi rõ h</w:t>
            </w:r>
            <w:r w:rsidRPr="00760EE6">
              <w:rPr>
                <w:rFonts w:cs="Times New Roman"/>
                <w:b/>
                <w:szCs w:val="26"/>
              </w:rPr>
              <w:t>ọ</w:t>
            </w:r>
            <w:r w:rsidRPr="00760EE6">
              <w:rPr>
                <w:rFonts w:cs="Times New Roman"/>
                <w:b/>
                <w:szCs w:val="26"/>
              </w:rPr>
              <w:t xml:space="preserve"> tên)</w:t>
            </w:r>
          </w:p>
        </w:tc>
      </w:tr>
    </w:tbl>
    <w:p w:rsidR="00917383" w:rsidRPr="00760EE6" w:rsidRDefault="00917383">
      <w:pPr>
        <w:rPr>
          <w:rFonts w:cs="Times New Roman"/>
          <w:szCs w:val="26"/>
        </w:rPr>
      </w:pPr>
    </w:p>
    <w:sectPr w:rsidR="00917383" w:rsidRPr="00760E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26242"/>
    <w:rsid w:val="00760EE6"/>
    <w:rsid w:val="00917383"/>
    <w:rsid w:val="00AA1D8D"/>
    <w:rsid w:val="00B47730"/>
    <w:rsid w:val="00CB0664"/>
    <w:rsid w:val="00CD77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17AF5BD-35A2-48AE-A598-79883D4A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7AB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3B4D4C-25D0-4AE6-986C-8916ACF6F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TienDat</cp:lastModifiedBy>
  <cp:revision>2</cp:revision>
  <dcterms:created xsi:type="dcterms:W3CDTF">2013-12-23T23:15:00Z</dcterms:created>
  <dcterms:modified xsi:type="dcterms:W3CDTF">2026-05-09T07:51:00Z</dcterms:modified>
  <cp:category/>
</cp:coreProperties>
</file>