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2CC" w:rsidRPr="004F697C" w:rsidRDefault="004F697C" w:rsidP="003374F3">
      <w:pPr>
        <w:spacing w:line="360" w:lineRule="auto"/>
        <w:jc w:val="center"/>
        <w:rPr>
          <w:b/>
        </w:rPr>
      </w:pPr>
      <w:r w:rsidRPr="004F697C">
        <w:rPr>
          <w:b/>
        </w:rPr>
        <w:t>CỘNG‍ HÒA‍ XÃ‍ HỘI‍ CHỦ‍ NGHĨA‍ VIỆT‍ NAM</w:t>
      </w:r>
      <w:r w:rsidRPr="004F697C">
        <w:rPr>
          <w:b/>
        </w:rPr>
        <w:br/>
        <w:t>Độc‍ lập‍ -‍ Tự‍ do‍ -‍ Hạnh‍ phúc</w:t>
      </w:r>
      <w:r w:rsidRPr="004F697C">
        <w:rPr>
          <w:b/>
        </w:rPr>
        <w:br/>
        <w:t>———————————</w:t>
      </w:r>
    </w:p>
    <w:p w:rsidR="00A572CC" w:rsidRPr="004F697C" w:rsidRDefault="004F697C" w:rsidP="003374F3">
      <w:pPr>
        <w:spacing w:line="360" w:lineRule="auto"/>
        <w:jc w:val="center"/>
        <w:rPr>
          <w:b/>
        </w:rPr>
      </w:pPr>
      <w:r w:rsidRPr="004F697C">
        <w:rPr>
          <w:b/>
        </w:rPr>
        <w:t>BIÊN‍ BẢN‍ THỎA‍ THUẬN‍ XÁC‍ NHẬN‍ NỢ</w:t>
      </w:r>
    </w:p>
    <w:p w:rsidR="00A572CC" w:rsidRDefault="004F697C" w:rsidP="003374F3">
      <w:pPr>
        <w:spacing w:line="360" w:lineRule="auto"/>
      </w:pPr>
      <w:r>
        <w:t>Hôm‍ nay,‍ ngày ...‍ tháng‍ ...‍ năm‍ 2025,‍ tại ..........................................,‍ chúng‍ tôi‍ gồm‍ có:</w:t>
      </w:r>
    </w:p>
    <w:p w:rsidR="00A572CC" w:rsidRPr="003374F3" w:rsidRDefault="004F697C" w:rsidP="003374F3">
      <w:pPr>
        <w:spacing w:line="360" w:lineRule="auto"/>
        <w:rPr>
          <w:b/>
        </w:rPr>
      </w:pPr>
      <w:r w:rsidRPr="003374F3">
        <w:rPr>
          <w:b/>
        </w:rPr>
        <w:t>BÊN‍ A‍ (BÊN‍ CHO‍ VAY):</w:t>
      </w:r>
      <w:bookmarkStart w:id="0" w:name="_GoBack"/>
      <w:bookmarkEnd w:id="0"/>
    </w:p>
    <w:p w:rsidR="00A572CC" w:rsidRDefault="004F697C" w:rsidP="003374F3">
      <w:pPr>
        <w:spacing w:line="360" w:lineRule="auto"/>
      </w:pPr>
      <w:r>
        <w:t>Họ‍ và‍ tên: ..........................................................</w:t>
      </w:r>
      <w:r w:rsidR="005C1956">
        <w:t>....................................................................</w:t>
      </w:r>
    </w:p>
    <w:p w:rsidR="00A572CC" w:rsidRDefault="004F697C" w:rsidP="003374F3">
      <w:pPr>
        <w:spacing w:line="360" w:lineRule="auto"/>
      </w:pPr>
      <w:r>
        <w:t>Số‍ CCCD</w:t>
      </w:r>
      <w:r w:rsidR="005C1956">
        <w:t>/Thẻ căn cước</w:t>
      </w:r>
      <w:r>
        <w:t>: ..................................................</w:t>
      </w:r>
      <w:r w:rsidR="005C1956">
        <w:t>.....................................................</w:t>
      </w:r>
    </w:p>
    <w:p w:rsidR="00A572CC" w:rsidRDefault="004F697C" w:rsidP="003374F3">
      <w:pPr>
        <w:spacing w:line="360" w:lineRule="auto"/>
      </w:pPr>
      <w:r>
        <w:t>Ngày‍ cấp: ......................  Nơi‍ cấp: ........................</w:t>
      </w:r>
      <w:r w:rsidR="005C1956">
        <w:t>...............................................................</w:t>
      </w:r>
    </w:p>
    <w:p w:rsidR="00A572CC" w:rsidRDefault="004F697C" w:rsidP="003374F3">
      <w:pPr>
        <w:spacing w:line="360" w:lineRule="auto"/>
      </w:pPr>
      <w:r>
        <w:t>Địa‍ chỉ‍ thường‍ trú: .................................................</w:t>
      </w:r>
      <w:r w:rsidR="005C1956">
        <w:t>...............................................................</w:t>
      </w:r>
    </w:p>
    <w:p w:rsidR="00A572CC" w:rsidRDefault="004F697C" w:rsidP="003374F3">
      <w:pPr>
        <w:spacing w:line="360" w:lineRule="auto"/>
      </w:pPr>
      <w:r>
        <w:t>Số‍ điện‍ thoại: ......................................................</w:t>
      </w:r>
      <w:r w:rsidR="005C1956">
        <w:t>..................................................................</w:t>
      </w:r>
    </w:p>
    <w:p w:rsidR="00A572CC" w:rsidRPr="003374F3" w:rsidRDefault="004F697C" w:rsidP="003374F3">
      <w:pPr>
        <w:tabs>
          <w:tab w:val="left" w:pos="2769"/>
        </w:tabs>
        <w:spacing w:line="360" w:lineRule="auto"/>
        <w:rPr>
          <w:b/>
        </w:rPr>
      </w:pPr>
      <w:r w:rsidRPr="003374F3">
        <w:rPr>
          <w:b/>
        </w:rPr>
        <w:t>BÊN‍ B‍ (BÊN‍ VAY):</w:t>
      </w:r>
      <w:r w:rsidR="003374F3" w:rsidRPr="003374F3">
        <w:rPr>
          <w:b/>
        </w:rPr>
        <w:tab/>
      </w:r>
    </w:p>
    <w:p w:rsidR="00A572CC" w:rsidRDefault="004F697C" w:rsidP="003374F3">
      <w:pPr>
        <w:spacing w:line="360" w:lineRule="auto"/>
      </w:pPr>
      <w:r>
        <w:t>Họ‍ và‍ tên: ..........................................................</w:t>
      </w:r>
      <w:r w:rsidR="005C1956">
        <w:t>....................................................................</w:t>
      </w:r>
    </w:p>
    <w:p w:rsidR="00A572CC" w:rsidRDefault="004F697C" w:rsidP="003374F3">
      <w:pPr>
        <w:spacing w:line="360" w:lineRule="auto"/>
      </w:pPr>
      <w:r>
        <w:t xml:space="preserve">Số‍ </w:t>
      </w:r>
      <w:r w:rsidR="005C1956">
        <w:t>CCCD/Thẻ căn cước</w:t>
      </w:r>
      <w:r>
        <w:t>: ..................................................</w:t>
      </w:r>
      <w:r w:rsidR="005C1956">
        <w:t>.....................................................</w:t>
      </w:r>
    </w:p>
    <w:p w:rsidR="00A572CC" w:rsidRDefault="004F697C" w:rsidP="003374F3">
      <w:pPr>
        <w:spacing w:line="360" w:lineRule="auto"/>
      </w:pPr>
      <w:r>
        <w:t>Ngày‍ cấp: ......................  Nơi‍ cấp: ........................</w:t>
      </w:r>
      <w:r w:rsidR="005C1956">
        <w:t>...............................................................</w:t>
      </w:r>
    </w:p>
    <w:p w:rsidR="00A572CC" w:rsidRDefault="004F697C" w:rsidP="003374F3">
      <w:pPr>
        <w:spacing w:line="360" w:lineRule="auto"/>
      </w:pPr>
      <w:r>
        <w:t>Địa‍ chỉ‍ thường‍ trú: .................................................</w:t>
      </w:r>
      <w:r w:rsidR="005C1956">
        <w:t>...............................................................</w:t>
      </w:r>
    </w:p>
    <w:p w:rsidR="00A572CC" w:rsidRDefault="004F697C" w:rsidP="003374F3">
      <w:pPr>
        <w:spacing w:line="360" w:lineRule="auto"/>
      </w:pPr>
      <w:r>
        <w:t>Số‍ điện‍ thoại: ......................................................</w:t>
      </w:r>
      <w:r w:rsidR="005C1956">
        <w:t>..................................................................</w:t>
      </w:r>
    </w:p>
    <w:p w:rsidR="00A572CC" w:rsidRPr="003374F3" w:rsidRDefault="004F697C" w:rsidP="003374F3">
      <w:pPr>
        <w:spacing w:line="360" w:lineRule="auto"/>
        <w:rPr>
          <w:b/>
        </w:rPr>
      </w:pPr>
      <w:r w:rsidRPr="003374F3">
        <w:rPr>
          <w:b/>
        </w:rPr>
        <w:t>1.‍ Nội‍ dung‍ khoản‍ nợ</w:t>
      </w:r>
    </w:p>
    <w:p w:rsidR="00A572CC" w:rsidRDefault="004F697C" w:rsidP="003374F3">
      <w:pPr>
        <w:spacing w:line="360" w:lineRule="auto"/>
      </w:pPr>
      <w:r>
        <w:t>Bên‍ B‍ xác‍ nhận‍ đã‍ vay‍ của‍ Bên‍ A‍ số‍ tiền: **...........................‍ VNĐ**</w:t>
      </w:r>
    </w:p>
    <w:p w:rsidR="00A572CC" w:rsidRDefault="004F697C" w:rsidP="003374F3">
      <w:pPr>
        <w:spacing w:line="360" w:lineRule="auto"/>
      </w:pPr>
      <w:r>
        <w:t>(Số‍ tiền‍ bằng‍ chữ: .................................................................................)</w:t>
      </w:r>
    </w:p>
    <w:p w:rsidR="00A572CC" w:rsidRDefault="004F697C" w:rsidP="003374F3">
      <w:pPr>
        <w:spacing w:line="360" w:lineRule="auto"/>
      </w:pPr>
      <w:r>
        <w:t>Thời‍ gian‍ vay: ..........................................</w:t>
      </w:r>
      <w:r w:rsidR="005C1956">
        <w:t>.............................................................................</w:t>
      </w:r>
    </w:p>
    <w:p w:rsidR="00A572CC" w:rsidRDefault="004F697C" w:rsidP="003374F3">
      <w:pPr>
        <w:spacing w:line="360" w:lineRule="auto"/>
      </w:pPr>
      <w:r>
        <w:t>Mục‍ đích‍ vay: ..........................................</w:t>
      </w:r>
      <w:r w:rsidR="005C1956">
        <w:t>.............................................................................</w:t>
      </w:r>
    </w:p>
    <w:p w:rsidR="00A572CC" w:rsidRDefault="004F697C" w:rsidP="003374F3">
      <w:pPr>
        <w:spacing w:line="360" w:lineRule="auto"/>
      </w:pPr>
      <w:r>
        <w:lastRenderedPageBreak/>
        <w:t>Thời‍ hạn‍ trả‍ nợ: ..........................................</w:t>
      </w:r>
      <w:r w:rsidR="005C1956">
        <w:t>..........................................................................</w:t>
      </w:r>
    </w:p>
    <w:p w:rsidR="00A572CC" w:rsidRDefault="004F697C" w:rsidP="003374F3">
      <w:pPr>
        <w:spacing w:line="360" w:lineRule="auto"/>
      </w:pPr>
      <w:r>
        <w:t>Lãi‍ suất‍ (nếu‍ có): ..........................................</w:t>
      </w:r>
      <w:r w:rsidR="005C1956">
        <w:t>........................................................................</w:t>
      </w:r>
    </w:p>
    <w:p w:rsidR="00A572CC" w:rsidRPr="003374F3" w:rsidRDefault="004F697C" w:rsidP="003374F3">
      <w:pPr>
        <w:spacing w:line="360" w:lineRule="auto"/>
        <w:rPr>
          <w:b/>
        </w:rPr>
      </w:pPr>
      <w:r w:rsidRPr="003374F3">
        <w:rPr>
          <w:b/>
        </w:rPr>
        <w:t>2.‍ Cam‍ kết‍ của‍ các‍ bên</w:t>
      </w:r>
    </w:p>
    <w:p w:rsidR="00A572CC" w:rsidRDefault="004F697C" w:rsidP="003374F3">
      <w:pPr>
        <w:spacing w:line="360" w:lineRule="auto"/>
      </w:pPr>
      <w:r>
        <w:t>Bên‍ B‍ cam‍ kết‍ sẽ‍ thanh‍ toán‍ đầy‍ đủ‍ khoản‍ nợ‍ nêu‍ trên‍ cho‍ Bên‍ A‍ đúng‍ hạn.</w:t>
      </w:r>
    </w:p>
    <w:p w:rsidR="00A572CC" w:rsidRDefault="004F697C" w:rsidP="003374F3">
      <w:pPr>
        <w:spacing w:line="360" w:lineRule="auto"/>
      </w:pPr>
      <w:r>
        <w:t>Nếu‍ đến‍ hạn‍ mà‍ Bên‍ B‍ không‍ thanh‍ toán‍ đầy‍ đủ,‍ hai‍ bên‍ sẽ‍ tiến‍ hành‍ xử‍ lý‍ theo‍ quy‍ định‍ của‍ pháp‍ luật‍ hoặc‍ theo‍ thỏa‍ thuận‍ riêng.</w:t>
      </w:r>
    </w:p>
    <w:p w:rsidR="00A572CC" w:rsidRDefault="004F697C" w:rsidP="003374F3">
      <w:pPr>
        <w:spacing w:line="360" w:lineRule="auto"/>
      </w:pPr>
      <w:r>
        <w:t>Bên‍ A‍ đồng‍ ý‍ không‍ phát‍ sinh‍ thêm‍ yêu‍ cầu‍ khác‍ ngoài‍ nội‍ dung‍ đã‍ xác‍ nhận‍ trong‍ biên‍ bản‍ này.</w:t>
      </w:r>
    </w:p>
    <w:p w:rsidR="00A572CC" w:rsidRPr="003374F3" w:rsidRDefault="004F697C" w:rsidP="003374F3">
      <w:pPr>
        <w:spacing w:line="360" w:lineRule="auto"/>
        <w:rPr>
          <w:b/>
        </w:rPr>
      </w:pPr>
      <w:r w:rsidRPr="003374F3">
        <w:rPr>
          <w:b/>
        </w:rPr>
        <w:t>3.‍ Hiệu‍ lực‍ và‍ điều‍ khoản‍ chung</w:t>
      </w:r>
    </w:p>
    <w:p w:rsidR="00A572CC" w:rsidRDefault="004F697C" w:rsidP="003374F3">
      <w:pPr>
        <w:spacing w:line="360" w:lineRule="auto"/>
      </w:pPr>
      <w:r>
        <w:t>Biên‍ bản‍ này‍ được‍ lập‍ thành‍ 02‍ bản,‍ mỗi‍ bên‍ giữ‍ 01‍ bản‍ có‍ giá‍ trị‍ pháp‍ lý‍ như‍ nhau.</w:t>
      </w:r>
    </w:p>
    <w:p w:rsidR="00A572CC" w:rsidRDefault="004F697C" w:rsidP="003374F3">
      <w:pPr>
        <w:spacing w:line="360" w:lineRule="auto"/>
      </w:pPr>
      <w:r>
        <w:t>Hai‍ bên‍ đã‍ đọc,‍ hiểu‍ rõ‍ và‍ cùng‍ ký‍ tên‍ xác‍ nhận‍ tự‍ nguyện‍ không‍ bị‍ ép‍ buộc.‍ Biên‍ bản‍ có‍ hiệu‍ lực‍ kể‍ từ‍ ngày‍ ký.</w:t>
      </w:r>
    </w:p>
    <w:p w:rsidR="00A572CC" w:rsidRPr="003374F3" w:rsidRDefault="004F697C" w:rsidP="003374F3">
      <w:pPr>
        <w:spacing w:line="360" w:lineRule="auto"/>
        <w:jc w:val="center"/>
        <w:rPr>
          <w:b/>
        </w:rPr>
      </w:pPr>
      <w:r w:rsidRPr="003374F3">
        <w:rPr>
          <w:b/>
        </w:rPr>
        <w:br/>
        <w:t>ĐẠI‍ DIỆN‍ BÊN‍ A                                            ĐẠI‍ DIỆN‍ BÊN‍ B</w:t>
      </w:r>
    </w:p>
    <w:p w:rsidR="00A572CC" w:rsidRPr="003374F3" w:rsidRDefault="004F697C" w:rsidP="003374F3">
      <w:pPr>
        <w:spacing w:line="360" w:lineRule="auto"/>
        <w:jc w:val="center"/>
        <w:rPr>
          <w:b/>
        </w:rPr>
      </w:pPr>
      <w:r w:rsidRPr="003374F3">
        <w:rPr>
          <w:b/>
        </w:rPr>
        <w:t>(Ký,‍ ghi‍ rõ‍ họ‍ tên)                                            (Ký,‍ ghi‍ rõ‍ họ‍ tên)</w:t>
      </w:r>
    </w:p>
    <w:sectPr w:rsidR="00A572CC" w:rsidRPr="003374F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74F3"/>
    <w:rsid w:val="004F697C"/>
    <w:rsid w:val="005C1956"/>
    <w:rsid w:val="00A572C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4D483B41-08A4-4572-8569-2E0132854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E24224-F7A9-4E40-8085-64A45C4F5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dcterms:created xsi:type="dcterms:W3CDTF">2025-06-12T09:38:00Z</dcterms:created>
  <dcterms:modified xsi:type="dcterms:W3CDTF">2025-10-17T03:34:00Z</dcterms:modified>
  <cp:category/>
</cp:coreProperties>
</file>