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378"/>
      </w:tblGrid>
      <w:tr w:rsidR="00AF341A" w:rsidRPr="00AF341A" w:rsidTr="00051A1D">
        <w:tc>
          <w:tcPr>
            <w:tcW w:w="3403" w:type="dxa"/>
          </w:tcPr>
          <w:p w:rsidR="00AF341A" w:rsidRPr="00AF341A" w:rsidRDefault="00AF341A" w:rsidP="00051A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41A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 ………</w:t>
            </w:r>
          </w:p>
          <w:p w:rsidR="00AF341A" w:rsidRPr="00AF341A" w:rsidRDefault="00AF341A" w:rsidP="00051A1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341A">
              <w:rPr>
                <w:rFonts w:ascii="Times New Roman" w:hAnsi="Times New Roman" w:cs="Times New Roman"/>
                <w:sz w:val="26"/>
                <w:szCs w:val="26"/>
              </w:rPr>
              <w:t>Số: ………/BB-HĐND</w:t>
            </w:r>
          </w:p>
        </w:tc>
        <w:tc>
          <w:tcPr>
            <w:tcW w:w="6378" w:type="dxa"/>
          </w:tcPr>
          <w:p w:rsidR="00AF341A" w:rsidRPr="00AF341A" w:rsidRDefault="00AF341A" w:rsidP="00051A1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341A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AF34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- Tự do - Hạnh phúc</w:t>
            </w:r>
            <w:r w:rsidRPr="00AF34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</w:p>
        </w:tc>
      </w:tr>
    </w:tbl>
    <w:p w:rsidR="00AF341A" w:rsidRPr="00AF341A" w:rsidRDefault="00AF341A" w:rsidP="00AF341A">
      <w:pPr>
        <w:rPr>
          <w:rFonts w:ascii="Times New Roman" w:hAnsi="Times New Roman" w:cs="Times New Roman"/>
          <w:b/>
          <w:sz w:val="26"/>
          <w:szCs w:val="26"/>
        </w:rPr>
      </w:pPr>
    </w:p>
    <w:p w:rsidR="00AF341A" w:rsidRPr="00AF341A" w:rsidRDefault="00AF341A" w:rsidP="00AF341A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AF341A">
        <w:rPr>
          <w:rFonts w:ascii="Times New Roman" w:hAnsi="Times New Roman" w:cs="Times New Roman"/>
          <w:i/>
          <w:sz w:val="26"/>
          <w:szCs w:val="26"/>
        </w:rPr>
        <w:t>…, ngày … tháng … năm 2026</w:t>
      </w:r>
    </w:p>
    <w:p w:rsidR="00BD03F2" w:rsidRPr="00AF341A" w:rsidRDefault="00AF341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br/>
      </w:r>
      <w:r w:rsidRPr="00AF341A">
        <w:rPr>
          <w:rFonts w:ascii="Times New Roman" w:hAnsi="Times New Roman" w:cs="Times New Roman"/>
          <w:b/>
          <w:sz w:val="26"/>
          <w:szCs w:val="26"/>
        </w:rPr>
        <w:t>BIÊN B</w:t>
      </w:r>
      <w:r w:rsidRPr="00AF341A">
        <w:rPr>
          <w:rFonts w:ascii="Times New Roman" w:hAnsi="Times New Roman" w:cs="Times New Roman"/>
          <w:b/>
          <w:sz w:val="26"/>
          <w:szCs w:val="26"/>
        </w:rPr>
        <w:t>Ả</w:t>
      </w:r>
      <w:r w:rsidRPr="00AF341A">
        <w:rPr>
          <w:rFonts w:ascii="Times New Roman" w:hAnsi="Times New Roman" w:cs="Times New Roman"/>
          <w:b/>
          <w:sz w:val="26"/>
          <w:szCs w:val="26"/>
        </w:rPr>
        <w:t>N</w:t>
      </w:r>
      <w:r w:rsidRPr="00AF341A">
        <w:rPr>
          <w:rFonts w:ascii="Times New Roman" w:hAnsi="Times New Roman" w:cs="Times New Roman"/>
          <w:b/>
          <w:sz w:val="26"/>
          <w:szCs w:val="26"/>
        </w:rPr>
        <w:br/>
        <w:t>Phiên trù b</w:t>
      </w:r>
      <w:r w:rsidRPr="00AF341A">
        <w:rPr>
          <w:rFonts w:ascii="Times New Roman" w:hAnsi="Times New Roman" w:cs="Times New Roman"/>
          <w:b/>
          <w:sz w:val="26"/>
          <w:szCs w:val="26"/>
        </w:rPr>
        <w:t>ị</w:t>
      </w:r>
      <w:r w:rsidRPr="00AF341A">
        <w:rPr>
          <w:rFonts w:ascii="Times New Roman" w:hAnsi="Times New Roman" w:cs="Times New Roman"/>
          <w:b/>
          <w:sz w:val="26"/>
          <w:szCs w:val="26"/>
        </w:rPr>
        <w:t xml:space="preserve"> k</w:t>
      </w:r>
      <w:r w:rsidRPr="00AF341A">
        <w:rPr>
          <w:rFonts w:ascii="Times New Roman" w:hAnsi="Times New Roman" w:cs="Times New Roman"/>
          <w:b/>
          <w:sz w:val="26"/>
          <w:szCs w:val="26"/>
        </w:rPr>
        <w:t>ỳ</w:t>
      </w:r>
      <w:r w:rsidRPr="00AF341A">
        <w:rPr>
          <w:rFonts w:ascii="Times New Roman" w:hAnsi="Times New Roman" w:cs="Times New Roman"/>
          <w:b/>
          <w:sz w:val="26"/>
          <w:szCs w:val="26"/>
        </w:rPr>
        <w:t xml:space="preserve"> h</w:t>
      </w:r>
      <w:r w:rsidRPr="00AF341A">
        <w:rPr>
          <w:rFonts w:ascii="Times New Roman" w:hAnsi="Times New Roman" w:cs="Times New Roman"/>
          <w:b/>
          <w:sz w:val="26"/>
          <w:szCs w:val="26"/>
        </w:rPr>
        <w:t>ọ</w:t>
      </w:r>
      <w:r w:rsidRPr="00AF341A">
        <w:rPr>
          <w:rFonts w:ascii="Times New Roman" w:hAnsi="Times New Roman" w:cs="Times New Roman"/>
          <w:b/>
          <w:sz w:val="26"/>
          <w:szCs w:val="26"/>
        </w:rPr>
        <w:t>p th</w:t>
      </w:r>
      <w:r w:rsidRPr="00AF341A">
        <w:rPr>
          <w:rFonts w:ascii="Times New Roman" w:hAnsi="Times New Roman" w:cs="Times New Roman"/>
          <w:b/>
          <w:sz w:val="26"/>
          <w:szCs w:val="26"/>
        </w:rPr>
        <w:t>ứ</w:t>
      </w:r>
      <w:r w:rsidRPr="00AF341A">
        <w:rPr>
          <w:rFonts w:ascii="Times New Roman" w:hAnsi="Times New Roman" w:cs="Times New Roman"/>
          <w:b/>
          <w:sz w:val="26"/>
          <w:szCs w:val="26"/>
        </w:rPr>
        <w:t xml:space="preserve"> nh</w:t>
      </w:r>
      <w:r w:rsidRPr="00AF341A">
        <w:rPr>
          <w:rFonts w:ascii="Times New Roman" w:hAnsi="Times New Roman" w:cs="Times New Roman"/>
          <w:b/>
          <w:sz w:val="26"/>
          <w:szCs w:val="26"/>
        </w:rPr>
        <w:t>ấ</w:t>
      </w:r>
      <w:r w:rsidRPr="00AF341A">
        <w:rPr>
          <w:rFonts w:ascii="Times New Roman" w:hAnsi="Times New Roman" w:cs="Times New Roman"/>
          <w:b/>
          <w:sz w:val="26"/>
          <w:szCs w:val="26"/>
        </w:rPr>
        <w:t>t H</w:t>
      </w:r>
      <w:r w:rsidRPr="00AF341A">
        <w:rPr>
          <w:rFonts w:ascii="Times New Roman" w:hAnsi="Times New Roman" w:cs="Times New Roman"/>
          <w:b/>
          <w:sz w:val="26"/>
          <w:szCs w:val="26"/>
        </w:rPr>
        <w:t>ộ</w:t>
      </w:r>
      <w:r w:rsidRPr="00AF341A">
        <w:rPr>
          <w:rFonts w:ascii="Times New Roman" w:hAnsi="Times New Roman" w:cs="Times New Roman"/>
          <w:b/>
          <w:sz w:val="26"/>
          <w:szCs w:val="26"/>
        </w:rPr>
        <w:t>i đ</w:t>
      </w:r>
      <w:r w:rsidRPr="00AF341A">
        <w:rPr>
          <w:rFonts w:ascii="Times New Roman" w:hAnsi="Times New Roman" w:cs="Times New Roman"/>
          <w:b/>
          <w:sz w:val="26"/>
          <w:szCs w:val="26"/>
        </w:rPr>
        <w:t>ồ</w:t>
      </w:r>
      <w:r w:rsidRPr="00AF341A">
        <w:rPr>
          <w:rFonts w:ascii="Times New Roman" w:hAnsi="Times New Roman" w:cs="Times New Roman"/>
          <w:b/>
          <w:sz w:val="26"/>
          <w:szCs w:val="26"/>
        </w:rPr>
        <w:t>ng nhân dân nhi</w:t>
      </w:r>
      <w:r w:rsidRPr="00AF341A">
        <w:rPr>
          <w:rFonts w:ascii="Times New Roman" w:hAnsi="Times New Roman" w:cs="Times New Roman"/>
          <w:b/>
          <w:sz w:val="26"/>
          <w:szCs w:val="26"/>
        </w:rPr>
        <w:t>ệ</w:t>
      </w:r>
      <w:r w:rsidRPr="00AF341A">
        <w:rPr>
          <w:rFonts w:ascii="Times New Roman" w:hAnsi="Times New Roman" w:cs="Times New Roman"/>
          <w:b/>
          <w:sz w:val="26"/>
          <w:szCs w:val="26"/>
        </w:rPr>
        <w:t>m k</w:t>
      </w:r>
      <w:r w:rsidRPr="00AF341A">
        <w:rPr>
          <w:rFonts w:ascii="Times New Roman" w:hAnsi="Times New Roman" w:cs="Times New Roman"/>
          <w:b/>
          <w:sz w:val="26"/>
          <w:szCs w:val="26"/>
        </w:rPr>
        <w:t>ỳ</w:t>
      </w:r>
      <w:r w:rsidRPr="00AF341A">
        <w:rPr>
          <w:rFonts w:ascii="Times New Roman" w:hAnsi="Times New Roman" w:cs="Times New Roman"/>
          <w:b/>
          <w:sz w:val="26"/>
          <w:szCs w:val="26"/>
        </w:rPr>
        <w:t xml:space="preserve"> 2026 - 2031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Th</w:t>
      </w:r>
      <w:r w:rsidRPr="00AF341A">
        <w:rPr>
          <w:rFonts w:ascii="Times New Roman" w:hAnsi="Times New Roman" w:cs="Times New Roman"/>
          <w:sz w:val="26"/>
          <w:szCs w:val="26"/>
        </w:rPr>
        <w:t>ờ</w:t>
      </w:r>
      <w:r w:rsidRPr="00AF341A">
        <w:rPr>
          <w:rFonts w:ascii="Times New Roman" w:hAnsi="Times New Roman" w:cs="Times New Roman"/>
          <w:sz w:val="26"/>
          <w:szCs w:val="26"/>
        </w:rPr>
        <w:t>i gian: ……… gi</w:t>
      </w:r>
      <w:r w:rsidRPr="00AF341A">
        <w:rPr>
          <w:rFonts w:ascii="Times New Roman" w:hAnsi="Times New Roman" w:cs="Times New Roman"/>
          <w:sz w:val="26"/>
          <w:szCs w:val="26"/>
        </w:rPr>
        <w:t>ờ</w:t>
      </w:r>
      <w:r w:rsidRPr="00AF341A">
        <w:rPr>
          <w:rFonts w:ascii="Times New Roman" w:hAnsi="Times New Roman" w:cs="Times New Roman"/>
          <w:sz w:val="26"/>
          <w:szCs w:val="26"/>
        </w:rPr>
        <w:t xml:space="preserve"> ……… phút, ngày ……… tháng ……… năm 2026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Đ</w:t>
      </w:r>
      <w:r w:rsidRPr="00AF341A">
        <w:rPr>
          <w:rFonts w:ascii="Times New Roman" w:hAnsi="Times New Roman" w:cs="Times New Roman"/>
          <w:sz w:val="26"/>
          <w:szCs w:val="26"/>
        </w:rPr>
        <w:t>ị</w:t>
      </w:r>
      <w:r w:rsidRPr="00AF341A">
        <w:rPr>
          <w:rFonts w:ascii="Times New Roman" w:hAnsi="Times New Roman" w:cs="Times New Roman"/>
          <w:sz w:val="26"/>
          <w:szCs w:val="26"/>
        </w:rPr>
        <w:t>a đi</w:t>
      </w:r>
      <w:r w:rsidRPr="00AF341A">
        <w:rPr>
          <w:rFonts w:ascii="Times New Roman" w:hAnsi="Times New Roman" w:cs="Times New Roman"/>
          <w:sz w:val="26"/>
          <w:szCs w:val="26"/>
        </w:rPr>
        <w:t>ể</w:t>
      </w:r>
      <w:r w:rsidRPr="00AF341A">
        <w:rPr>
          <w:rFonts w:ascii="Times New Roman" w:hAnsi="Times New Roman" w:cs="Times New Roman"/>
          <w:sz w:val="26"/>
          <w:szCs w:val="26"/>
        </w:rPr>
        <w:t xml:space="preserve">m: </w:t>
      </w:r>
      <w:r w:rsidRPr="00AF341A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BD03F2" w:rsidRPr="00AF341A" w:rsidRDefault="00AF341A">
      <w:pPr>
        <w:rPr>
          <w:rFonts w:ascii="Times New Roman" w:hAnsi="Times New Roman" w:cs="Times New Roman"/>
          <w:b/>
          <w:sz w:val="26"/>
          <w:szCs w:val="26"/>
        </w:rPr>
      </w:pPr>
      <w:r w:rsidRPr="00AF341A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Pr="00AF341A">
        <w:rPr>
          <w:rFonts w:ascii="Times New Roman" w:hAnsi="Times New Roman" w:cs="Times New Roman"/>
          <w:b/>
          <w:sz w:val="26"/>
          <w:szCs w:val="26"/>
        </w:rPr>
        <w:t>Thành ph</w:t>
      </w:r>
      <w:r w:rsidRPr="00AF341A">
        <w:rPr>
          <w:rFonts w:ascii="Times New Roman" w:hAnsi="Times New Roman" w:cs="Times New Roman"/>
          <w:b/>
          <w:sz w:val="26"/>
          <w:szCs w:val="26"/>
        </w:rPr>
        <w:t>ầ</w:t>
      </w:r>
      <w:r w:rsidRPr="00AF341A">
        <w:rPr>
          <w:rFonts w:ascii="Times New Roman" w:hAnsi="Times New Roman" w:cs="Times New Roman"/>
          <w:b/>
          <w:sz w:val="26"/>
          <w:szCs w:val="26"/>
        </w:rPr>
        <w:t>n tham d</w:t>
      </w:r>
      <w:r w:rsidRPr="00AF341A">
        <w:rPr>
          <w:rFonts w:ascii="Times New Roman" w:hAnsi="Times New Roman" w:cs="Times New Roman"/>
          <w:b/>
          <w:sz w:val="26"/>
          <w:szCs w:val="26"/>
        </w:rPr>
        <w:t>ự</w:t>
      </w:r>
      <w:r w:rsidRPr="00AF341A">
        <w:rPr>
          <w:rFonts w:ascii="Times New Roman" w:hAnsi="Times New Roman" w:cs="Times New Roman"/>
          <w:b/>
          <w:sz w:val="26"/>
          <w:szCs w:val="26"/>
        </w:rPr>
        <w:t>: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- Đ</w:t>
      </w:r>
      <w:r w:rsidRPr="00AF341A">
        <w:rPr>
          <w:rFonts w:ascii="Times New Roman" w:hAnsi="Times New Roman" w:cs="Times New Roman"/>
          <w:sz w:val="26"/>
          <w:szCs w:val="26"/>
        </w:rPr>
        <w:t>ạ</w:t>
      </w:r>
      <w:r w:rsidRPr="00AF341A">
        <w:rPr>
          <w:rFonts w:ascii="Times New Roman" w:hAnsi="Times New Roman" w:cs="Times New Roman"/>
          <w:sz w:val="26"/>
          <w:szCs w:val="26"/>
        </w:rPr>
        <w:t>i bi</w:t>
      </w:r>
      <w:r w:rsidRPr="00AF341A">
        <w:rPr>
          <w:rFonts w:ascii="Times New Roman" w:hAnsi="Times New Roman" w:cs="Times New Roman"/>
          <w:sz w:val="26"/>
          <w:szCs w:val="26"/>
        </w:rPr>
        <w:t>ể</w:t>
      </w:r>
      <w:r w:rsidRPr="00AF341A">
        <w:rPr>
          <w:rFonts w:ascii="Times New Roman" w:hAnsi="Times New Roman" w:cs="Times New Roman"/>
          <w:sz w:val="26"/>
          <w:szCs w:val="26"/>
        </w:rPr>
        <w:t>u H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đ</w:t>
      </w:r>
      <w:r w:rsidRPr="00AF341A">
        <w:rPr>
          <w:rFonts w:ascii="Times New Roman" w:hAnsi="Times New Roman" w:cs="Times New Roman"/>
          <w:sz w:val="26"/>
          <w:szCs w:val="26"/>
        </w:rPr>
        <w:t>ồ</w:t>
      </w:r>
      <w:r w:rsidRPr="00AF341A">
        <w:rPr>
          <w:rFonts w:ascii="Times New Roman" w:hAnsi="Times New Roman" w:cs="Times New Roman"/>
          <w:sz w:val="26"/>
          <w:szCs w:val="26"/>
        </w:rPr>
        <w:t>ng nhân dân: …………/……… đ</w:t>
      </w:r>
      <w:r w:rsidRPr="00AF341A">
        <w:rPr>
          <w:rFonts w:ascii="Times New Roman" w:hAnsi="Times New Roman" w:cs="Times New Roman"/>
          <w:sz w:val="26"/>
          <w:szCs w:val="26"/>
        </w:rPr>
        <w:t>ạ</w:t>
      </w:r>
      <w:r w:rsidRPr="00AF341A">
        <w:rPr>
          <w:rFonts w:ascii="Times New Roman" w:hAnsi="Times New Roman" w:cs="Times New Roman"/>
          <w:sz w:val="26"/>
          <w:szCs w:val="26"/>
        </w:rPr>
        <w:t>i bi</w:t>
      </w:r>
      <w:r w:rsidRPr="00AF341A">
        <w:rPr>
          <w:rFonts w:ascii="Times New Roman" w:hAnsi="Times New Roman" w:cs="Times New Roman"/>
          <w:sz w:val="26"/>
          <w:szCs w:val="26"/>
        </w:rPr>
        <w:t>ể</w:t>
      </w:r>
      <w:r w:rsidRPr="00AF341A">
        <w:rPr>
          <w:rFonts w:ascii="Times New Roman" w:hAnsi="Times New Roman" w:cs="Times New Roman"/>
          <w:sz w:val="26"/>
          <w:szCs w:val="26"/>
        </w:rPr>
        <w:t>u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- Khách m</w:t>
      </w:r>
      <w:r w:rsidRPr="00AF341A">
        <w:rPr>
          <w:rFonts w:ascii="Times New Roman" w:hAnsi="Times New Roman" w:cs="Times New Roman"/>
          <w:sz w:val="26"/>
          <w:szCs w:val="26"/>
        </w:rPr>
        <w:t>ờ</w:t>
      </w:r>
      <w:r w:rsidRPr="00AF341A">
        <w:rPr>
          <w:rFonts w:ascii="Times New Roman" w:hAnsi="Times New Roman" w:cs="Times New Roman"/>
          <w:sz w:val="26"/>
          <w:szCs w:val="26"/>
        </w:rPr>
        <w:t>i (n</w:t>
      </w:r>
      <w:r w:rsidRPr="00AF341A">
        <w:rPr>
          <w:rFonts w:ascii="Times New Roman" w:hAnsi="Times New Roman" w:cs="Times New Roman"/>
          <w:sz w:val="26"/>
          <w:szCs w:val="26"/>
        </w:rPr>
        <w:t>ế</w:t>
      </w:r>
      <w:r w:rsidRPr="00AF341A">
        <w:rPr>
          <w:rFonts w:ascii="Times New Roman" w:hAnsi="Times New Roman" w:cs="Times New Roman"/>
          <w:sz w:val="26"/>
          <w:szCs w:val="26"/>
        </w:rPr>
        <w:t>u có): ………………………………………………………………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Ch</w:t>
      </w:r>
      <w:r w:rsidRPr="00AF341A">
        <w:rPr>
          <w:rFonts w:ascii="Times New Roman" w:hAnsi="Times New Roman" w:cs="Times New Roman"/>
          <w:sz w:val="26"/>
          <w:szCs w:val="26"/>
        </w:rPr>
        <w:t>ủ</w:t>
      </w:r>
      <w:r w:rsidRPr="00AF341A">
        <w:rPr>
          <w:rFonts w:ascii="Times New Roman" w:hAnsi="Times New Roman" w:cs="Times New Roman"/>
          <w:sz w:val="26"/>
          <w:szCs w:val="26"/>
        </w:rPr>
        <w:t xml:space="preserve"> trì phiên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p: …………………………………………………………………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Thư ký: …………………………………………………………………………………</w:t>
      </w:r>
    </w:p>
    <w:p w:rsidR="00AF341A" w:rsidRPr="00AF341A" w:rsidRDefault="00AF341A">
      <w:pPr>
        <w:rPr>
          <w:rFonts w:ascii="Times New Roman" w:hAnsi="Times New Roman" w:cs="Times New Roman"/>
          <w:b/>
          <w:sz w:val="26"/>
          <w:szCs w:val="26"/>
        </w:rPr>
      </w:pPr>
      <w:r w:rsidRPr="00AF341A">
        <w:rPr>
          <w:rFonts w:ascii="Times New Roman" w:hAnsi="Times New Roman" w:cs="Times New Roman"/>
          <w:b/>
          <w:sz w:val="26"/>
          <w:szCs w:val="26"/>
        </w:rPr>
        <w:t>2. Nội dung phiên trù bị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1. Thông qua chương trình k</w:t>
      </w:r>
      <w:r w:rsidRPr="00AF341A">
        <w:rPr>
          <w:rFonts w:ascii="Times New Roman" w:hAnsi="Times New Roman" w:cs="Times New Roman"/>
          <w:sz w:val="26"/>
          <w:szCs w:val="26"/>
        </w:rPr>
        <w:t>ỳ</w:t>
      </w:r>
      <w:r w:rsidRPr="00AF341A">
        <w:rPr>
          <w:rFonts w:ascii="Times New Roman" w:hAnsi="Times New Roman" w:cs="Times New Roman"/>
          <w:sz w:val="26"/>
          <w:szCs w:val="26"/>
        </w:rPr>
        <w:t xml:space="preserve">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 th</w:t>
      </w:r>
      <w:r w:rsidRPr="00AF341A">
        <w:rPr>
          <w:rFonts w:ascii="Times New Roman" w:hAnsi="Times New Roman" w:cs="Times New Roman"/>
          <w:sz w:val="26"/>
          <w:szCs w:val="26"/>
        </w:rPr>
        <w:t>ứ</w:t>
      </w:r>
      <w:r w:rsidRPr="00AF341A">
        <w:rPr>
          <w:rFonts w:ascii="Times New Roman" w:hAnsi="Times New Roman" w:cs="Times New Roman"/>
          <w:sz w:val="26"/>
          <w:szCs w:val="26"/>
        </w:rPr>
        <w:t xml:space="preserve"> nh</w:t>
      </w:r>
      <w:r w:rsidRPr="00AF341A">
        <w:rPr>
          <w:rFonts w:ascii="Times New Roman" w:hAnsi="Times New Roman" w:cs="Times New Roman"/>
          <w:sz w:val="26"/>
          <w:szCs w:val="26"/>
        </w:rPr>
        <w:t>ấ</w:t>
      </w:r>
      <w:r w:rsidRPr="00AF341A">
        <w:rPr>
          <w:rFonts w:ascii="Times New Roman" w:hAnsi="Times New Roman" w:cs="Times New Roman"/>
          <w:sz w:val="26"/>
          <w:szCs w:val="26"/>
        </w:rPr>
        <w:t>t H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đ</w:t>
      </w:r>
      <w:r w:rsidRPr="00AF341A">
        <w:rPr>
          <w:rFonts w:ascii="Times New Roman" w:hAnsi="Times New Roman" w:cs="Times New Roman"/>
          <w:sz w:val="26"/>
          <w:szCs w:val="26"/>
        </w:rPr>
        <w:t>ồ</w:t>
      </w:r>
      <w:r w:rsidRPr="00AF341A">
        <w:rPr>
          <w:rFonts w:ascii="Times New Roman" w:hAnsi="Times New Roman" w:cs="Times New Roman"/>
          <w:sz w:val="26"/>
          <w:szCs w:val="26"/>
        </w:rPr>
        <w:t>ng nhân dân nhi</w:t>
      </w:r>
      <w:r w:rsidRPr="00AF341A">
        <w:rPr>
          <w:rFonts w:ascii="Times New Roman" w:hAnsi="Times New Roman" w:cs="Times New Roman"/>
          <w:sz w:val="26"/>
          <w:szCs w:val="26"/>
        </w:rPr>
        <w:t>ệ</w:t>
      </w:r>
      <w:r w:rsidRPr="00AF341A">
        <w:rPr>
          <w:rFonts w:ascii="Times New Roman" w:hAnsi="Times New Roman" w:cs="Times New Roman"/>
          <w:sz w:val="26"/>
          <w:szCs w:val="26"/>
        </w:rPr>
        <w:t>m k</w:t>
      </w:r>
      <w:r w:rsidRPr="00AF341A">
        <w:rPr>
          <w:rFonts w:ascii="Times New Roman" w:hAnsi="Times New Roman" w:cs="Times New Roman"/>
          <w:sz w:val="26"/>
          <w:szCs w:val="26"/>
        </w:rPr>
        <w:t>ỳ</w:t>
      </w:r>
      <w:r w:rsidRPr="00AF341A">
        <w:rPr>
          <w:rFonts w:ascii="Times New Roman" w:hAnsi="Times New Roman" w:cs="Times New Roman"/>
          <w:sz w:val="26"/>
          <w:szCs w:val="26"/>
        </w:rPr>
        <w:t xml:space="preserve"> 2026 - 2031.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2. Thông qua n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quy k</w:t>
      </w:r>
      <w:r w:rsidRPr="00AF341A">
        <w:rPr>
          <w:rFonts w:ascii="Times New Roman" w:hAnsi="Times New Roman" w:cs="Times New Roman"/>
          <w:sz w:val="26"/>
          <w:szCs w:val="26"/>
        </w:rPr>
        <w:t>ỳ</w:t>
      </w:r>
      <w:r w:rsidRPr="00AF341A">
        <w:rPr>
          <w:rFonts w:ascii="Times New Roman" w:hAnsi="Times New Roman" w:cs="Times New Roman"/>
          <w:sz w:val="26"/>
          <w:szCs w:val="26"/>
        </w:rPr>
        <w:t xml:space="preserve">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p.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3. Báo cáo tình hình đ</w:t>
      </w:r>
      <w:r w:rsidRPr="00AF341A">
        <w:rPr>
          <w:rFonts w:ascii="Times New Roman" w:hAnsi="Times New Roman" w:cs="Times New Roman"/>
          <w:sz w:val="26"/>
          <w:szCs w:val="26"/>
        </w:rPr>
        <w:t>ạ</w:t>
      </w:r>
      <w:r w:rsidRPr="00AF341A">
        <w:rPr>
          <w:rFonts w:ascii="Times New Roman" w:hAnsi="Times New Roman" w:cs="Times New Roman"/>
          <w:sz w:val="26"/>
          <w:szCs w:val="26"/>
        </w:rPr>
        <w:t>i bi</w:t>
      </w:r>
      <w:r w:rsidRPr="00AF341A">
        <w:rPr>
          <w:rFonts w:ascii="Times New Roman" w:hAnsi="Times New Roman" w:cs="Times New Roman"/>
          <w:sz w:val="26"/>
          <w:szCs w:val="26"/>
        </w:rPr>
        <w:t>ể</w:t>
      </w:r>
      <w:r w:rsidRPr="00AF341A">
        <w:rPr>
          <w:rFonts w:ascii="Times New Roman" w:hAnsi="Times New Roman" w:cs="Times New Roman"/>
          <w:sz w:val="26"/>
          <w:szCs w:val="26"/>
        </w:rPr>
        <w:t>u H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đ</w:t>
      </w:r>
      <w:r w:rsidRPr="00AF341A">
        <w:rPr>
          <w:rFonts w:ascii="Times New Roman" w:hAnsi="Times New Roman" w:cs="Times New Roman"/>
          <w:sz w:val="26"/>
          <w:szCs w:val="26"/>
        </w:rPr>
        <w:t>ồ</w:t>
      </w:r>
      <w:r w:rsidRPr="00AF341A">
        <w:rPr>
          <w:rFonts w:ascii="Times New Roman" w:hAnsi="Times New Roman" w:cs="Times New Roman"/>
          <w:sz w:val="26"/>
          <w:szCs w:val="26"/>
        </w:rPr>
        <w:t>ng nhân dân.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4. Th</w:t>
      </w:r>
      <w:r w:rsidRPr="00AF341A">
        <w:rPr>
          <w:rFonts w:ascii="Times New Roman" w:hAnsi="Times New Roman" w:cs="Times New Roman"/>
          <w:sz w:val="26"/>
          <w:szCs w:val="26"/>
        </w:rPr>
        <w:t>ả</w:t>
      </w:r>
      <w:r w:rsidRPr="00AF341A">
        <w:rPr>
          <w:rFonts w:ascii="Times New Roman" w:hAnsi="Times New Roman" w:cs="Times New Roman"/>
          <w:sz w:val="26"/>
          <w:szCs w:val="26"/>
        </w:rPr>
        <w:t>o lu</w:t>
      </w:r>
      <w:r w:rsidRPr="00AF341A">
        <w:rPr>
          <w:rFonts w:ascii="Times New Roman" w:hAnsi="Times New Roman" w:cs="Times New Roman"/>
          <w:sz w:val="26"/>
          <w:szCs w:val="26"/>
        </w:rPr>
        <w:t>ậ</w:t>
      </w:r>
      <w:r w:rsidRPr="00AF341A">
        <w:rPr>
          <w:rFonts w:ascii="Times New Roman" w:hAnsi="Times New Roman" w:cs="Times New Roman"/>
          <w:sz w:val="26"/>
          <w:szCs w:val="26"/>
        </w:rPr>
        <w:t>n, cho ý ki</w:t>
      </w:r>
      <w:r w:rsidRPr="00AF341A">
        <w:rPr>
          <w:rFonts w:ascii="Times New Roman" w:hAnsi="Times New Roman" w:cs="Times New Roman"/>
          <w:sz w:val="26"/>
          <w:szCs w:val="26"/>
        </w:rPr>
        <w:t>ế</w:t>
      </w:r>
      <w:r w:rsidRPr="00AF341A">
        <w:rPr>
          <w:rFonts w:ascii="Times New Roman" w:hAnsi="Times New Roman" w:cs="Times New Roman"/>
          <w:sz w:val="26"/>
          <w:szCs w:val="26"/>
        </w:rPr>
        <w:t>n v</w:t>
      </w:r>
      <w:r w:rsidRPr="00AF341A">
        <w:rPr>
          <w:rFonts w:ascii="Times New Roman" w:hAnsi="Times New Roman" w:cs="Times New Roman"/>
          <w:sz w:val="26"/>
          <w:szCs w:val="26"/>
        </w:rPr>
        <w:t>ề</w:t>
      </w:r>
      <w:r w:rsidRPr="00AF341A">
        <w:rPr>
          <w:rFonts w:ascii="Times New Roman" w:hAnsi="Times New Roman" w:cs="Times New Roman"/>
          <w:sz w:val="26"/>
          <w:szCs w:val="26"/>
        </w:rPr>
        <w:t xml:space="preserve"> các n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dung chu</w:t>
      </w:r>
      <w:r w:rsidRPr="00AF341A">
        <w:rPr>
          <w:rFonts w:ascii="Times New Roman" w:hAnsi="Times New Roman" w:cs="Times New Roman"/>
          <w:sz w:val="26"/>
          <w:szCs w:val="26"/>
        </w:rPr>
        <w:t>ẩ</w:t>
      </w:r>
      <w:r w:rsidRPr="00AF341A">
        <w:rPr>
          <w:rFonts w:ascii="Times New Roman" w:hAnsi="Times New Roman" w:cs="Times New Roman"/>
          <w:sz w:val="26"/>
          <w:szCs w:val="26"/>
        </w:rPr>
        <w:t>n b</w:t>
      </w:r>
      <w:r w:rsidRPr="00AF341A">
        <w:rPr>
          <w:rFonts w:ascii="Times New Roman" w:hAnsi="Times New Roman" w:cs="Times New Roman"/>
          <w:sz w:val="26"/>
          <w:szCs w:val="26"/>
        </w:rPr>
        <w:t>ị</w:t>
      </w:r>
      <w:r w:rsidRPr="00AF341A">
        <w:rPr>
          <w:rFonts w:ascii="Times New Roman" w:hAnsi="Times New Roman" w:cs="Times New Roman"/>
          <w:sz w:val="26"/>
          <w:szCs w:val="26"/>
        </w:rPr>
        <w:t xml:space="preserve"> cho k</w:t>
      </w:r>
      <w:r w:rsidRPr="00AF341A">
        <w:rPr>
          <w:rFonts w:ascii="Times New Roman" w:hAnsi="Times New Roman" w:cs="Times New Roman"/>
          <w:sz w:val="26"/>
          <w:szCs w:val="26"/>
        </w:rPr>
        <w:t>ỳ</w:t>
      </w:r>
      <w:r w:rsidRPr="00AF341A">
        <w:rPr>
          <w:rFonts w:ascii="Times New Roman" w:hAnsi="Times New Roman" w:cs="Times New Roman"/>
          <w:sz w:val="26"/>
          <w:szCs w:val="26"/>
        </w:rPr>
        <w:t xml:space="preserve">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 chính th</w:t>
      </w:r>
      <w:r w:rsidRPr="00AF341A">
        <w:rPr>
          <w:rFonts w:ascii="Times New Roman" w:hAnsi="Times New Roman" w:cs="Times New Roman"/>
          <w:sz w:val="26"/>
          <w:szCs w:val="26"/>
        </w:rPr>
        <w:t>ứ</w:t>
      </w:r>
      <w:r w:rsidRPr="00AF341A">
        <w:rPr>
          <w:rFonts w:ascii="Times New Roman" w:hAnsi="Times New Roman" w:cs="Times New Roman"/>
          <w:sz w:val="26"/>
          <w:szCs w:val="26"/>
        </w:rPr>
        <w:t>c.</w:t>
      </w:r>
    </w:p>
    <w:p w:rsidR="00AF341A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5. …………………………………………………………………………………………..</w:t>
      </w:r>
    </w:p>
    <w:p w:rsidR="00AF341A" w:rsidRPr="00AF341A" w:rsidRDefault="00AF341A">
      <w:pPr>
        <w:rPr>
          <w:rFonts w:ascii="Times New Roman" w:hAnsi="Times New Roman" w:cs="Times New Roman"/>
          <w:b/>
          <w:sz w:val="26"/>
          <w:szCs w:val="26"/>
        </w:rPr>
      </w:pPr>
      <w:r w:rsidRPr="00AF341A">
        <w:rPr>
          <w:rFonts w:ascii="Times New Roman" w:hAnsi="Times New Roman" w:cs="Times New Roman"/>
          <w:b/>
          <w:sz w:val="26"/>
          <w:szCs w:val="26"/>
        </w:rPr>
        <w:t>3. Diễn biến phiên họp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…</w:t>
      </w:r>
      <w:r w:rsidRPr="00AF341A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</w:t>
      </w:r>
    </w:p>
    <w:p w:rsidR="00AF341A" w:rsidRPr="00AF341A" w:rsidRDefault="00AF341A">
      <w:pPr>
        <w:rPr>
          <w:rFonts w:ascii="Times New Roman" w:hAnsi="Times New Roman" w:cs="Times New Roman"/>
          <w:b/>
          <w:sz w:val="26"/>
          <w:szCs w:val="26"/>
        </w:rPr>
      </w:pPr>
      <w:r w:rsidRPr="00AF341A">
        <w:rPr>
          <w:rFonts w:ascii="Times New Roman" w:hAnsi="Times New Roman" w:cs="Times New Roman"/>
          <w:b/>
          <w:sz w:val="26"/>
          <w:szCs w:val="26"/>
        </w:rPr>
        <w:t>4. Kết luận</w:t>
      </w: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Phiên trù b</w:t>
      </w:r>
      <w:r w:rsidRPr="00AF341A">
        <w:rPr>
          <w:rFonts w:ascii="Times New Roman" w:hAnsi="Times New Roman" w:cs="Times New Roman"/>
          <w:sz w:val="26"/>
          <w:szCs w:val="26"/>
        </w:rPr>
        <w:t>ị</w:t>
      </w:r>
      <w:r w:rsidRPr="00AF341A">
        <w:rPr>
          <w:rFonts w:ascii="Times New Roman" w:hAnsi="Times New Roman" w:cs="Times New Roman"/>
          <w:sz w:val="26"/>
          <w:szCs w:val="26"/>
        </w:rPr>
        <w:t xml:space="preserve"> đã th</w:t>
      </w:r>
      <w:r w:rsidRPr="00AF341A">
        <w:rPr>
          <w:rFonts w:ascii="Times New Roman" w:hAnsi="Times New Roman" w:cs="Times New Roman"/>
          <w:sz w:val="26"/>
          <w:szCs w:val="26"/>
        </w:rPr>
        <w:t>ố</w:t>
      </w:r>
      <w:r w:rsidRPr="00AF341A">
        <w:rPr>
          <w:rFonts w:ascii="Times New Roman" w:hAnsi="Times New Roman" w:cs="Times New Roman"/>
          <w:sz w:val="26"/>
          <w:szCs w:val="26"/>
        </w:rPr>
        <w:t>ng nh</w:t>
      </w:r>
      <w:r w:rsidRPr="00AF341A">
        <w:rPr>
          <w:rFonts w:ascii="Times New Roman" w:hAnsi="Times New Roman" w:cs="Times New Roman"/>
          <w:sz w:val="26"/>
          <w:szCs w:val="26"/>
        </w:rPr>
        <w:t>ấ</w:t>
      </w:r>
      <w:r w:rsidRPr="00AF341A">
        <w:rPr>
          <w:rFonts w:ascii="Times New Roman" w:hAnsi="Times New Roman" w:cs="Times New Roman"/>
          <w:sz w:val="26"/>
          <w:szCs w:val="26"/>
        </w:rPr>
        <w:t>t thông qua chương trình k</w:t>
      </w:r>
      <w:r w:rsidRPr="00AF341A">
        <w:rPr>
          <w:rFonts w:ascii="Times New Roman" w:hAnsi="Times New Roman" w:cs="Times New Roman"/>
          <w:sz w:val="26"/>
          <w:szCs w:val="26"/>
        </w:rPr>
        <w:t>ỳ</w:t>
      </w:r>
      <w:r w:rsidRPr="00AF341A">
        <w:rPr>
          <w:rFonts w:ascii="Times New Roman" w:hAnsi="Times New Roman" w:cs="Times New Roman"/>
          <w:sz w:val="26"/>
          <w:szCs w:val="26"/>
        </w:rPr>
        <w:t xml:space="preserve">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 và các n</w:t>
      </w:r>
      <w:r w:rsidRPr="00AF341A">
        <w:rPr>
          <w:rFonts w:ascii="Times New Roman" w:hAnsi="Times New Roman" w:cs="Times New Roman"/>
          <w:sz w:val="26"/>
          <w:szCs w:val="26"/>
        </w:rPr>
        <w:t>ộ</w:t>
      </w:r>
      <w:r w:rsidRPr="00AF341A">
        <w:rPr>
          <w:rFonts w:ascii="Times New Roman" w:hAnsi="Times New Roman" w:cs="Times New Roman"/>
          <w:sz w:val="26"/>
          <w:szCs w:val="26"/>
        </w:rPr>
        <w:t>i dung chu</w:t>
      </w:r>
      <w:r w:rsidRPr="00AF341A">
        <w:rPr>
          <w:rFonts w:ascii="Times New Roman" w:hAnsi="Times New Roman" w:cs="Times New Roman"/>
          <w:sz w:val="26"/>
          <w:szCs w:val="26"/>
        </w:rPr>
        <w:t>ẩ</w:t>
      </w:r>
      <w:r w:rsidRPr="00AF341A">
        <w:rPr>
          <w:rFonts w:ascii="Times New Roman" w:hAnsi="Times New Roman" w:cs="Times New Roman"/>
          <w:sz w:val="26"/>
          <w:szCs w:val="26"/>
        </w:rPr>
        <w:t>n b</w:t>
      </w:r>
      <w:r w:rsidRPr="00AF341A">
        <w:rPr>
          <w:rFonts w:ascii="Times New Roman" w:hAnsi="Times New Roman" w:cs="Times New Roman"/>
          <w:sz w:val="26"/>
          <w:szCs w:val="26"/>
        </w:rPr>
        <w:t>ị</w:t>
      </w:r>
      <w:r w:rsidRPr="00AF341A">
        <w:rPr>
          <w:rFonts w:ascii="Times New Roman" w:hAnsi="Times New Roman" w:cs="Times New Roman"/>
          <w:sz w:val="26"/>
          <w:szCs w:val="26"/>
        </w:rPr>
        <w:t>.</w:t>
      </w:r>
    </w:p>
    <w:p w:rsidR="00BD03F2" w:rsidRPr="00AF341A" w:rsidRDefault="00BD03F2">
      <w:pPr>
        <w:rPr>
          <w:rFonts w:ascii="Times New Roman" w:hAnsi="Times New Roman" w:cs="Times New Roman"/>
          <w:sz w:val="26"/>
          <w:szCs w:val="26"/>
        </w:rPr>
      </w:pPr>
    </w:p>
    <w:p w:rsidR="00BD03F2" w:rsidRPr="00AF341A" w:rsidRDefault="00AF341A">
      <w:pPr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lastRenderedPageBreak/>
        <w:t>Phiên h</w:t>
      </w:r>
      <w:r w:rsidRPr="00AF341A">
        <w:rPr>
          <w:rFonts w:ascii="Times New Roman" w:hAnsi="Times New Roman" w:cs="Times New Roman"/>
          <w:sz w:val="26"/>
          <w:szCs w:val="26"/>
        </w:rPr>
        <w:t>ọ</w:t>
      </w:r>
      <w:r w:rsidRPr="00AF341A">
        <w:rPr>
          <w:rFonts w:ascii="Times New Roman" w:hAnsi="Times New Roman" w:cs="Times New Roman"/>
          <w:sz w:val="26"/>
          <w:szCs w:val="26"/>
        </w:rPr>
        <w:t>p k</w:t>
      </w:r>
      <w:r w:rsidRPr="00AF341A">
        <w:rPr>
          <w:rFonts w:ascii="Times New Roman" w:hAnsi="Times New Roman" w:cs="Times New Roman"/>
          <w:sz w:val="26"/>
          <w:szCs w:val="26"/>
        </w:rPr>
        <w:t>ế</w:t>
      </w:r>
      <w:r w:rsidRPr="00AF341A">
        <w:rPr>
          <w:rFonts w:ascii="Times New Roman" w:hAnsi="Times New Roman" w:cs="Times New Roman"/>
          <w:sz w:val="26"/>
          <w:szCs w:val="26"/>
        </w:rPr>
        <w:t>t thúc vào lúc ……… gi</w:t>
      </w:r>
      <w:r w:rsidRPr="00AF341A">
        <w:rPr>
          <w:rFonts w:ascii="Times New Roman" w:hAnsi="Times New Roman" w:cs="Times New Roman"/>
          <w:sz w:val="26"/>
          <w:szCs w:val="26"/>
        </w:rPr>
        <w:t>ờ</w:t>
      </w:r>
      <w:r w:rsidRPr="00AF341A">
        <w:rPr>
          <w:rFonts w:ascii="Times New Roman" w:hAnsi="Times New Roman" w:cs="Times New Roman"/>
          <w:sz w:val="26"/>
          <w:szCs w:val="26"/>
        </w:rPr>
        <w:t xml:space="preserve"> ……… phút cùng ngày.</w:t>
      </w:r>
    </w:p>
    <w:p w:rsidR="00AF341A" w:rsidRPr="00AF341A" w:rsidRDefault="00AF341A" w:rsidP="00AF341A">
      <w:pPr>
        <w:jc w:val="center"/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br/>
      </w:r>
      <w:r w:rsidRPr="00AF341A">
        <w:rPr>
          <w:rFonts w:ascii="Times New Roman" w:hAnsi="Times New Roman" w:cs="Times New Roman"/>
          <w:b/>
          <w:sz w:val="26"/>
          <w:szCs w:val="26"/>
        </w:rPr>
        <w:br/>
        <w:t>CHỦ TỌA</w:t>
      </w:r>
    </w:p>
    <w:p w:rsidR="00AF341A" w:rsidRPr="00AF341A" w:rsidRDefault="00AF341A" w:rsidP="00AF341A">
      <w:pPr>
        <w:jc w:val="center"/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(Ký, ghi rõ họ tên)</w:t>
      </w:r>
    </w:p>
    <w:p w:rsidR="00AF341A" w:rsidRPr="00AF341A" w:rsidRDefault="00AF341A" w:rsidP="00AF341A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F341A" w:rsidRPr="00AF341A" w:rsidRDefault="00AF341A" w:rsidP="00AF341A">
      <w:pPr>
        <w:jc w:val="center"/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b/>
          <w:sz w:val="26"/>
          <w:szCs w:val="26"/>
        </w:rPr>
        <w:br/>
        <w:t>THƯ KÝ</w:t>
      </w:r>
    </w:p>
    <w:p w:rsidR="00AF341A" w:rsidRPr="00AF341A" w:rsidRDefault="00AF341A" w:rsidP="00AF341A">
      <w:pPr>
        <w:jc w:val="center"/>
        <w:rPr>
          <w:rFonts w:ascii="Times New Roman" w:hAnsi="Times New Roman" w:cs="Times New Roman"/>
          <w:sz w:val="26"/>
          <w:szCs w:val="26"/>
        </w:rPr>
      </w:pPr>
      <w:r w:rsidRPr="00AF341A">
        <w:rPr>
          <w:rFonts w:ascii="Times New Roman" w:hAnsi="Times New Roman" w:cs="Times New Roman"/>
          <w:sz w:val="26"/>
          <w:szCs w:val="26"/>
        </w:rPr>
        <w:t>(Ký, ghi rõ họ tên)</w:t>
      </w:r>
    </w:p>
    <w:p w:rsidR="00BD03F2" w:rsidRPr="00AF341A" w:rsidRDefault="00BD03F2" w:rsidP="00AF341A">
      <w:pPr>
        <w:rPr>
          <w:rFonts w:ascii="Times New Roman" w:hAnsi="Times New Roman" w:cs="Times New Roman"/>
          <w:sz w:val="26"/>
          <w:szCs w:val="26"/>
        </w:rPr>
      </w:pPr>
    </w:p>
    <w:sectPr w:rsidR="00BD03F2" w:rsidRPr="00AF341A" w:rsidSect="00034616">
      <w:pgSz w:w="12240" w:h="15840"/>
      <w:pgMar w:top="1138" w:right="1138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F341A"/>
    <w:rsid w:val="00B47730"/>
    <w:rsid w:val="00BD03F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66EC791-C3C4-43A8-A3AB-20E04C7B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26FD4D-1175-45B1-8944-F88F64FD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2026-03-21T02:12:00Z</dcterms:modified>
  <cp:category/>
</cp:coreProperties>
</file>