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766" w:rsidRDefault="00525998">
      <w:pPr>
        <w:jc w:val="center"/>
      </w:pPr>
      <w:r>
        <w:rPr>
          <w:b/>
        </w:rPr>
        <w:t>C</w:t>
      </w:r>
      <w:r>
        <w:rPr>
          <w:b/>
        </w:rPr>
        <w:t>Ộ</w:t>
      </w:r>
      <w:r>
        <w:rPr>
          <w:b/>
        </w:rPr>
        <w:t>NG HÒA XÃ H</w:t>
      </w:r>
      <w:r>
        <w:rPr>
          <w:b/>
        </w:rPr>
        <w:t>Ộ</w:t>
      </w:r>
      <w:r>
        <w:rPr>
          <w:b/>
        </w:rPr>
        <w:t>I CH</w:t>
      </w:r>
      <w:r>
        <w:rPr>
          <w:b/>
        </w:rPr>
        <w:t>Ủ</w:t>
      </w:r>
      <w:r>
        <w:rPr>
          <w:b/>
        </w:rPr>
        <w:t xml:space="preserve"> NGHĨA VI</w:t>
      </w:r>
      <w:r>
        <w:rPr>
          <w:b/>
        </w:rPr>
        <w:t>Ệ</w:t>
      </w:r>
      <w:r>
        <w:rPr>
          <w:b/>
        </w:rPr>
        <w:t>T NAM</w:t>
      </w:r>
    </w:p>
    <w:p w:rsidR="00625766" w:rsidRDefault="00525998">
      <w:pPr>
        <w:jc w:val="center"/>
      </w:pPr>
      <w:r>
        <w:rPr>
          <w:b/>
        </w:rPr>
        <w:t>Đ</w:t>
      </w:r>
      <w:r>
        <w:rPr>
          <w:b/>
        </w:rPr>
        <w:t>ộ</w:t>
      </w:r>
      <w:r>
        <w:rPr>
          <w:b/>
        </w:rPr>
        <w:t>c l</w:t>
      </w:r>
      <w:r>
        <w:rPr>
          <w:b/>
        </w:rPr>
        <w:t>ậ</w:t>
      </w:r>
      <w:r>
        <w:rPr>
          <w:b/>
        </w:rPr>
        <w:t>p - T</w:t>
      </w:r>
      <w:r>
        <w:rPr>
          <w:b/>
        </w:rPr>
        <w:t>ự</w:t>
      </w:r>
      <w:r>
        <w:rPr>
          <w:b/>
        </w:rPr>
        <w:t xml:space="preserve"> do - H</w:t>
      </w:r>
      <w:r>
        <w:rPr>
          <w:b/>
        </w:rPr>
        <w:t>ạ</w:t>
      </w:r>
      <w:r>
        <w:rPr>
          <w:b/>
        </w:rPr>
        <w:t>nh phúc</w:t>
      </w:r>
    </w:p>
    <w:p w:rsidR="00625766" w:rsidRDefault="00525998" w:rsidP="00525998">
      <w:pPr>
        <w:jc w:val="center"/>
      </w:pPr>
      <w:r>
        <w:t>---------------</w:t>
      </w:r>
    </w:p>
    <w:p w:rsidR="00625766" w:rsidRDefault="00525998">
      <w:pPr>
        <w:jc w:val="center"/>
      </w:pPr>
      <w:r>
        <w:rPr>
          <w:b/>
        </w:rPr>
        <w:t>H</w:t>
      </w:r>
      <w:r>
        <w:rPr>
          <w:b/>
        </w:rPr>
        <w:t>Ộ</w:t>
      </w:r>
      <w:r>
        <w:rPr>
          <w:b/>
        </w:rPr>
        <w:t>I Đ</w:t>
      </w:r>
      <w:r>
        <w:rPr>
          <w:b/>
        </w:rPr>
        <w:t>Ồ</w:t>
      </w:r>
      <w:r>
        <w:rPr>
          <w:b/>
        </w:rPr>
        <w:t>NG NHÂN DÂN ………</w:t>
      </w:r>
    </w:p>
    <w:p w:rsidR="00625766" w:rsidRDefault="00525998" w:rsidP="00525998">
      <w:pPr>
        <w:jc w:val="center"/>
      </w:pPr>
      <w:r>
        <w:rPr>
          <w:b/>
        </w:rPr>
        <w:t>KHÓA ……, NHI</w:t>
      </w:r>
      <w:r>
        <w:rPr>
          <w:b/>
        </w:rPr>
        <w:t>Ệ</w:t>
      </w:r>
      <w:r>
        <w:rPr>
          <w:b/>
        </w:rPr>
        <w:t>M K</w:t>
      </w:r>
      <w:r>
        <w:rPr>
          <w:b/>
        </w:rPr>
        <w:t>Ỳ</w:t>
      </w:r>
      <w:r>
        <w:rPr>
          <w:b/>
        </w:rPr>
        <w:t xml:space="preserve"> 2026–2031</w:t>
      </w:r>
    </w:p>
    <w:p w:rsidR="00625766" w:rsidRDefault="00525998">
      <w:pPr>
        <w:jc w:val="center"/>
      </w:pPr>
      <w:r>
        <w:rPr>
          <w:b/>
        </w:rPr>
        <w:t>D</w:t>
      </w:r>
      <w:r>
        <w:rPr>
          <w:b/>
        </w:rPr>
        <w:t>Ự</w:t>
      </w:r>
      <w:r>
        <w:rPr>
          <w:b/>
        </w:rPr>
        <w:t xml:space="preserve"> KI</w:t>
      </w:r>
      <w:r>
        <w:rPr>
          <w:b/>
        </w:rPr>
        <w:t>Ế</w:t>
      </w:r>
      <w:r>
        <w:rPr>
          <w:b/>
        </w:rPr>
        <w:t>N CHƯƠNG TRÌNH</w:t>
      </w:r>
    </w:p>
    <w:p w:rsidR="00625766" w:rsidRDefault="00525998">
      <w:pPr>
        <w:jc w:val="center"/>
      </w:pPr>
      <w:r>
        <w:t>K</w:t>
      </w:r>
      <w:r>
        <w:t>ỳ</w:t>
      </w:r>
      <w:r>
        <w:t xml:space="preserve"> h</w:t>
      </w:r>
      <w:r>
        <w:t>ọ</w:t>
      </w:r>
      <w:r>
        <w:t>p th</w:t>
      </w:r>
      <w:r>
        <w:t>ứ</w:t>
      </w:r>
      <w:r>
        <w:t xml:space="preserve"> nh</w:t>
      </w:r>
      <w:r>
        <w:t>ấ</w:t>
      </w:r>
      <w:r>
        <w:t>t H</w:t>
      </w:r>
      <w:r>
        <w:t>ộ</w:t>
      </w:r>
      <w:r>
        <w:t>i đ</w:t>
      </w:r>
      <w:r>
        <w:t>ồ</w:t>
      </w:r>
      <w:r>
        <w:t>ng nhân dân ……… khóa ……, nhi</w:t>
      </w:r>
      <w:r>
        <w:t>ệ</w:t>
      </w:r>
      <w:r>
        <w:t>m k</w:t>
      </w:r>
      <w:r>
        <w:t>ỳ</w:t>
      </w:r>
      <w:r>
        <w:t xml:space="preserve"> 2026–2031</w:t>
      </w:r>
    </w:p>
    <w:p w:rsidR="00625766" w:rsidRDefault="00625766"/>
    <w:p w:rsidR="00625766" w:rsidRDefault="00525998">
      <w:r>
        <w:t>Th</w:t>
      </w:r>
      <w:r>
        <w:t>ờ</w:t>
      </w:r>
      <w:r>
        <w:t xml:space="preserve">i gian: 01 ngày, ngày … tháng … </w:t>
      </w:r>
      <w:r>
        <w:t>năm 2026</w:t>
      </w:r>
    </w:p>
    <w:p w:rsidR="00625766" w:rsidRDefault="00525998">
      <w:r>
        <w:t>Đ</w:t>
      </w:r>
      <w:r>
        <w:t>ị</w:t>
      </w:r>
      <w:r>
        <w:t>a đi</w:t>
      </w:r>
      <w:r>
        <w:t>ể</w:t>
      </w:r>
      <w:r>
        <w:t>m: …………………………………………………………………</w:t>
      </w:r>
      <w:bookmarkStart w:id="0" w:name="_GoBack"/>
      <w:bookmarkEnd w:id="0"/>
    </w:p>
    <w:p w:rsidR="00625766" w:rsidRDefault="00525998">
      <w:r>
        <w:rPr>
          <w:b/>
        </w:rPr>
        <w:t>I. PHIÊN TRÙ B</w:t>
      </w:r>
      <w:r>
        <w:rPr>
          <w:b/>
        </w:rPr>
        <w:t>Ị</w:t>
      </w:r>
      <w:r>
        <w:rPr>
          <w:b/>
        </w:rPr>
        <w:t xml:space="preserve"> (07h30 – 08h00)</w:t>
      </w:r>
    </w:p>
    <w:p w:rsidR="00625766" w:rsidRDefault="00525998">
      <w:r>
        <w:t xml:space="preserve">1. </w:t>
      </w:r>
      <w:r>
        <w:t>Ổ</w:t>
      </w:r>
      <w:r>
        <w:t>n đ</w:t>
      </w:r>
      <w:r>
        <w:t>ị</w:t>
      </w:r>
      <w:r>
        <w:t>nh t</w:t>
      </w:r>
      <w:r>
        <w:t>ổ</w:t>
      </w:r>
      <w:r>
        <w:t xml:space="preserve"> ch</w:t>
      </w:r>
      <w:r>
        <w:t>ứ</w:t>
      </w:r>
      <w:r>
        <w:t>c, đi</w:t>
      </w:r>
      <w:r>
        <w:t>ể</w:t>
      </w:r>
      <w:r>
        <w:t>m danh đ</w:t>
      </w:r>
      <w:r>
        <w:t>ạ</w:t>
      </w:r>
      <w:r>
        <w:t>i bi</w:t>
      </w:r>
      <w:r>
        <w:t>ể</w:t>
      </w:r>
      <w:r>
        <w:t>u.</w:t>
      </w:r>
    </w:p>
    <w:p w:rsidR="00625766" w:rsidRDefault="00525998">
      <w:r>
        <w:t>2. Thông qua d</w:t>
      </w:r>
      <w:r>
        <w:t>ự</w:t>
      </w:r>
      <w:r>
        <w:t xml:space="preserve"> ki</w:t>
      </w:r>
      <w:r>
        <w:t>ế</w:t>
      </w:r>
      <w:r>
        <w:t>n chương trình k</w:t>
      </w:r>
      <w:r>
        <w:t>ỳ</w:t>
      </w:r>
      <w:r>
        <w:t xml:space="preserve"> h</w:t>
      </w:r>
      <w:r>
        <w:t>ọ</w:t>
      </w:r>
      <w:r>
        <w:t>p.</w:t>
      </w:r>
    </w:p>
    <w:p w:rsidR="00625766" w:rsidRDefault="00525998">
      <w:r>
        <w:t>3. Thông qua n</w:t>
      </w:r>
      <w:r>
        <w:t>ộ</w:t>
      </w:r>
      <w:r>
        <w:t>i quy k</w:t>
      </w:r>
      <w:r>
        <w:t>ỳ</w:t>
      </w:r>
      <w:r>
        <w:t xml:space="preserve"> h</w:t>
      </w:r>
      <w:r>
        <w:t>ọ</w:t>
      </w:r>
      <w:r>
        <w:t>p.</w:t>
      </w:r>
    </w:p>
    <w:p w:rsidR="00625766" w:rsidRDefault="00525998">
      <w:r>
        <w:rPr>
          <w:b/>
        </w:rPr>
        <w:t>II. PHIÊN KHAI M</w:t>
      </w:r>
      <w:r>
        <w:rPr>
          <w:b/>
        </w:rPr>
        <w:t>Ạ</w:t>
      </w:r>
      <w:r>
        <w:rPr>
          <w:b/>
        </w:rPr>
        <w:t>C (08h00 – 09h00)</w:t>
      </w:r>
    </w:p>
    <w:p w:rsidR="00625766" w:rsidRDefault="00525998">
      <w:r>
        <w:t>1. Chào c</w:t>
      </w:r>
      <w:r>
        <w:t>ờ</w:t>
      </w:r>
      <w:r>
        <w:t>.</w:t>
      </w:r>
    </w:p>
    <w:p w:rsidR="00625766" w:rsidRDefault="00525998">
      <w:r>
        <w:t>2. Tuyên b</w:t>
      </w:r>
      <w:r>
        <w:t>ố</w:t>
      </w:r>
      <w:r>
        <w:t xml:space="preserve"> lý do, </w:t>
      </w:r>
      <w:r>
        <w:t>gi</w:t>
      </w:r>
      <w:r>
        <w:t>ớ</w:t>
      </w:r>
      <w:r>
        <w:t>i thi</w:t>
      </w:r>
      <w:r>
        <w:t>ệ</w:t>
      </w:r>
      <w:r>
        <w:t>u đ</w:t>
      </w:r>
      <w:r>
        <w:t>ạ</w:t>
      </w:r>
      <w:r>
        <w:t>i bi</w:t>
      </w:r>
      <w:r>
        <w:t>ể</w:t>
      </w:r>
      <w:r>
        <w:t>u.</w:t>
      </w:r>
    </w:p>
    <w:p w:rsidR="00625766" w:rsidRDefault="00525998">
      <w:r>
        <w:t>3. Phát bi</w:t>
      </w:r>
      <w:r>
        <w:t>ể</w:t>
      </w:r>
      <w:r>
        <w:t>u khai m</w:t>
      </w:r>
      <w:r>
        <w:t>ạ</w:t>
      </w:r>
      <w:r>
        <w:t>c k</w:t>
      </w:r>
      <w:r>
        <w:t>ỳ</w:t>
      </w:r>
      <w:r>
        <w:t xml:space="preserve"> h</w:t>
      </w:r>
      <w:r>
        <w:t>ọ</w:t>
      </w:r>
      <w:r>
        <w:t>p.</w:t>
      </w:r>
    </w:p>
    <w:p w:rsidR="00625766" w:rsidRDefault="00525998">
      <w:r>
        <w:t>4. Báo cáo xác nh</w:t>
      </w:r>
      <w:r>
        <w:t>ậ</w:t>
      </w:r>
      <w:r>
        <w:t>n tư cách đ</w:t>
      </w:r>
      <w:r>
        <w:t>ạ</w:t>
      </w:r>
      <w:r>
        <w:t>i bi</w:t>
      </w:r>
      <w:r>
        <w:t>ể</w:t>
      </w:r>
      <w:r>
        <w:t>u.</w:t>
      </w:r>
    </w:p>
    <w:p w:rsidR="00625766" w:rsidRDefault="00525998">
      <w:r>
        <w:t>5. Thông qua chương trình k</w:t>
      </w:r>
      <w:r>
        <w:t>ỳ</w:t>
      </w:r>
      <w:r>
        <w:t xml:space="preserve"> h</w:t>
      </w:r>
      <w:r>
        <w:t>ọ</w:t>
      </w:r>
      <w:r>
        <w:t>p.</w:t>
      </w:r>
    </w:p>
    <w:p w:rsidR="00625766" w:rsidRDefault="00525998">
      <w:r>
        <w:rPr>
          <w:b/>
        </w:rPr>
        <w:t>III. N</w:t>
      </w:r>
      <w:r>
        <w:rPr>
          <w:b/>
        </w:rPr>
        <w:t>Ộ</w:t>
      </w:r>
      <w:r>
        <w:rPr>
          <w:b/>
        </w:rPr>
        <w:t>I DUNG K</w:t>
      </w:r>
      <w:r>
        <w:rPr>
          <w:b/>
        </w:rPr>
        <w:t>Ỳ</w:t>
      </w:r>
      <w:r>
        <w:rPr>
          <w:b/>
        </w:rPr>
        <w:t xml:space="preserve"> H</w:t>
      </w:r>
      <w:r>
        <w:rPr>
          <w:b/>
        </w:rPr>
        <w:t>Ọ</w:t>
      </w:r>
      <w:r>
        <w:rPr>
          <w:b/>
        </w:rPr>
        <w:t>P</w:t>
      </w:r>
    </w:p>
    <w:p w:rsidR="00625766" w:rsidRDefault="00525998">
      <w:r>
        <w:rPr>
          <w:b/>
        </w:rPr>
        <w:t>1. Công tác H</w:t>
      </w:r>
      <w:r>
        <w:rPr>
          <w:b/>
        </w:rPr>
        <w:t>ộ</w:t>
      </w:r>
      <w:r>
        <w:rPr>
          <w:b/>
        </w:rPr>
        <w:t>i đ</w:t>
      </w:r>
      <w:r>
        <w:rPr>
          <w:b/>
        </w:rPr>
        <w:t>ồ</w:t>
      </w:r>
      <w:r>
        <w:rPr>
          <w:b/>
        </w:rPr>
        <w:t>ng nhân dân (09h00 – 10h30)</w:t>
      </w:r>
    </w:p>
    <w:p w:rsidR="00625766" w:rsidRDefault="00525998">
      <w:r>
        <w:t>- Trình bày T</w:t>
      </w:r>
      <w:r>
        <w:t>ờ</w:t>
      </w:r>
      <w:r>
        <w:t xml:space="preserve"> trình gi</w:t>
      </w:r>
      <w:r>
        <w:t>ớ</w:t>
      </w:r>
      <w:r>
        <w:t>i thi</w:t>
      </w:r>
      <w:r>
        <w:t>ệ</w:t>
      </w:r>
      <w:r>
        <w:t>u nhân s</w:t>
      </w:r>
      <w:r>
        <w:t>ự</w:t>
      </w:r>
      <w:r>
        <w:t>.</w:t>
      </w:r>
    </w:p>
    <w:p w:rsidR="00625766" w:rsidRDefault="00525998">
      <w:r>
        <w:t>- Th</w:t>
      </w:r>
      <w:r>
        <w:t>ả</w:t>
      </w:r>
      <w:r>
        <w:t>o lu</w:t>
      </w:r>
      <w:r>
        <w:t>ậ</w:t>
      </w:r>
      <w:r>
        <w:t>n.</w:t>
      </w:r>
    </w:p>
    <w:p w:rsidR="00625766" w:rsidRDefault="00525998">
      <w:r>
        <w:lastRenderedPageBreak/>
        <w:t>- B</w:t>
      </w:r>
      <w:r>
        <w:t>ầ</w:t>
      </w:r>
      <w:r>
        <w:t>u Ch</w:t>
      </w:r>
      <w:r>
        <w:t>ủ</w:t>
      </w:r>
      <w:r>
        <w:t xml:space="preserve"> </w:t>
      </w:r>
      <w:r>
        <w:t>t</w:t>
      </w:r>
      <w:r>
        <w:t>ị</w:t>
      </w:r>
      <w:r>
        <w:t>ch, Phó Ch</w:t>
      </w:r>
      <w:r>
        <w:t>ủ</w:t>
      </w:r>
      <w:r>
        <w:t xml:space="preserve"> t</w:t>
      </w:r>
      <w:r>
        <w:t>ị</w:t>
      </w:r>
      <w:r>
        <w:t>ch, các Ban HĐND.</w:t>
      </w:r>
    </w:p>
    <w:p w:rsidR="00625766" w:rsidRDefault="00525998">
      <w:r>
        <w:t>- Công b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>.</w:t>
      </w:r>
    </w:p>
    <w:p w:rsidR="00625766" w:rsidRDefault="00525998">
      <w:r>
        <w:rPr>
          <w:b/>
        </w:rPr>
        <w:t xml:space="preserve">2. Công tác </w:t>
      </w:r>
      <w:r>
        <w:rPr>
          <w:b/>
        </w:rPr>
        <w:t>Ủ</w:t>
      </w:r>
      <w:r>
        <w:rPr>
          <w:b/>
        </w:rPr>
        <w:t>y ban nhân dân (10h30 – 11h30)</w:t>
      </w:r>
    </w:p>
    <w:p w:rsidR="00625766" w:rsidRDefault="00525998">
      <w:r>
        <w:t>- Trình bày T</w:t>
      </w:r>
      <w:r>
        <w:t>ờ</w:t>
      </w:r>
      <w:r>
        <w:t xml:space="preserve"> trình gi</w:t>
      </w:r>
      <w:r>
        <w:t>ớ</w:t>
      </w:r>
      <w:r>
        <w:t>i thi</w:t>
      </w:r>
      <w:r>
        <w:t>ệ</w:t>
      </w:r>
      <w:r>
        <w:t>u nhân s</w:t>
      </w:r>
      <w:r>
        <w:t>ự</w:t>
      </w:r>
      <w:r>
        <w:t>.</w:t>
      </w:r>
    </w:p>
    <w:p w:rsidR="00625766" w:rsidRDefault="00525998">
      <w:r>
        <w:t>- Th</w:t>
      </w:r>
      <w:r>
        <w:t>ả</w:t>
      </w:r>
      <w:r>
        <w:t>o lu</w:t>
      </w:r>
      <w:r>
        <w:t>ậ</w:t>
      </w:r>
      <w:r>
        <w:t>n.</w:t>
      </w:r>
    </w:p>
    <w:p w:rsidR="00625766" w:rsidRDefault="00525998">
      <w:r>
        <w:t>- B</w:t>
      </w:r>
      <w:r>
        <w:t>ầ</w:t>
      </w:r>
      <w:r>
        <w:t>u Ch</w:t>
      </w:r>
      <w:r>
        <w:t>ủ</w:t>
      </w:r>
      <w:r>
        <w:t xml:space="preserve"> t</w:t>
      </w:r>
      <w:r>
        <w:t>ị</w:t>
      </w:r>
      <w:r>
        <w:t>ch, Phó Ch</w:t>
      </w:r>
      <w:r>
        <w:t>ủ</w:t>
      </w:r>
      <w:r>
        <w:t xml:space="preserve"> t</w:t>
      </w:r>
      <w:r>
        <w:t>ị</w:t>
      </w:r>
      <w:r>
        <w:t xml:space="preserve">ch, </w:t>
      </w:r>
      <w:r>
        <w:t>Ủ</w:t>
      </w:r>
      <w:r>
        <w:t>y viên UBND.</w:t>
      </w:r>
    </w:p>
    <w:p w:rsidR="00625766" w:rsidRDefault="00525998">
      <w:r>
        <w:t>- Công b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>.</w:t>
      </w:r>
    </w:p>
    <w:p w:rsidR="00625766" w:rsidRDefault="00525998">
      <w:r>
        <w:rPr>
          <w:b/>
        </w:rPr>
        <w:t>Ngh</w:t>
      </w:r>
      <w:r>
        <w:rPr>
          <w:b/>
        </w:rPr>
        <w:t>ỉ</w:t>
      </w:r>
      <w:r>
        <w:rPr>
          <w:b/>
        </w:rPr>
        <w:t xml:space="preserve"> trưa (11h30 – 13h30)</w:t>
      </w:r>
    </w:p>
    <w:p w:rsidR="00625766" w:rsidRDefault="00525998">
      <w:r>
        <w:rPr>
          <w:b/>
        </w:rPr>
        <w:t xml:space="preserve">3. Công tác phê </w:t>
      </w:r>
      <w:r>
        <w:rPr>
          <w:b/>
        </w:rPr>
        <w:t>chu</w:t>
      </w:r>
      <w:r>
        <w:rPr>
          <w:b/>
        </w:rPr>
        <w:t>ẩ</w:t>
      </w:r>
      <w:r>
        <w:rPr>
          <w:b/>
        </w:rPr>
        <w:t>n (13h30 – 14h30)</w:t>
      </w:r>
    </w:p>
    <w:p w:rsidR="00625766" w:rsidRDefault="00525998">
      <w:r>
        <w:t>- Trình bày T</w:t>
      </w:r>
      <w:r>
        <w:t>ờ</w:t>
      </w:r>
      <w:r>
        <w:t xml:space="preserve"> trình phê chu</w:t>
      </w:r>
      <w:r>
        <w:t>ẩ</w:t>
      </w:r>
      <w:r>
        <w:t>n k</w:t>
      </w:r>
      <w:r>
        <w:t>ế</w:t>
      </w:r>
      <w:r>
        <w:t>t qu</w:t>
      </w:r>
      <w:r>
        <w:t>ả</w:t>
      </w:r>
      <w:r>
        <w:t xml:space="preserve"> b</w:t>
      </w:r>
      <w:r>
        <w:t>ầ</w:t>
      </w:r>
      <w:r>
        <w:t>u.</w:t>
      </w:r>
    </w:p>
    <w:p w:rsidR="00625766" w:rsidRDefault="00525998">
      <w:r>
        <w:t>- Th</w:t>
      </w:r>
      <w:r>
        <w:t>ả</w:t>
      </w:r>
      <w:r>
        <w:t>o lu</w:t>
      </w:r>
      <w:r>
        <w:t>ậ</w:t>
      </w:r>
      <w:r>
        <w:t>n.</w:t>
      </w:r>
    </w:p>
    <w:p w:rsidR="00625766" w:rsidRDefault="00525998">
      <w:r>
        <w:t>- Thông qua Ngh</w:t>
      </w:r>
      <w:r>
        <w:t>ị</w:t>
      </w:r>
      <w:r>
        <w:t xml:space="preserve"> quy</w:t>
      </w:r>
      <w:r>
        <w:t>ế</w:t>
      </w:r>
      <w:r>
        <w:t>t.</w:t>
      </w:r>
    </w:p>
    <w:p w:rsidR="00625766" w:rsidRDefault="00525998">
      <w:r>
        <w:rPr>
          <w:b/>
        </w:rPr>
        <w:t>4. N</w:t>
      </w:r>
      <w:r>
        <w:rPr>
          <w:b/>
        </w:rPr>
        <w:t>ộ</w:t>
      </w:r>
      <w:r>
        <w:rPr>
          <w:b/>
        </w:rPr>
        <w:t>i dung khác (14h30 – 15h30)</w:t>
      </w:r>
    </w:p>
    <w:p w:rsidR="00625766" w:rsidRDefault="00525998">
      <w:r>
        <w:t>- Quy</w:t>
      </w:r>
      <w:r>
        <w:t>ế</w:t>
      </w:r>
      <w:r>
        <w:t>t đ</w:t>
      </w:r>
      <w:r>
        <w:t>ị</w:t>
      </w:r>
      <w:r>
        <w:t>nh k</w:t>
      </w:r>
      <w:r>
        <w:t>ế</w:t>
      </w:r>
      <w:r>
        <w:t xml:space="preserve"> ho</w:t>
      </w:r>
      <w:r>
        <w:t>ạ</w:t>
      </w:r>
      <w:r>
        <w:t>ch k</w:t>
      </w:r>
      <w:r>
        <w:t>ỳ</w:t>
      </w:r>
      <w:r>
        <w:t xml:space="preserve"> h</w:t>
      </w:r>
      <w:r>
        <w:t>ọ</w:t>
      </w:r>
      <w:r>
        <w:t>p thư</w:t>
      </w:r>
      <w:r>
        <w:t>ờ</w:t>
      </w:r>
      <w:r>
        <w:t>ng l</w:t>
      </w:r>
      <w:r>
        <w:t>ệ</w:t>
      </w:r>
      <w:r>
        <w:t>.</w:t>
      </w:r>
    </w:p>
    <w:p w:rsidR="00625766" w:rsidRDefault="00525998">
      <w:r>
        <w:t>- Các n</w:t>
      </w:r>
      <w:r>
        <w:t>ộ</w:t>
      </w:r>
      <w:r>
        <w:t>i dung khác (n</w:t>
      </w:r>
      <w:r>
        <w:t>ế</w:t>
      </w:r>
      <w:r>
        <w:t>u có).</w:t>
      </w:r>
    </w:p>
    <w:p w:rsidR="00625766" w:rsidRDefault="00525998">
      <w:r>
        <w:rPr>
          <w:b/>
        </w:rPr>
        <w:t>IV. PHIÊN B</w:t>
      </w:r>
      <w:r>
        <w:rPr>
          <w:b/>
        </w:rPr>
        <w:t>Ế</w:t>
      </w:r>
      <w:r>
        <w:rPr>
          <w:b/>
        </w:rPr>
        <w:t xml:space="preserve"> M</w:t>
      </w:r>
      <w:r>
        <w:rPr>
          <w:b/>
        </w:rPr>
        <w:t>Ạ</w:t>
      </w:r>
      <w:r>
        <w:rPr>
          <w:b/>
        </w:rPr>
        <w:t>C (15h30 – 16h00)</w:t>
      </w:r>
    </w:p>
    <w:p w:rsidR="00625766" w:rsidRDefault="00525998">
      <w:r>
        <w:t>1. Thông qua các</w:t>
      </w:r>
      <w:r>
        <w:t xml:space="preserve"> Ngh</w:t>
      </w:r>
      <w:r>
        <w:t>ị</w:t>
      </w:r>
      <w:r>
        <w:t xml:space="preserve"> quy</w:t>
      </w:r>
      <w:r>
        <w:t>ế</w:t>
      </w:r>
      <w:r>
        <w:t>t.</w:t>
      </w:r>
    </w:p>
    <w:p w:rsidR="00625766" w:rsidRDefault="00525998">
      <w:r>
        <w:t>2. Phát bi</w:t>
      </w:r>
      <w:r>
        <w:t>ể</w:t>
      </w:r>
      <w:r>
        <w:t>u b</w:t>
      </w:r>
      <w:r>
        <w:t>ế</w:t>
      </w:r>
      <w:r>
        <w:t xml:space="preserve"> m</w:t>
      </w:r>
      <w:r>
        <w:t>ạ</w:t>
      </w:r>
      <w:r>
        <w:t>c.</w:t>
      </w:r>
    </w:p>
    <w:p w:rsidR="00625766" w:rsidRDefault="00525998">
      <w:r>
        <w:t>3. Chào c</w:t>
      </w:r>
      <w:r>
        <w:t>ờ</w:t>
      </w:r>
      <w:r>
        <w:t>.</w:t>
      </w:r>
    </w:p>
    <w:p w:rsidR="00525998" w:rsidRPr="00525998" w:rsidRDefault="00525998">
      <w:pPr>
        <w:rPr>
          <w:i/>
          <w:color w:val="FF0000"/>
        </w:rPr>
      </w:pPr>
      <w:r w:rsidRPr="00525998">
        <w:rPr>
          <w:i/>
          <w:color w:val="FF0000"/>
        </w:rPr>
        <w:t xml:space="preserve">Lưu ý: Mẫu Dự kiến chương trình kỳ họp thứ nhất của Hội đồng nhân dân các cấp nhiệm kỳ 2026-2031 </w:t>
      </w:r>
      <w:r>
        <w:rPr>
          <w:i/>
          <w:color w:val="FF0000"/>
        </w:rPr>
        <w:t>chi mang tính chất tham khảo</w:t>
      </w:r>
    </w:p>
    <w:sectPr w:rsidR="00525998" w:rsidRPr="005259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998"/>
    <w:rsid w:val="0062576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DEA850B-7B68-4512-9767-E0C19E46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4C0163-57A2-4909-960B-2C5B06E36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2026-03-20T02:49:00Z</dcterms:created>
  <dcterms:modified xsi:type="dcterms:W3CDTF">2026-03-20T02:49:00Z</dcterms:modified>
  <cp:category/>
</cp:coreProperties>
</file>