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star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tbl>
      <w:tblPr>
        <w:tblW w:w="8959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00"/>
        <w:gridCol w:w="5659"/>
      </w:tblGrid>
      <w:tr>
        <w:trPr/>
        <w:tc>
          <w:tcPr>
            <w:tcW w:w="3300" w:type="dxa"/>
            <w:tcBorders/>
          </w:tcPr>
          <w:p>
            <w:pPr>
              <w:pStyle w:val="BodyText"/>
              <w:jc w:val="center"/>
              <w:rPr>
                <w:sz w:val="24"/>
              </w:rPr>
            </w:pPr>
            <w:bookmarkStart w:id="0" w:name="so_BKL"/>
            <w:bookmarkEnd w:id="0"/>
            <w:r>
              <w:rPr>
                <w:rStyle w:val="Emphasis"/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  <w:t>CÔNG TY </w:t>
            </w:r>
            <w:r>
              <w:rPr>
                <w:rStyle w:val="Emphasis"/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  <w:lang w:val="vi-VN"/>
              </w:rPr>
              <w:t>[..</w:t>
            </w:r>
            <w:r>
              <w:rPr>
                <w:rStyle w:val="Emphasis"/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u w:val="none"/>
              </w:rPr>
              <w:t>.]</w:t>
            </w:r>
          </w:p>
          <w:p>
            <w:pPr>
              <w:pStyle w:val="BodyText"/>
              <w:widowControl/>
              <w:pBdr>
                <w:top w:val="single" w:sz="2" w:space="1" w:color="CBD5E1"/>
                <w:left w:val="single" w:sz="2" w:space="1" w:color="CBD5E1"/>
                <w:bottom w:val="single" w:sz="2" w:space="1" w:color="CBD5E1"/>
                <w:right w:val="single" w:sz="2" w:space="1" w:color="CBD5E1"/>
              </w:pBdr>
              <w:spacing w:lineRule="auto" w:line="384" w:before="0" w:after="0"/>
              <w:ind w:hanging="0" w:start="0" w:end="0"/>
              <w:jc w:val="center"/>
              <w:rPr>
                <w:sz w:val="24"/>
              </w:rPr>
            </w:pPr>
            <w:r>
              <w:rPr>
                <w:rStyle w:val="Emphasis"/>
                <w:rFonts w:ascii="Times New Roman" w:hAnsi="Times New Roman"/>
                <w:b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lang w:val="vi-VN"/>
              </w:rPr>
              <w:t>ĐẠI HỘI THÀNH LẬP</w:t>
              <w:br/>
              <w:t>CÔNG ĐOÀN CƠ SỞ</w:t>
            </w:r>
          </w:p>
        </w:tc>
        <w:tc>
          <w:tcPr>
            <w:tcW w:w="5659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  <w:br/>
              <w:t>Độc lập – Tự do – Hạnh phúc</w:t>
              <w:br/>
            </w:r>
            <w:r>
              <w:rPr>
                <w:rFonts w:ascii="Times New Roman" w:hAnsi="Times New Roman"/>
                <w:sz w:val="26"/>
                <w:szCs w:val="26"/>
              </w:rPr>
              <w:t>-----------------</w:t>
            </w:r>
          </w:p>
        </w:tc>
      </w:tr>
    </w:tbl>
    <w:p>
      <w:pPr>
        <w:pStyle w:val="Normal"/>
        <w:jc w:val="star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end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………</w:t>
      </w:r>
      <w:r>
        <w:rPr>
          <w:rFonts w:ascii="Times New Roman" w:hAnsi="Times New Roman"/>
          <w:i/>
          <w:iCs/>
          <w:sz w:val="26"/>
          <w:szCs w:val="26"/>
        </w:rPr>
        <w:t>., ngày …… tháng …… năm 2026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</w:t>
        <w:br/>
        <w:t>Đại hội thành lập Công đoàn cơ sở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I. THỜI GIAN, ĐỊA ĐIỂM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Thời gian bắt đầu: …… giờ …… phút, ngày …… tháng …… năm 2026.</w:t>
        <w:br/>
        <w:t>2. Địa điểm: .................................................................................</w:t>
        <w:br/>
        <w:t>3. Đơn vị tổ chức Đại hội: Công đoàn cơ sở .....................................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II. THÀNH PHẦN THAM DỰ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Đại biểu cấp trên dự và chỉ đạo Đại hội:</w:t>
        <w:br/>
        <w:t>- Ông/Bà: .................................... – Chức vụ: ..........................</w:t>
        <w:br/>
        <w:t>- Ông/Bà: .................................... – Chức vụ: ..........................</w:t>
        <w:br/>
        <w:br/>
        <w:t>2. Người lao động tham dự Đại hội:</w:t>
        <w:br/>
        <w:t>- Tổng số được triệu tập: ........ người.</w:t>
        <w:br/>
        <w:t>- Có mặt: ........ người.</w:t>
        <w:br/>
        <w:t>- Vắng mặt: ........ người.</w:t>
        <w:br/>
        <w:t>- Lý do vắng mặt: ............................................................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III. NỘI DUNG ĐẠI HỘI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1.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Khai mạc Đại hội</w:t>
      </w:r>
      <w:r>
        <w:rPr>
          <w:rFonts w:ascii="Times New Roman" w:hAnsi="Times New Roman"/>
          <w:sz w:val="26"/>
          <w:szCs w:val="26"/>
        </w:rPr>
        <w:br/>
        <w:t>Ông/Bà .......................................................... tuyên bố lý do, giới thiệu đại biểu và thông qua chương trình Đại hội.</w:t>
        <w:br/>
        <w:t>Đại hội thống nhất cử:</w:t>
        <w:br/>
        <w:t>- Chủ tọa Đại hội: ..........................................................</w:t>
        <w:br/>
        <w:t>- Thư ký Đại hội: ..........................................................</w:t>
        <w:br/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2. </w:t>
      </w:r>
      <w:r>
        <w:rPr>
          <w:rFonts w:ascii="Times New Roman" w:hAnsi="Times New Roman"/>
          <w:b/>
          <w:bCs/>
          <w:i/>
          <w:iCs/>
          <w:caps w:val="false"/>
          <w:smallCaps w:val="false"/>
          <w:color w:val="000000"/>
          <w:spacing w:val="0"/>
          <w:sz w:val="26"/>
          <w:szCs w:val="26"/>
        </w:rPr>
        <w:t>Báo cáo quá trình vận động và công tác chuẩn bị tổ chức thành lập công đoàn cơ sở.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br/>
        <w:t>Ông/Bà .......................................................... trình bày b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áo cáo quá trình vận động và công tác chuẩn bị tổ chức thành lập công đoàn cơ sở.</w:t>
      </w:r>
      <w:r>
        <w:rPr>
          <w:rFonts w:ascii="Times New Roman" w:hAnsi="Times New Roman"/>
          <w:sz w:val="26"/>
          <w:szCs w:val="26"/>
        </w:rPr>
        <w:t xml:space="preserve"> </w:t>
        <w:br/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>3. Công bố danh sách đoàn viên xin gia nhập Công đoàn Việt Nam</w:t>
      </w:r>
      <w:r>
        <w:rPr>
          <w:rFonts w:ascii="Times New Roman" w:hAnsi="Times New Roman"/>
          <w:sz w:val="26"/>
          <w:szCs w:val="26"/>
        </w:rPr>
        <w:br/>
        <w:t>Tổng số đoàn viên xin gia nhập: ........ người.</w:t>
        <w:br/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>4. Thảo luận tại Đại hội</w:t>
      </w:r>
      <w:r>
        <w:rPr>
          <w:rFonts w:ascii="Times New Roman" w:hAnsi="Times New Roman"/>
          <w:sz w:val="26"/>
          <w:szCs w:val="26"/>
        </w:rPr>
        <w:br/>
        <w:t>- Ý kiến 1: ..................................................................</w:t>
        <w:br/>
        <w:t>- Ý kiến 2: ..................................................................</w:t>
        <w:br/>
        <w:t>- Ý kiến 3: ..................................................................</w:t>
        <w:br/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>5. Công bố quyết định thành lập Công đoàn cơ sở</w:t>
      </w:r>
      <w:r>
        <w:rPr>
          <w:rFonts w:ascii="Times New Roman" w:hAnsi="Times New Roman"/>
          <w:sz w:val="26"/>
          <w:szCs w:val="26"/>
        </w:rPr>
        <w:br/>
        <w:t>Đại diện Công đoàn cấp trên công bố quyết định thành lập Công đoàn cơ sở.</w:t>
        <w:br/>
        <w:br/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6. Bầu Ban Chấp hành Công đoàn cơ sở 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Kết quả bầu cử như sau:</w:t>
      </w:r>
    </w:p>
    <w:tbl>
      <w:tblPr>
        <w:tblStyle w:val="TableGrid"/>
        <w:tblW w:w="8505" w:type="dxa"/>
        <w:jc w:val="start"/>
        <w:tblInd w:w="13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900"/>
        <w:gridCol w:w="4718"/>
        <w:gridCol w:w="2887"/>
      </w:tblGrid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47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Họ và tên</w:t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Chức vụ được bầu</w:t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47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47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47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9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47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88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IV. THÔNG QUA BIÊN BẢN VÀ BẾ MẠC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Biên bản Đại hội đã được Thư ký thông qua trước toàn thể Đại hội.</w:t>
        <w:br/>
        <w:t>Đại hội thống nhất thông qua toàn văn Biên bản với tỷ lệ: ..........%.</w:t>
        <w:br/>
        <w:t xml:space="preserve">Đại hội thành lập Công đoàn cơ sở .............................................. kết thúc vào lúc …… giờ …… phút cùng ngày. </w:t>
      </w:r>
    </w:p>
    <w:tbl>
      <w:tblPr>
        <w:tblW w:w="864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320"/>
        <w:gridCol w:w="4320"/>
      </w:tblGrid>
      <w:tr>
        <w:trPr/>
        <w:tc>
          <w:tcPr>
            <w:tcW w:w="4320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THƯ KÝ ĐẠI HỘI</w:t>
              <w:br/>
              <w:br/>
              <w:br/>
              <w:t>(Ký, ghi rõ họ tên)</w:t>
            </w:r>
          </w:p>
        </w:tc>
        <w:tc>
          <w:tcPr>
            <w:tcW w:w="4320" w:type="dxa"/>
            <w:tcBorders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CHỦ TỌA ĐẠI HỘI</w:t>
              <w:br/>
              <w:br/>
              <w:br/>
              <w:t>(Ký, ghi rõ họ tên)</w:t>
            </w:r>
          </w:p>
        </w:tc>
      </w:tr>
    </w:tbl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LibreOffice/26.2.3.2$Windows_X86_64 LibreOffice_project/70e089b17412e4cb7773e41413306b17a2328c34</Application>
  <AppVersion>15.0000</AppVersion>
  <Pages>2</Pages>
  <Words>394</Words>
  <Characters>2071</Characters>
  <CharactersWithSpaces>2464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2026-05-22T14:48:56Z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