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327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655"/>
        <w:gridCol w:w="5672"/>
      </w:tblGrid>
      <w:tr>
        <w:trPr/>
        <w:tc>
          <w:tcPr>
            <w:tcW w:w="3655" w:type="dxa"/>
            <w:tcBorders/>
          </w:tcPr>
          <w:p>
            <w:pPr>
              <w:pStyle w:val="TableContents"/>
              <w:widowControl/>
              <w:spacing w:before="0" w:after="200"/>
              <w:ind w:hanging="0" w:start="0" w:end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LIÊN ĐOÀN LAO ĐỘNG ......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5672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– Tự do – Hạnh ph</w:t>
            </w:r>
          </w:p>
        </w:tc>
      </w:tr>
    </w:tbl>
    <w:p>
      <w:pPr>
        <w:pStyle w:val="Normal"/>
        <w:jc w:val="end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……</w:t>
      </w:r>
      <w:r>
        <w:rPr>
          <w:rFonts w:ascii="Times New Roman" w:hAnsi="Times New Roman"/>
          <w:i/>
          <w:iCs/>
          <w:sz w:val="26"/>
          <w:szCs w:val="26"/>
        </w:rPr>
        <w:t>., ngày …… tháng …… năm ………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DANH SÁCH</w:t>
        <w:br/>
        <w:t>Đoàn viên người lao động có đơn xin gia nhập Công đoàn Việt Nam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Kính gửi: ………………………………………………………………………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Căn cứ Điều lệ Công đoàn Việt Nam;</w:t>
        <w:br/>
        <w:t>Căn cứ nhu cầu tự nguyện gia nhập Công đoàn Việt Nam của người lao động;</w:t>
        <w:br/>
        <w:br/>
        <w:t>Ban Chấp hành Công đoàn cơ sở lập danh sách người lao động có đơn xin gia nhập Công đoàn Việt Nam như sau:</w:t>
      </w:r>
    </w:p>
    <w:tbl>
      <w:tblPr>
        <w:tblStyle w:val="TableGrid"/>
        <w:tblW w:w="863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05"/>
        <w:gridCol w:w="1662"/>
        <w:gridCol w:w="1692"/>
        <w:gridCol w:w="1077"/>
        <w:gridCol w:w="2169"/>
        <w:gridCol w:w="1227"/>
      </w:tblGrid>
      <w:tr>
        <w:trPr/>
        <w:tc>
          <w:tcPr>
            <w:tcW w:w="8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STT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Họ và tên</w:t>
            </w:r>
          </w:p>
        </w:tc>
        <w:tc>
          <w:tcPr>
            <w:tcW w:w="16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Chức vụ/Công việc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Bộ phận</w:t>
            </w:r>
          </w:p>
        </w:tc>
        <w:tc>
          <w:tcPr>
            <w:tcW w:w="21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Ngày vào làm việc</w:t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Ghi chú</w:t>
            </w:r>
          </w:p>
        </w:tc>
      </w:tr>
      <w:tr>
        <w:trPr/>
        <w:tc>
          <w:tcPr>
            <w:tcW w:w="8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1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8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1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8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1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8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1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8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6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1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/>
        <w:t>Tổng số người lao động có đơn xin gia nhập Công đoàn Việt Nam: ……… người.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Danh sách này được lập để đề nghị xem xét kết nạp đoàn viên Công đoàn theo quy định./.</w:t>
      </w:r>
    </w:p>
    <w:tbl>
      <w:tblPr>
        <w:tblW w:w="909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320"/>
        <w:gridCol w:w="4775"/>
      </w:tblGrid>
      <w:tr>
        <w:trPr/>
        <w:tc>
          <w:tcPr>
            <w:tcW w:w="4320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NGƯỜI LẬP DANH SÁCH</w:t>
              <w:br/>
              <w:br/>
              <w:t>(Ký, ghi rõ họ tên)</w:t>
            </w:r>
          </w:p>
        </w:tc>
        <w:tc>
          <w:tcPr>
            <w:tcW w:w="4775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TM. BAN CHẤP HÀNH CÔNG ĐOÀN CƠ SỞ</w:t>
              <w:br/>
              <w:t>CHỦ TỊCH</w:t>
              <w:br/>
              <w:br/>
              <w:t>(Ký, đóng dấu, ghi rõ họ tên)</w:t>
            </w:r>
          </w:p>
        </w:tc>
      </w:tr>
    </w:tbl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LibreOffice/26.2.3.2$Windows_X86_64 LibreOffice_project/70e089b17412e4cb7773e41413306b17a2328c34</Application>
  <AppVersion>15.0000</AppVersion>
  <Pages>1</Pages>
  <Words>169</Words>
  <Characters>613</Characters>
  <CharactersWithSpaces>773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2026-05-22T14:12:03Z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