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531" w:type="dxa"/>
        <w:jc w:val="center"/>
        <w:tblLayout w:type="fixed"/>
        <w:tblCellMar>
          <w:left w:w="0" w:type="dxa"/>
          <w:right w:w="0" w:type="dxa"/>
        </w:tblCellMar>
        <w:tblLook w:val="0000" w:firstRow="0" w:lastRow="0" w:firstColumn="0" w:lastColumn="0" w:noHBand="0" w:noVBand="0"/>
      </w:tblPr>
      <w:tblGrid>
        <w:gridCol w:w="3489"/>
        <w:gridCol w:w="6042"/>
      </w:tblGrid>
      <w:tr w:rsidR="0055564C" w:rsidRPr="00F618B4" w:rsidTr="00F14B4F">
        <w:trPr>
          <w:jc w:val="center"/>
        </w:trPr>
        <w:tc>
          <w:tcPr>
            <w:tcW w:w="3489" w:type="dxa"/>
            <w:shd w:val="clear" w:color="auto" w:fill="FFFFFF"/>
          </w:tcPr>
          <w:p w:rsidR="0055564C" w:rsidRPr="00F618B4" w:rsidRDefault="0055564C" w:rsidP="00F618B4">
            <w:pPr>
              <w:pStyle w:val="Other0"/>
              <w:shd w:val="clear" w:color="auto" w:fill="auto"/>
              <w:spacing w:after="0" w:line="360" w:lineRule="auto"/>
              <w:ind w:firstLine="0"/>
              <w:jc w:val="center"/>
              <w:rPr>
                <w:rFonts w:ascii="Times New Roman" w:hAnsi="Times New Roman" w:cs="Times New Roman"/>
                <w:color w:val="000000"/>
              </w:rPr>
            </w:pPr>
            <w:r w:rsidRPr="00F618B4">
              <w:rPr>
                <w:rStyle w:val="Other"/>
                <w:rFonts w:ascii="Times New Roman" w:hAnsi="Times New Roman" w:cs="Times New Roman"/>
                <w:bCs/>
                <w:color w:val="000000"/>
                <w:lang w:eastAsia="vi-VN"/>
              </w:rPr>
              <w:t>TÊN CQ, TC CHỦ QUẢN</w:t>
            </w:r>
          </w:p>
          <w:p w:rsidR="0055564C" w:rsidRPr="00F618B4" w:rsidRDefault="0055564C" w:rsidP="00F618B4">
            <w:pPr>
              <w:pStyle w:val="Other0"/>
              <w:shd w:val="clear" w:color="auto" w:fill="auto"/>
              <w:spacing w:after="0" w:line="360" w:lineRule="auto"/>
              <w:ind w:firstLine="0"/>
              <w:jc w:val="center"/>
              <w:rPr>
                <w:rStyle w:val="Other"/>
                <w:rFonts w:ascii="Times New Roman" w:hAnsi="Times New Roman" w:cs="Times New Roman"/>
                <w:b/>
                <w:bCs/>
                <w:color w:val="000000"/>
                <w:vertAlign w:val="superscript"/>
                <w:lang w:eastAsia="vi-VN"/>
              </w:rPr>
            </w:pPr>
            <w:r w:rsidRPr="00F618B4">
              <w:rPr>
                <w:rStyle w:val="Other"/>
                <w:rFonts w:ascii="Times New Roman" w:hAnsi="Times New Roman" w:cs="Times New Roman"/>
                <w:b/>
                <w:bCs/>
                <w:color w:val="000000"/>
                <w:lang w:eastAsia="vi-VN"/>
              </w:rPr>
              <w:t>TÊN CƠ QUAN, TỔ CHỨC</w:t>
            </w:r>
          </w:p>
          <w:p w:rsidR="0055564C" w:rsidRPr="00F618B4" w:rsidRDefault="0055564C" w:rsidP="00F618B4">
            <w:pPr>
              <w:pStyle w:val="Other0"/>
              <w:shd w:val="clear" w:color="auto" w:fill="auto"/>
              <w:spacing w:after="0" w:line="360" w:lineRule="auto"/>
              <w:ind w:firstLine="0"/>
              <w:jc w:val="center"/>
              <w:rPr>
                <w:rStyle w:val="Other"/>
                <w:rFonts w:ascii="Times New Roman" w:hAnsi="Times New Roman" w:cs="Times New Roman"/>
                <w:color w:val="000000"/>
                <w:lang w:eastAsia="vi-VN"/>
              </w:rPr>
            </w:pPr>
            <w:r w:rsidRPr="00F618B4">
              <w:rPr>
                <w:rFonts w:ascii="Times New Roman" w:hAnsi="Times New Roman" w:cs="Times New Roman"/>
                <w:noProof/>
                <w:color w:val="000000"/>
                <w:shd w:val="clear" w:color="auto" w:fill="auto"/>
              </w:rPr>
              <mc:AlternateContent>
                <mc:Choice Requires="wps">
                  <w:drawing>
                    <wp:anchor distT="0" distB="0" distL="114300" distR="114300" simplePos="0" relativeHeight="251662336" behindDoc="0" locked="0" layoutInCell="1" allowOverlap="1" wp14:anchorId="14DDDB13" wp14:editId="1E2A244C">
                      <wp:simplePos x="0" y="0"/>
                      <wp:positionH relativeFrom="column">
                        <wp:posOffset>575310</wp:posOffset>
                      </wp:positionH>
                      <wp:positionV relativeFrom="paragraph">
                        <wp:posOffset>20320</wp:posOffset>
                      </wp:positionV>
                      <wp:extent cx="895350" cy="0"/>
                      <wp:effectExtent l="5715" t="10795" r="13335" b="8255"/>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953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E6B411D" id="Straight Connector 4"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3pt,1.6pt" to="115.8pt,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"/>
                  </w:pict>
                </mc:Fallback>
              </mc:AlternateContent>
            </w:r>
          </w:p>
          <w:p w:rsidR="0055564C" w:rsidRPr="00F618B4" w:rsidRDefault="0055564C" w:rsidP="00F618B4">
            <w:pPr>
              <w:spacing w:line="360" w:lineRule="auto"/>
              <w:jc w:val="center"/>
              <w:rPr>
                <w:rFonts w:ascii="Times New Roman" w:hAnsi="Times New Roman" w:cs="Times New Roman"/>
                <w:sz w:val="26"/>
                <w:szCs w:val="26"/>
              </w:rPr>
            </w:pPr>
            <w:r w:rsidRPr="00F618B4">
              <w:rPr>
                <w:rFonts w:ascii="Times New Roman" w:hAnsi="Times New Roman" w:cs="Times New Roman"/>
                <w:sz w:val="26"/>
                <w:szCs w:val="26"/>
              </w:rPr>
              <w:t>Số: …/DS-…</w:t>
            </w:r>
          </w:p>
        </w:tc>
        <w:tc>
          <w:tcPr>
            <w:tcW w:w="6042" w:type="dxa"/>
            <w:shd w:val="clear" w:color="auto" w:fill="FFFFFF"/>
          </w:tcPr>
          <w:p w:rsidR="0055564C" w:rsidRPr="00F618B4" w:rsidRDefault="0055564C" w:rsidP="00F618B4">
            <w:pPr>
              <w:pStyle w:val="Other0"/>
              <w:shd w:val="clear" w:color="auto" w:fill="auto"/>
              <w:spacing w:after="0" w:line="360" w:lineRule="auto"/>
              <w:ind w:firstLine="0"/>
              <w:jc w:val="center"/>
              <w:rPr>
                <w:rStyle w:val="Other"/>
                <w:rFonts w:ascii="Times New Roman" w:hAnsi="Times New Roman" w:cs="Times New Roman"/>
                <w:b/>
                <w:bCs/>
                <w:color w:val="000000"/>
                <w:lang w:eastAsia="vi-VN"/>
              </w:rPr>
            </w:pPr>
            <w:r w:rsidRPr="00F618B4">
              <w:rPr>
                <w:rStyle w:val="Other"/>
                <w:rFonts w:ascii="Times New Roman" w:hAnsi="Times New Roman" w:cs="Times New Roman"/>
                <w:b/>
                <w:bCs/>
                <w:color w:val="000000"/>
                <w:lang w:eastAsia="vi-VN"/>
              </w:rPr>
              <w:t xml:space="preserve">CỘNG HÒA XÃ HỘI CHỦ NGHĨA VIỆT NAM </w:t>
            </w:r>
          </w:p>
          <w:p w:rsidR="0055564C" w:rsidRPr="00F618B4" w:rsidRDefault="0055564C" w:rsidP="00F618B4">
            <w:pPr>
              <w:pStyle w:val="Other0"/>
              <w:shd w:val="clear" w:color="auto" w:fill="auto"/>
              <w:spacing w:after="0" w:line="360" w:lineRule="auto"/>
              <w:ind w:firstLine="0"/>
              <w:jc w:val="center"/>
              <w:rPr>
                <w:rStyle w:val="Other"/>
                <w:rFonts w:ascii="Times New Roman" w:hAnsi="Times New Roman" w:cs="Times New Roman"/>
                <w:b/>
                <w:bCs/>
                <w:color w:val="000000"/>
                <w:lang w:eastAsia="vi-VN"/>
              </w:rPr>
            </w:pPr>
            <w:r w:rsidRPr="00F618B4">
              <w:rPr>
                <w:rStyle w:val="Other"/>
                <w:rFonts w:ascii="Times New Roman" w:hAnsi="Times New Roman" w:cs="Times New Roman"/>
                <w:b/>
                <w:bCs/>
                <w:color w:val="000000"/>
                <w:lang w:eastAsia="vi-VN"/>
              </w:rPr>
              <w:t>Độc lập - Tự do - Hạnh phúc</w:t>
            </w:r>
          </w:p>
          <w:p w:rsidR="0055564C" w:rsidRPr="00F618B4" w:rsidRDefault="0055564C" w:rsidP="00F618B4">
            <w:pPr>
              <w:pStyle w:val="Other0"/>
              <w:shd w:val="clear" w:color="auto" w:fill="auto"/>
              <w:spacing w:after="0" w:line="360" w:lineRule="auto"/>
              <w:ind w:firstLine="0"/>
              <w:jc w:val="right"/>
              <w:rPr>
                <w:rStyle w:val="Other"/>
                <w:rFonts w:ascii="Times New Roman" w:hAnsi="Times New Roman" w:cs="Times New Roman"/>
                <w:i/>
                <w:iCs/>
                <w:color w:val="000000"/>
                <w:lang w:eastAsia="vi-VN"/>
              </w:rPr>
            </w:pPr>
            <w:r w:rsidRPr="00F618B4">
              <w:rPr>
                <w:rFonts w:ascii="Times New Roman" w:hAnsi="Times New Roman" w:cs="Times New Roman"/>
                <w:i/>
                <w:iCs/>
                <w:noProof/>
                <w:color w:val="000000"/>
                <w:shd w:val="clear" w:color="auto" w:fill="auto"/>
              </w:rPr>
              <mc:AlternateContent>
                <mc:Choice Requires="wps">
                  <w:drawing>
                    <wp:anchor distT="0" distB="0" distL="114300" distR="114300" simplePos="0" relativeHeight="251657216" behindDoc="0" locked="0" layoutInCell="1" allowOverlap="1" wp14:anchorId="51BF3A85" wp14:editId="3034E206">
                      <wp:simplePos x="0" y="0"/>
                      <wp:positionH relativeFrom="column">
                        <wp:posOffset>897255</wp:posOffset>
                      </wp:positionH>
                      <wp:positionV relativeFrom="paragraph">
                        <wp:posOffset>6985</wp:posOffset>
                      </wp:positionV>
                      <wp:extent cx="2028825" cy="0"/>
                      <wp:effectExtent l="9525" t="6985" r="9525" b="12065"/>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288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B08A0C8" id="Straight Connector 3"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0.65pt,.55pt" to="230.4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"/>
                  </w:pict>
                </mc:Fallback>
              </mc:AlternateContent>
            </w:r>
          </w:p>
          <w:p w:rsidR="0055564C" w:rsidRPr="00F618B4" w:rsidRDefault="0055564C" w:rsidP="00F618B4">
            <w:pPr>
              <w:pStyle w:val="Other0"/>
              <w:shd w:val="clear" w:color="auto" w:fill="auto"/>
              <w:spacing w:after="0" w:line="360" w:lineRule="auto"/>
              <w:ind w:firstLine="0"/>
              <w:jc w:val="center"/>
              <w:rPr>
                <w:rFonts w:ascii="Times New Roman" w:hAnsi="Times New Roman" w:cs="Times New Roman"/>
                <w:color w:val="000000"/>
              </w:rPr>
            </w:pPr>
            <w:r w:rsidRPr="00F618B4">
              <w:rPr>
                <w:rStyle w:val="Other"/>
                <w:rFonts w:ascii="Times New Roman" w:hAnsi="Times New Roman" w:cs="Times New Roman"/>
                <w:i/>
                <w:iCs/>
                <w:color w:val="000000"/>
                <w:lang w:eastAsia="vi-VN"/>
              </w:rPr>
              <w:t>......,</w:t>
            </w:r>
            <w:r w:rsidRPr="00F618B4">
              <w:rPr>
                <w:rStyle w:val="Other"/>
                <w:rFonts w:ascii="Times New Roman" w:hAnsi="Times New Roman" w:cs="Times New Roman"/>
                <w:i/>
                <w:iCs/>
                <w:color w:val="000000"/>
                <w:vertAlign w:val="superscript"/>
                <w:lang w:eastAsia="vi-VN"/>
              </w:rPr>
              <w:t xml:space="preserve"> </w:t>
            </w:r>
            <w:r w:rsidRPr="00F618B4">
              <w:rPr>
                <w:rStyle w:val="Other"/>
                <w:rFonts w:ascii="Times New Roman" w:hAnsi="Times New Roman" w:cs="Times New Roman"/>
                <w:i/>
                <w:iCs/>
                <w:color w:val="000000"/>
                <w:lang w:eastAsia="vi-VN"/>
              </w:rPr>
              <w:t>ngày... tháng... năm...</w:t>
            </w:r>
          </w:p>
        </w:tc>
      </w:tr>
    </w:tbl>
    <w:p w:rsidR="000A3FD1" w:rsidRPr="00F618B4" w:rsidRDefault="0055564C" w:rsidP="00F618B4">
      <w:pPr>
        <w:spacing w:line="360" w:lineRule="auto"/>
        <w:jc w:val="right"/>
        <w:rPr>
          <w:rFonts w:ascii="Times New Roman" w:hAnsi="Times New Roman" w:cs="Times New Roman"/>
          <w:i/>
          <w:sz w:val="26"/>
          <w:szCs w:val="26"/>
        </w:rPr>
      </w:pPr>
      <w:r w:rsidRPr="00F618B4">
        <w:rPr>
          <w:rFonts w:ascii="Times New Roman" w:hAnsi="Times New Roman" w:cs="Times New Roman"/>
          <w:i/>
          <w:sz w:val="26"/>
          <w:szCs w:val="26"/>
        </w:rPr>
        <w:t>…, ngày … tháng … năm 2026</w:t>
      </w:r>
    </w:p>
    <w:p w:rsidR="00F618B4" w:rsidRPr="00F618B4" w:rsidRDefault="00F618B4" w:rsidP="00F618B4">
      <w:pPr>
        <w:spacing w:line="360" w:lineRule="auto"/>
        <w:jc w:val="center"/>
        <w:rPr>
          <w:rFonts w:ascii="Times New Roman" w:hAnsi="Times New Roman" w:cs="Times New Roman"/>
          <w:b/>
          <w:sz w:val="26"/>
          <w:szCs w:val="26"/>
        </w:rPr>
      </w:pPr>
      <w:r w:rsidRPr="00F618B4">
        <w:rPr>
          <w:rFonts w:ascii="Times New Roman" w:hAnsi="Times New Roman" w:cs="Times New Roman"/>
          <w:b/>
          <w:sz w:val="26"/>
          <w:szCs w:val="26"/>
        </w:rPr>
        <w:t>DANH SÁCH</w:t>
      </w:r>
      <w:r w:rsidRPr="00F618B4">
        <w:rPr>
          <w:rFonts w:ascii="Times New Roman" w:hAnsi="Times New Roman" w:cs="Times New Roman"/>
          <w:b/>
          <w:sz w:val="26"/>
          <w:szCs w:val="26"/>
        </w:rPr>
        <w:br/>
        <w:t>Ban kiểm phiếu tại Kỳ họp thứ nhấ</w:t>
      </w:r>
      <w:r w:rsidRPr="00F618B4">
        <w:rPr>
          <w:rFonts w:ascii="Times New Roman" w:hAnsi="Times New Roman" w:cs="Times New Roman"/>
          <w:b/>
          <w:sz w:val="26"/>
          <w:szCs w:val="26"/>
        </w:rPr>
        <w:t xml:space="preserve">t </w:t>
      </w:r>
      <w:r w:rsidRPr="00F618B4">
        <w:rPr>
          <w:rFonts w:ascii="Times New Roman" w:hAnsi="Times New Roman" w:cs="Times New Roman"/>
          <w:b/>
          <w:sz w:val="26"/>
          <w:szCs w:val="26"/>
        </w:rPr>
        <w:t xml:space="preserve">Hội đồng nhân dân ………… </w:t>
      </w:r>
    </w:p>
    <w:p w:rsidR="00F618B4" w:rsidRPr="00F618B4" w:rsidRDefault="00F618B4" w:rsidP="00F618B4">
      <w:pPr>
        <w:spacing w:line="360" w:lineRule="auto"/>
        <w:jc w:val="center"/>
        <w:rPr>
          <w:rFonts w:ascii="Times New Roman" w:hAnsi="Times New Roman" w:cs="Times New Roman"/>
          <w:b/>
          <w:sz w:val="26"/>
          <w:szCs w:val="26"/>
        </w:rPr>
      </w:pPr>
      <w:r w:rsidRPr="00F618B4">
        <w:rPr>
          <w:rFonts w:ascii="Times New Roman" w:hAnsi="Times New Roman" w:cs="Times New Roman"/>
          <w:b/>
          <w:sz w:val="26"/>
          <w:szCs w:val="26"/>
        </w:rPr>
        <w:t>nhiệm kỳ 2026 – 2031</w:t>
      </w:r>
    </w:p>
    <w:p w:rsidR="0055564C" w:rsidRPr="00F618B4" w:rsidRDefault="0055564C" w:rsidP="00F618B4">
      <w:pPr>
        <w:spacing w:line="360" w:lineRule="auto"/>
        <w:rPr>
          <w:rFonts w:ascii="Times New Roman" w:hAnsi="Times New Roman" w:cs="Times New Roman"/>
          <w:i/>
          <w:color w:val="000000"/>
          <w:sz w:val="26"/>
          <w:szCs w:val="26"/>
          <w:shd w:val="clear" w:color="auto" w:fill="FFFFFF"/>
        </w:rPr>
      </w:pPr>
      <w:r w:rsidRPr="00F618B4">
        <w:rPr>
          <w:rFonts w:ascii="Times New Roman" w:hAnsi="Times New Roman" w:cs="Times New Roman"/>
          <w:i/>
          <w:sz w:val="26"/>
          <w:szCs w:val="26"/>
        </w:rPr>
        <w:t xml:space="preserve">Căn cứ Luật Tổ chức chính quyền địa phương năm 2025 ngày </w:t>
      </w:r>
      <w:r w:rsidRPr="00F618B4">
        <w:rPr>
          <w:rFonts w:ascii="Times New Roman" w:hAnsi="Times New Roman" w:cs="Times New Roman"/>
          <w:i/>
          <w:color w:val="000000"/>
          <w:sz w:val="26"/>
          <w:szCs w:val="26"/>
          <w:shd w:val="clear" w:color="auto" w:fill="FFFFFF"/>
        </w:rPr>
        <w:t>16/06/2025</w:t>
      </w:r>
    </w:p>
    <w:p w:rsidR="0055564C" w:rsidRPr="00F618B4" w:rsidRDefault="0055564C" w:rsidP="00F618B4">
      <w:pPr>
        <w:spacing w:line="360" w:lineRule="auto"/>
        <w:rPr>
          <w:rFonts w:ascii="Times New Roman" w:hAnsi="Times New Roman" w:cs="Times New Roman"/>
          <w:sz w:val="26"/>
          <w:szCs w:val="26"/>
        </w:rPr>
      </w:pPr>
      <w:r w:rsidRPr="00F618B4">
        <w:rPr>
          <w:rFonts w:ascii="Times New Roman" w:hAnsi="Times New Roman" w:cs="Times New Roman"/>
          <w:sz w:val="26"/>
          <w:szCs w:val="26"/>
        </w:rPr>
        <w:t>....</w:t>
      </w:r>
    </w:p>
    <w:p w:rsidR="000A3FD1" w:rsidRPr="00F618B4" w:rsidRDefault="00F618B4" w:rsidP="00F618B4">
      <w:pPr>
        <w:spacing w:line="360" w:lineRule="auto"/>
        <w:rPr>
          <w:rFonts w:ascii="Times New Roman" w:hAnsi="Times New Roman" w:cs="Times New Roman"/>
          <w:sz w:val="26"/>
          <w:szCs w:val="26"/>
        </w:rPr>
      </w:pPr>
      <w:r w:rsidRPr="00F618B4">
        <w:rPr>
          <w:rFonts w:ascii="Times New Roman" w:hAnsi="Times New Roman" w:cs="Times New Roman"/>
          <w:sz w:val="26"/>
          <w:szCs w:val="26"/>
        </w:rPr>
        <w:t>......</w:t>
      </w:r>
      <w:r w:rsidRPr="00F618B4">
        <w:rPr>
          <w:rFonts w:ascii="Times New Roman" w:hAnsi="Times New Roman" w:cs="Times New Roman"/>
          <w:sz w:val="26"/>
          <w:szCs w:val="26"/>
        </w:rPr>
        <w:t>lập danh sách Ban kiểm phiếu</w:t>
      </w:r>
      <w:r w:rsidRPr="00F618B4">
        <w:rPr>
          <w:rFonts w:ascii="Times New Roman" w:hAnsi="Times New Roman" w:cs="Times New Roman"/>
          <w:sz w:val="26"/>
          <w:szCs w:val="26"/>
        </w:rPr>
        <w:t xml:space="preserve"> </w:t>
      </w:r>
      <w:r w:rsidRPr="00F618B4">
        <w:rPr>
          <w:rFonts w:ascii="Times New Roman" w:hAnsi="Times New Roman" w:cs="Times New Roman"/>
          <w:sz w:val="26"/>
          <w:szCs w:val="26"/>
        </w:rPr>
        <w:t>tại Kỳ họp thứ nhấ</w:t>
      </w:r>
      <w:r w:rsidRPr="00F618B4">
        <w:rPr>
          <w:rFonts w:ascii="Times New Roman" w:hAnsi="Times New Roman" w:cs="Times New Roman"/>
          <w:sz w:val="26"/>
          <w:szCs w:val="26"/>
        </w:rPr>
        <w:t xml:space="preserve">t </w:t>
      </w:r>
      <w:r w:rsidRPr="00F618B4">
        <w:rPr>
          <w:rFonts w:ascii="Times New Roman" w:hAnsi="Times New Roman" w:cs="Times New Roman"/>
          <w:sz w:val="26"/>
          <w:szCs w:val="26"/>
        </w:rPr>
        <w:t>Hội đồ</w:t>
      </w:r>
      <w:r>
        <w:rPr>
          <w:rFonts w:ascii="Times New Roman" w:hAnsi="Times New Roman" w:cs="Times New Roman"/>
          <w:sz w:val="26"/>
          <w:szCs w:val="26"/>
        </w:rPr>
        <w:t>ng nhân dân</w:t>
      </w:r>
      <w:r w:rsidRPr="00F618B4">
        <w:rPr>
          <w:rFonts w:ascii="Times New Roman" w:hAnsi="Times New Roman" w:cs="Times New Roman"/>
          <w:sz w:val="26"/>
          <w:szCs w:val="26"/>
        </w:rPr>
        <w:t>……… nhiệm kỳ 2026 – 2031, gồm các ông (bà) có tên sau:</w:t>
      </w:r>
    </w:p>
    <w:tbl>
      <w:tblPr>
        <w:tblStyle w:val="TableGrid"/>
        <w:tblW w:w="0" w:type="auto"/>
        <w:tblLook w:val="04A0" w:firstRow="1" w:lastRow="0" w:firstColumn="1" w:lastColumn="0" w:noHBand="0" w:noVBand="1"/>
      </w:tblPr>
      <w:tblGrid>
        <w:gridCol w:w="715"/>
        <w:gridCol w:w="2700"/>
        <w:gridCol w:w="3150"/>
        <w:gridCol w:w="2065"/>
      </w:tblGrid>
      <w:tr w:rsidR="00F618B4" w:rsidRPr="00F618B4" w:rsidTr="00F618B4">
        <w:tc>
          <w:tcPr>
            <w:tcW w:w="715" w:type="dxa"/>
          </w:tcPr>
          <w:p w:rsidR="00F618B4" w:rsidRPr="00F618B4" w:rsidRDefault="00F618B4" w:rsidP="00F618B4">
            <w:pPr>
              <w:spacing w:line="360" w:lineRule="auto"/>
              <w:jc w:val="center"/>
              <w:rPr>
                <w:rFonts w:ascii="Times New Roman" w:hAnsi="Times New Roman" w:cs="Times New Roman"/>
                <w:b/>
                <w:sz w:val="26"/>
                <w:szCs w:val="26"/>
              </w:rPr>
            </w:pPr>
            <w:r w:rsidRPr="00F618B4">
              <w:rPr>
                <w:rFonts w:ascii="Times New Roman" w:hAnsi="Times New Roman" w:cs="Times New Roman"/>
                <w:b/>
                <w:sz w:val="26"/>
                <w:szCs w:val="26"/>
              </w:rPr>
              <w:t>STT</w:t>
            </w:r>
          </w:p>
        </w:tc>
        <w:tc>
          <w:tcPr>
            <w:tcW w:w="2700" w:type="dxa"/>
          </w:tcPr>
          <w:p w:rsidR="00F618B4" w:rsidRPr="00F618B4" w:rsidRDefault="00F618B4" w:rsidP="00F618B4">
            <w:pPr>
              <w:spacing w:line="360" w:lineRule="auto"/>
              <w:jc w:val="center"/>
              <w:rPr>
                <w:rFonts w:ascii="Times New Roman" w:hAnsi="Times New Roman" w:cs="Times New Roman"/>
                <w:b/>
                <w:sz w:val="26"/>
                <w:szCs w:val="26"/>
              </w:rPr>
            </w:pPr>
            <w:r w:rsidRPr="00F618B4">
              <w:rPr>
                <w:rFonts w:ascii="Times New Roman" w:hAnsi="Times New Roman" w:cs="Times New Roman"/>
                <w:b/>
                <w:sz w:val="26"/>
                <w:szCs w:val="26"/>
              </w:rPr>
              <w:t>Họ và tên</w:t>
            </w:r>
            <w:bookmarkStart w:id="0" w:name="_GoBack"/>
            <w:bookmarkEnd w:id="0"/>
          </w:p>
        </w:tc>
        <w:tc>
          <w:tcPr>
            <w:tcW w:w="3150" w:type="dxa"/>
          </w:tcPr>
          <w:p w:rsidR="00F618B4" w:rsidRPr="00F618B4" w:rsidRDefault="00F618B4" w:rsidP="00F618B4">
            <w:pPr>
              <w:spacing w:line="360" w:lineRule="auto"/>
              <w:jc w:val="center"/>
              <w:rPr>
                <w:rFonts w:ascii="Times New Roman" w:hAnsi="Times New Roman" w:cs="Times New Roman"/>
                <w:b/>
                <w:sz w:val="26"/>
                <w:szCs w:val="26"/>
              </w:rPr>
            </w:pPr>
            <w:r w:rsidRPr="00F618B4">
              <w:rPr>
                <w:rFonts w:ascii="Times New Roman" w:hAnsi="Times New Roman" w:cs="Times New Roman"/>
                <w:b/>
                <w:sz w:val="26"/>
                <w:szCs w:val="26"/>
              </w:rPr>
              <w:t>Chức vụ, đơn vị công tác</w:t>
            </w:r>
          </w:p>
        </w:tc>
        <w:tc>
          <w:tcPr>
            <w:tcW w:w="2065" w:type="dxa"/>
          </w:tcPr>
          <w:p w:rsidR="00F618B4" w:rsidRPr="00F618B4" w:rsidRDefault="00F618B4" w:rsidP="00F618B4">
            <w:pPr>
              <w:spacing w:line="360" w:lineRule="auto"/>
              <w:jc w:val="center"/>
              <w:rPr>
                <w:rFonts w:ascii="Times New Roman" w:hAnsi="Times New Roman" w:cs="Times New Roman"/>
                <w:b/>
                <w:sz w:val="26"/>
                <w:szCs w:val="26"/>
              </w:rPr>
            </w:pPr>
            <w:r w:rsidRPr="00F618B4">
              <w:rPr>
                <w:rFonts w:ascii="Times New Roman" w:hAnsi="Times New Roman" w:cs="Times New Roman"/>
                <w:b/>
                <w:sz w:val="26"/>
                <w:szCs w:val="26"/>
              </w:rPr>
              <w:t>Nhiệm vụ trong Ban kiểm phiếu</w:t>
            </w:r>
          </w:p>
        </w:tc>
      </w:tr>
      <w:tr w:rsidR="00F618B4" w:rsidRPr="00F618B4" w:rsidTr="00F618B4">
        <w:tc>
          <w:tcPr>
            <w:tcW w:w="715" w:type="dxa"/>
          </w:tcPr>
          <w:p w:rsidR="00F618B4" w:rsidRPr="00F618B4" w:rsidRDefault="00F618B4" w:rsidP="00F618B4">
            <w:pPr>
              <w:spacing w:line="360" w:lineRule="auto"/>
              <w:rPr>
                <w:rFonts w:ascii="Times New Roman" w:hAnsi="Times New Roman" w:cs="Times New Roman"/>
                <w:sz w:val="26"/>
                <w:szCs w:val="26"/>
              </w:rPr>
            </w:pPr>
          </w:p>
        </w:tc>
        <w:tc>
          <w:tcPr>
            <w:tcW w:w="2700" w:type="dxa"/>
          </w:tcPr>
          <w:p w:rsidR="00F618B4" w:rsidRPr="00F618B4" w:rsidRDefault="00F618B4" w:rsidP="00F618B4">
            <w:pPr>
              <w:spacing w:line="360" w:lineRule="auto"/>
              <w:rPr>
                <w:rFonts w:ascii="Times New Roman" w:hAnsi="Times New Roman" w:cs="Times New Roman"/>
                <w:sz w:val="26"/>
                <w:szCs w:val="26"/>
              </w:rPr>
            </w:pPr>
          </w:p>
        </w:tc>
        <w:tc>
          <w:tcPr>
            <w:tcW w:w="3150" w:type="dxa"/>
          </w:tcPr>
          <w:p w:rsidR="00F618B4" w:rsidRPr="00F618B4" w:rsidRDefault="00F618B4" w:rsidP="00F618B4">
            <w:pPr>
              <w:spacing w:line="360" w:lineRule="auto"/>
              <w:rPr>
                <w:rFonts w:ascii="Times New Roman" w:hAnsi="Times New Roman" w:cs="Times New Roman"/>
                <w:sz w:val="26"/>
                <w:szCs w:val="26"/>
              </w:rPr>
            </w:pPr>
          </w:p>
        </w:tc>
        <w:tc>
          <w:tcPr>
            <w:tcW w:w="2065" w:type="dxa"/>
          </w:tcPr>
          <w:p w:rsidR="00F618B4" w:rsidRPr="00F618B4" w:rsidRDefault="00F618B4" w:rsidP="00F618B4">
            <w:pPr>
              <w:spacing w:line="360" w:lineRule="auto"/>
              <w:rPr>
                <w:rFonts w:ascii="Times New Roman" w:hAnsi="Times New Roman" w:cs="Times New Roman"/>
                <w:sz w:val="26"/>
                <w:szCs w:val="26"/>
              </w:rPr>
            </w:pPr>
            <w:r w:rsidRPr="00F618B4">
              <w:rPr>
                <w:rFonts w:ascii="Times New Roman" w:hAnsi="Times New Roman" w:cs="Times New Roman"/>
                <w:sz w:val="26"/>
                <w:szCs w:val="26"/>
              </w:rPr>
              <w:t>Trưởng ban</w:t>
            </w:r>
          </w:p>
        </w:tc>
      </w:tr>
      <w:tr w:rsidR="00F618B4" w:rsidRPr="00F618B4" w:rsidTr="00F618B4">
        <w:tc>
          <w:tcPr>
            <w:tcW w:w="715" w:type="dxa"/>
          </w:tcPr>
          <w:p w:rsidR="00F618B4" w:rsidRPr="00F618B4" w:rsidRDefault="00F618B4" w:rsidP="00F618B4">
            <w:pPr>
              <w:spacing w:line="360" w:lineRule="auto"/>
              <w:rPr>
                <w:rFonts w:ascii="Times New Roman" w:hAnsi="Times New Roman" w:cs="Times New Roman"/>
                <w:sz w:val="26"/>
                <w:szCs w:val="26"/>
              </w:rPr>
            </w:pPr>
          </w:p>
        </w:tc>
        <w:tc>
          <w:tcPr>
            <w:tcW w:w="2700" w:type="dxa"/>
          </w:tcPr>
          <w:p w:rsidR="00F618B4" w:rsidRPr="00F618B4" w:rsidRDefault="00F618B4" w:rsidP="00F618B4">
            <w:pPr>
              <w:spacing w:line="360" w:lineRule="auto"/>
              <w:rPr>
                <w:rFonts w:ascii="Times New Roman" w:hAnsi="Times New Roman" w:cs="Times New Roman"/>
                <w:sz w:val="26"/>
                <w:szCs w:val="26"/>
              </w:rPr>
            </w:pPr>
          </w:p>
        </w:tc>
        <w:tc>
          <w:tcPr>
            <w:tcW w:w="3150" w:type="dxa"/>
          </w:tcPr>
          <w:p w:rsidR="00F618B4" w:rsidRPr="00F618B4" w:rsidRDefault="00F618B4" w:rsidP="00F618B4">
            <w:pPr>
              <w:spacing w:line="360" w:lineRule="auto"/>
              <w:rPr>
                <w:rFonts w:ascii="Times New Roman" w:hAnsi="Times New Roman" w:cs="Times New Roman"/>
                <w:sz w:val="26"/>
                <w:szCs w:val="26"/>
              </w:rPr>
            </w:pPr>
          </w:p>
        </w:tc>
        <w:tc>
          <w:tcPr>
            <w:tcW w:w="2065" w:type="dxa"/>
          </w:tcPr>
          <w:p w:rsidR="00F618B4" w:rsidRPr="00F618B4" w:rsidRDefault="00F618B4" w:rsidP="00F618B4">
            <w:pPr>
              <w:spacing w:line="360" w:lineRule="auto"/>
              <w:rPr>
                <w:rFonts w:ascii="Times New Roman" w:hAnsi="Times New Roman" w:cs="Times New Roman"/>
                <w:sz w:val="26"/>
                <w:szCs w:val="26"/>
              </w:rPr>
            </w:pPr>
            <w:r w:rsidRPr="00F618B4">
              <w:rPr>
                <w:rFonts w:ascii="Times New Roman" w:hAnsi="Times New Roman" w:cs="Times New Roman"/>
                <w:sz w:val="26"/>
                <w:szCs w:val="26"/>
              </w:rPr>
              <w:t>Phó Trưởng ban</w:t>
            </w:r>
          </w:p>
        </w:tc>
      </w:tr>
      <w:tr w:rsidR="00F618B4" w:rsidRPr="00F618B4" w:rsidTr="00F618B4">
        <w:tc>
          <w:tcPr>
            <w:tcW w:w="715" w:type="dxa"/>
          </w:tcPr>
          <w:p w:rsidR="00F618B4" w:rsidRPr="00F618B4" w:rsidRDefault="00F618B4" w:rsidP="00F618B4">
            <w:pPr>
              <w:spacing w:line="360" w:lineRule="auto"/>
              <w:rPr>
                <w:rFonts w:ascii="Times New Roman" w:hAnsi="Times New Roman" w:cs="Times New Roman"/>
                <w:sz w:val="26"/>
                <w:szCs w:val="26"/>
              </w:rPr>
            </w:pPr>
          </w:p>
        </w:tc>
        <w:tc>
          <w:tcPr>
            <w:tcW w:w="2700" w:type="dxa"/>
          </w:tcPr>
          <w:p w:rsidR="00F618B4" w:rsidRPr="00F618B4" w:rsidRDefault="00F618B4" w:rsidP="00F618B4">
            <w:pPr>
              <w:spacing w:line="360" w:lineRule="auto"/>
              <w:rPr>
                <w:rFonts w:ascii="Times New Roman" w:hAnsi="Times New Roman" w:cs="Times New Roman"/>
                <w:sz w:val="26"/>
                <w:szCs w:val="26"/>
              </w:rPr>
            </w:pPr>
          </w:p>
        </w:tc>
        <w:tc>
          <w:tcPr>
            <w:tcW w:w="3150" w:type="dxa"/>
          </w:tcPr>
          <w:p w:rsidR="00F618B4" w:rsidRPr="00F618B4" w:rsidRDefault="00F618B4" w:rsidP="00F618B4">
            <w:pPr>
              <w:spacing w:line="360" w:lineRule="auto"/>
              <w:rPr>
                <w:rFonts w:ascii="Times New Roman" w:hAnsi="Times New Roman" w:cs="Times New Roman"/>
                <w:sz w:val="26"/>
                <w:szCs w:val="26"/>
              </w:rPr>
            </w:pPr>
          </w:p>
        </w:tc>
        <w:tc>
          <w:tcPr>
            <w:tcW w:w="2065" w:type="dxa"/>
          </w:tcPr>
          <w:p w:rsidR="00F618B4" w:rsidRPr="00F618B4" w:rsidRDefault="00F618B4" w:rsidP="00F618B4">
            <w:pPr>
              <w:spacing w:line="360" w:lineRule="auto"/>
              <w:rPr>
                <w:rFonts w:ascii="Times New Roman" w:hAnsi="Times New Roman" w:cs="Times New Roman"/>
                <w:sz w:val="26"/>
                <w:szCs w:val="26"/>
              </w:rPr>
            </w:pPr>
            <w:r w:rsidRPr="00F618B4">
              <w:rPr>
                <w:rFonts w:ascii="Times New Roman" w:hAnsi="Times New Roman" w:cs="Times New Roman"/>
                <w:sz w:val="26"/>
                <w:szCs w:val="26"/>
              </w:rPr>
              <w:t>Ủy viên</w:t>
            </w:r>
          </w:p>
        </w:tc>
      </w:tr>
      <w:tr w:rsidR="00F618B4" w:rsidRPr="00F618B4" w:rsidTr="00F618B4">
        <w:tc>
          <w:tcPr>
            <w:tcW w:w="715" w:type="dxa"/>
          </w:tcPr>
          <w:p w:rsidR="00F618B4" w:rsidRPr="00F618B4" w:rsidRDefault="00F618B4" w:rsidP="00F618B4">
            <w:pPr>
              <w:spacing w:line="360" w:lineRule="auto"/>
              <w:rPr>
                <w:rFonts w:ascii="Times New Roman" w:hAnsi="Times New Roman" w:cs="Times New Roman"/>
                <w:sz w:val="26"/>
                <w:szCs w:val="26"/>
              </w:rPr>
            </w:pPr>
          </w:p>
        </w:tc>
        <w:tc>
          <w:tcPr>
            <w:tcW w:w="2700" w:type="dxa"/>
          </w:tcPr>
          <w:p w:rsidR="00F618B4" w:rsidRPr="00F618B4" w:rsidRDefault="00F618B4" w:rsidP="00F618B4">
            <w:pPr>
              <w:spacing w:line="360" w:lineRule="auto"/>
              <w:rPr>
                <w:rFonts w:ascii="Times New Roman" w:hAnsi="Times New Roman" w:cs="Times New Roman"/>
                <w:sz w:val="26"/>
                <w:szCs w:val="26"/>
              </w:rPr>
            </w:pPr>
          </w:p>
        </w:tc>
        <w:tc>
          <w:tcPr>
            <w:tcW w:w="3150" w:type="dxa"/>
          </w:tcPr>
          <w:p w:rsidR="00F618B4" w:rsidRPr="00F618B4" w:rsidRDefault="00F618B4" w:rsidP="00F618B4">
            <w:pPr>
              <w:spacing w:line="360" w:lineRule="auto"/>
              <w:rPr>
                <w:rFonts w:ascii="Times New Roman" w:hAnsi="Times New Roman" w:cs="Times New Roman"/>
                <w:sz w:val="26"/>
                <w:szCs w:val="26"/>
              </w:rPr>
            </w:pPr>
          </w:p>
        </w:tc>
        <w:tc>
          <w:tcPr>
            <w:tcW w:w="2065" w:type="dxa"/>
          </w:tcPr>
          <w:p w:rsidR="00F618B4" w:rsidRPr="00F618B4" w:rsidRDefault="00F618B4" w:rsidP="00F618B4">
            <w:pPr>
              <w:spacing w:line="360" w:lineRule="auto"/>
              <w:rPr>
                <w:rFonts w:ascii="Times New Roman" w:hAnsi="Times New Roman" w:cs="Times New Roman"/>
                <w:sz w:val="26"/>
                <w:szCs w:val="26"/>
              </w:rPr>
            </w:pPr>
            <w:r w:rsidRPr="00F618B4">
              <w:rPr>
                <w:rFonts w:ascii="Times New Roman" w:hAnsi="Times New Roman" w:cs="Times New Roman"/>
                <w:sz w:val="26"/>
                <w:szCs w:val="26"/>
              </w:rPr>
              <w:t>Ủy viên</w:t>
            </w:r>
          </w:p>
        </w:tc>
      </w:tr>
      <w:tr w:rsidR="00F618B4" w:rsidRPr="00F618B4" w:rsidTr="00F618B4">
        <w:tc>
          <w:tcPr>
            <w:tcW w:w="715" w:type="dxa"/>
          </w:tcPr>
          <w:p w:rsidR="00F618B4" w:rsidRPr="00F618B4" w:rsidRDefault="00F618B4" w:rsidP="00F618B4">
            <w:pPr>
              <w:spacing w:line="360" w:lineRule="auto"/>
              <w:rPr>
                <w:rFonts w:ascii="Times New Roman" w:hAnsi="Times New Roman" w:cs="Times New Roman"/>
                <w:sz w:val="26"/>
                <w:szCs w:val="26"/>
              </w:rPr>
            </w:pPr>
          </w:p>
        </w:tc>
        <w:tc>
          <w:tcPr>
            <w:tcW w:w="2700" w:type="dxa"/>
          </w:tcPr>
          <w:p w:rsidR="00F618B4" w:rsidRPr="00F618B4" w:rsidRDefault="00F618B4" w:rsidP="00F618B4">
            <w:pPr>
              <w:spacing w:line="360" w:lineRule="auto"/>
              <w:rPr>
                <w:rFonts w:ascii="Times New Roman" w:hAnsi="Times New Roman" w:cs="Times New Roman"/>
                <w:sz w:val="26"/>
                <w:szCs w:val="26"/>
              </w:rPr>
            </w:pPr>
          </w:p>
        </w:tc>
        <w:tc>
          <w:tcPr>
            <w:tcW w:w="3150" w:type="dxa"/>
          </w:tcPr>
          <w:p w:rsidR="00F618B4" w:rsidRPr="00F618B4" w:rsidRDefault="00F618B4" w:rsidP="00F618B4">
            <w:pPr>
              <w:spacing w:line="360" w:lineRule="auto"/>
              <w:rPr>
                <w:rFonts w:ascii="Times New Roman" w:hAnsi="Times New Roman" w:cs="Times New Roman"/>
                <w:sz w:val="26"/>
                <w:szCs w:val="26"/>
              </w:rPr>
            </w:pPr>
          </w:p>
        </w:tc>
        <w:tc>
          <w:tcPr>
            <w:tcW w:w="2065" w:type="dxa"/>
          </w:tcPr>
          <w:p w:rsidR="00F618B4" w:rsidRPr="00F618B4" w:rsidRDefault="00F618B4" w:rsidP="00F618B4">
            <w:pPr>
              <w:spacing w:line="360" w:lineRule="auto"/>
              <w:rPr>
                <w:rFonts w:ascii="Times New Roman" w:hAnsi="Times New Roman" w:cs="Times New Roman"/>
                <w:sz w:val="26"/>
                <w:szCs w:val="26"/>
              </w:rPr>
            </w:pPr>
            <w:r w:rsidRPr="00F618B4">
              <w:rPr>
                <w:rFonts w:ascii="Times New Roman" w:hAnsi="Times New Roman" w:cs="Times New Roman"/>
                <w:sz w:val="26"/>
                <w:szCs w:val="26"/>
              </w:rPr>
              <w:t>Ủy viên</w:t>
            </w:r>
          </w:p>
        </w:tc>
      </w:tr>
    </w:tbl>
    <w:p w:rsidR="00F618B4" w:rsidRPr="00F618B4" w:rsidRDefault="00F618B4" w:rsidP="00F618B4">
      <w:pPr>
        <w:spacing w:line="360" w:lineRule="auto"/>
        <w:rPr>
          <w:rFonts w:ascii="Times New Roman" w:hAnsi="Times New Roman" w:cs="Times New Roman"/>
          <w:sz w:val="26"/>
          <w:szCs w:val="26"/>
        </w:rPr>
      </w:pPr>
      <w:r w:rsidRPr="00F618B4">
        <w:rPr>
          <w:rFonts w:ascii="Times New Roman" w:hAnsi="Times New Roman" w:cs="Times New Roman"/>
          <w:sz w:val="26"/>
          <w:szCs w:val="26"/>
        </w:rPr>
        <w:t>(Tổng số: ……… ngườ</w:t>
      </w:r>
      <w:r>
        <w:rPr>
          <w:rFonts w:ascii="Times New Roman" w:hAnsi="Times New Roman" w:cs="Times New Roman"/>
          <w:sz w:val="26"/>
          <w:szCs w:val="26"/>
        </w:rPr>
        <w:t>i)</w:t>
      </w:r>
      <w:r w:rsidRPr="00F618B4">
        <w:rPr>
          <w:rFonts w:ascii="Times New Roman" w:hAnsi="Times New Roman" w:cs="Times New Roman"/>
          <w:sz w:val="26"/>
          <w:szCs w:val="26"/>
        </w:rPr>
        <w:br/>
        <w:t>Ban kiểm phiếu có trách nhiệm tổ chức việc kiểm phiếu bầu cử, công bố kết quả theo đúng quy định, bảo đảm khách quan, trung thực và đúng pháp luậ</w:t>
      </w:r>
      <w:r>
        <w:rPr>
          <w:rFonts w:ascii="Times New Roman" w:hAnsi="Times New Roman" w:cs="Times New Roman"/>
          <w:sz w:val="26"/>
          <w:szCs w:val="26"/>
        </w:rPr>
        <w:t>t.</w:t>
      </w:r>
      <w:r w:rsidRPr="00F618B4">
        <w:rPr>
          <w:rFonts w:ascii="Times New Roman" w:hAnsi="Times New Roman" w:cs="Times New Roman"/>
          <w:sz w:val="26"/>
          <w:szCs w:val="26"/>
        </w:rPr>
        <w:br/>
        <w:t>Danh sách này được trình Kỳ họp thứ nhất HĐND ………… nhiệm kỳ 2026 – 2031 xem xét, quyết định.</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06"/>
        <w:gridCol w:w="4334"/>
      </w:tblGrid>
      <w:tr w:rsidR="0055564C" w:rsidRPr="00F618B4" w:rsidTr="00F618B4">
        <w:tc>
          <w:tcPr>
            <w:tcW w:w="4306" w:type="dxa"/>
          </w:tcPr>
          <w:p w:rsidR="0055564C" w:rsidRPr="00F618B4" w:rsidRDefault="0055564C" w:rsidP="00F618B4">
            <w:pPr>
              <w:spacing w:line="360" w:lineRule="auto"/>
              <w:rPr>
                <w:rFonts w:ascii="Times New Roman" w:hAnsi="Times New Roman" w:cs="Times New Roman"/>
                <w:sz w:val="26"/>
                <w:szCs w:val="26"/>
              </w:rPr>
            </w:pPr>
            <w:r w:rsidRPr="00F618B4">
              <w:rPr>
                <w:rFonts w:ascii="Times New Roman" w:hAnsi="Times New Roman" w:cs="Times New Roman"/>
                <w:b/>
                <w:sz w:val="26"/>
                <w:szCs w:val="26"/>
              </w:rPr>
              <w:t>Nơi nhận:</w:t>
            </w:r>
          </w:p>
          <w:p w:rsidR="0055564C" w:rsidRPr="00F618B4" w:rsidRDefault="0055564C" w:rsidP="00F618B4">
            <w:pPr>
              <w:spacing w:line="360" w:lineRule="auto"/>
              <w:rPr>
                <w:rFonts w:ascii="Times New Roman" w:hAnsi="Times New Roman" w:cs="Times New Roman"/>
                <w:sz w:val="26"/>
                <w:szCs w:val="26"/>
              </w:rPr>
            </w:pPr>
            <w:r w:rsidRPr="00F618B4">
              <w:rPr>
                <w:rFonts w:ascii="Times New Roman" w:hAnsi="Times New Roman" w:cs="Times New Roman"/>
                <w:sz w:val="26"/>
                <w:szCs w:val="26"/>
              </w:rPr>
              <w:lastRenderedPageBreak/>
              <w:t>- Đại biểu ….;</w:t>
            </w:r>
          </w:p>
          <w:p w:rsidR="0055564C" w:rsidRPr="00F618B4" w:rsidRDefault="0055564C" w:rsidP="00F618B4">
            <w:pPr>
              <w:spacing w:line="360" w:lineRule="auto"/>
              <w:rPr>
                <w:rFonts w:ascii="Times New Roman" w:hAnsi="Times New Roman" w:cs="Times New Roman"/>
                <w:sz w:val="26"/>
                <w:szCs w:val="26"/>
              </w:rPr>
            </w:pPr>
            <w:r w:rsidRPr="00F618B4">
              <w:rPr>
                <w:rFonts w:ascii="Times New Roman" w:hAnsi="Times New Roman" w:cs="Times New Roman"/>
                <w:sz w:val="26"/>
                <w:szCs w:val="26"/>
              </w:rPr>
              <w:t>- Lưu: VT</w:t>
            </w:r>
          </w:p>
        </w:tc>
        <w:tc>
          <w:tcPr>
            <w:tcW w:w="4334" w:type="dxa"/>
          </w:tcPr>
          <w:p w:rsidR="0055564C" w:rsidRPr="00F618B4" w:rsidRDefault="0055564C" w:rsidP="00F618B4">
            <w:pPr>
              <w:widowControl w:val="0"/>
              <w:spacing w:line="360" w:lineRule="auto"/>
              <w:jc w:val="center"/>
              <w:rPr>
                <w:rFonts w:ascii="Times New Roman" w:hAnsi="Times New Roman" w:cs="Times New Roman"/>
                <w:b/>
                <w:color w:val="000000"/>
                <w:sz w:val="26"/>
                <w:szCs w:val="26"/>
              </w:rPr>
            </w:pPr>
            <w:r w:rsidRPr="00F618B4">
              <w:rPr>
                <w:rFonts w:ascii="Times New Roman" w:hAnsi="Times New Roman" w:cs="Times New Roman"/>
                <w:b/>
                <w:color w:val="000000"/>
                <w:sz w:val="26"/>
                <w:szCs w:val="26"/>
              </w:rPr>
              <w:lastRenderedPageBreak/>
              <w:t>QUYỀN</w:t>
            </w:r>
            <w:r w:rsidRPr="00F618B4">
              <w:rPr>
                <w:rStyle w:val="Heading20"/>
                <w:rFonts w:ascii="Times New Roman" w:hAnsi="Times New Roman" w:cs="Times New Roman"/>
                <w:b w:val="0"/>
                <w:bCs w:val="0"/>
                <w:color w:val="000000"/>
                <w:sz w:val="26"/>
                <w:szCs w:val="26"/>
                <w:lang w:eastAsia="vi-VN"/>
              </w:rPr>
              <w:t xml:space="preserve"> </w:t>
            </w:r>
            <w:r w:rsidRPr="00F618B4">
              <w:rPr>
                <w:rStyle w:val="Heading20"/>
                <w:rFonts w:ascii="Times New Roman" w:hAnsi="Times New Roman" w:cs="Times New Roman"/>
                <w:bCs w:val="0"/>
                <w:color w:val="000000"/>
                <w:sz w:val="26"/>
                <w:szCs w:val="26"/>
                <w:lang w:eastAsia="vi-VN"/>
              </w:rPr>
              <w:t xml:space="preserve">HẠN, CHỨC VỤ CỦA </w:t>
            </w:r>
            <w:r w:rsidRPr="00F618B4">
              <w:rPr>
                <w:rStyle w:val="Heading20"/>
                <w:rFonts w:ascii="Times New Roman" w:hAnsi="Times New Roman" w:cs="Times New Roman"/>
                <w:bCs w:val="0"/>
                <w:color w:val="000000"/>
                <w:sz w:val="26"/>
                <w:szCs w:val="26"/>
                <w:lang w:eastAsia="vi-VN"/>
              </w:rPr>
              <w:lastRenderedPageBreak/>
              <w:t>NGƯỜI KÝ</w:t>
            </w:r>
          </w:p>
          <w:p w:rsidR="0055564C" w:rsidRPr="00F618B4" w:rsidRDefault="0055564C" w:rsidP="00F618B4">
            <w:pPr>
              <w:pStyle w:val="BodyText"/>
              <w:widowControl w:val="0"/>
              <w:spacing w:line="360" w:lineRule="auto"/>
              <w:jc w:val="center"/>
              <w:rPr>
                <w:rFonts w:ascii="Times New Roman" w:hAnsi="Times New Roman" w:cs="Times New Roman"/>
                <w:b/>
                <w:color w:val="000000"/>
                <w:sz w:val="26"/>
                <w:szCs w:val="26"/>
              </w:rPr>
            </w:pPr>
            <w:r w:rsidRPr="00F618B4">
              <w:rPr>
                <w:rStyle w:val="CharChar2"/>
                <w:rFonts w:ascii="Times New Roman" w:hAnsi="Times New Roman" w:cs="Times New Roman"/>
                <w:b/>
                <w:i/>
                <w:iCs/>
                <w:color w:val="000000"/>
                <w:sz w:val="26"/>
                <w:szCs w:val="26"/>
                <w:lang w:eastAsia="vi-VN"/>
              </w:rPr>
              <w:t>(Chữ ký của người có thẩm quyền,</w:t>
            </w:r>
            <w:r w:rsidRPr="00F618B4">
              <w:rPr>
                <w:rStyle w:val="CharChar2"/>
                <w:rFonts w:ascii="Times New Roman" w:hAnsi="Times New Roman" w:cs="Times New Roman"/>
                <w:b/>
                <w:i/>
                <w:iCs/>
                <w:color w:val="000000"/>
                <w:sz w:val="26"/>
                <w:szCs w:val="26"/>
                <w:lang w:eastAsia="vi-VN"/>
              </w:rPr>
              <w:br/>
              <w:t>dấu/chữ ký số của cơ quan, tổ chức)</w:t>
            </w:r>
          </w:p>
          <w:p w:rsidR="0055564C" w:rsidRPr="00F618B4" w:rsidRDefault="0055564C" w:rsidP="00F618B4">
            <w:pPr>
              <w:spacing w:line="360" w:lineRule="auto"/>
              <w:jc w:val="center"/>
              <w:rPr>
                <w:rFonts w:ascii="Times New Roman" w:hAnsi="Times New Roman" w:cs="Times New Roman"/>
                <w:sz w:val="26"/>
                <w:szCs w:val="26"/>
              </w:rPr>
            </w:pPr>
            <w:r w:rsidRPr="00F618B4">
              <w:rPr>
                <w:rStyle w:val="Heading20"/>
                <w:rFonts w:ascii="Times New Roman" w:hAnsi="Times New Roman" w:cs="Times New Roman"/>
                <w:bCs w:val="0"/>
                <w:color w:val="000000"/>
                <w:sz w:val="26"/>
                <w:szCs w:val="26"/>
                <w:lang w:eastAsia="vi-VN"/>
              </w:rPr>
              <w:t>Họ và tên</w:t>
            </w:r>
          </w:p>
        </w:tc>
      </w:tr>
    </w:tbl>
    <w:p w:rsidR="000A3FD1" w:rsidRPr="00F618B4" w:rsidRDefault="000A3FD1" w:rsidP="00F618B4">
      <w:pPr>
        <w:spacing w:line="360" w:lineRule="auto"/>
        <w:rPr>
          <w:rFonts w:ascii="Times New Roman" w:hAnsi="Times New Roman" w:cs="Times New Roman"/>
          <w:sz w:val="26"/>
          <w:szCs w:val="26"/>
        </w:rPr>
      </w:pPr>
    </w:p>
    <w:sectPr w:rsidR="000A3FD1" w:rsidRPr="00F618B4"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0A3FD1"/>
    <w:rsid w:val="0015074B"/>
    <w:rsid w:val="00224A95"/>
    <w:rsid w:val="0029639D"/>
    <w:rsid w:val="00326F90"/>
    <w:rsid w:val="0055564C"/>
    <w:rsid w:val="00AA1D8D"/>
    <w:rsid w:val="00B47730"/>
    <w:rsid w:val="00CB0664"/>
    <w:rsid w:val="00D3733B"/>
    <w:rsid w:val="00F618B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15:docId w15:val="{78B24929-5A45-4F8A-8C70-6603EBB18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3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customStyle="1" w:styleId="Other">
    <w:name w:val="Other_"/>
    <w:link w:val="Other0"/>
    <w:rsid w:val="0055564C"/>
    <w:rPr>
      <w:sz w:val="26"/>
      <w:szCs w:val="26"/>
      <w:shd w:val="clear" w:color="auto" w:fill="FFFFFF"/>
    </w:rPr>
  </w:style>
  <w:style w:type="paragraph" w:customStyle="1" w:styleId="Other0">
    <w:name w:val="Other"/>
    <w:basedOn w:val="Normal"/>
    <w:link w:val="Other"/>
    <w:rsid w:val="0055564C"/>
    <w:pPr>
      <w:widowControl w:val="0"/>
      <w:shd w:val="clear" w:color="auto" w:fill="FFFFFF"/>
      <w:spacing w:line="262" w:lineRule="auto"/>
      <w:ind w:firstLine="400"/>
    </w:pPr>
    <w:rPr>
      <w:sz w:val="26"/>
      <w:szCs w:val="26"/>
      <w:shd w:val="clear" w:color="auto" w:fill="FFFFFF"/>
    </w:rPr>
  </w:style>
  <w:style w:type="character" w:customStyle="1" w:styleId="CharChar2">
    <w:name w:val="Char Char2"/>
    <w:rsid w:val="0055564C"/>
    <w:rPr>
      <w:lang w:val="en-US" w:eastAsia="en-US" w:bidi="ar-SA"/>
    </w:rPr>
  </w:style>
  <w:style w:type="character" w:customStyle="1" w:styleId="Heading20">
    <w:name w:val="Heading #2_"/>
    <w:link w:val="Heading21"/>
    <w:locked/>
    <w:rsid w:val="0055564C"/>
    <w:rPr>
      <w:b/>
      <w:bCs/>
      <w:shd w:val="clear" w:color="auto" w:fill="FFFFFF"/>
    </w:rPr>
  </w:style>
  <w:style w:type="paragraph" w:customStyle="1" w:styleId="Heading21">
    <w:name w:val="Heading #21"/>
    <w:basedOn w:val="Normal"/>
    <w:link w:val="Heading20"/>
    <w:rsid w:val="0055564C"/>
    <w:pPr>
      <w:widowControl w:val="0"/>
      <w:shd w:val="clear" w:color="auto" w:fill="FFFFFF"/>
      <w:spacing w:after="0" w:line="379" w:lineRule="exact"/>
      <w:jc w:val="both"/>
      <w:outlineLvl w:val="1"/>
    </w:pPr>
    <w:rPr>
      <w:b/>
      <w:bCs/>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AA6CBD-1D94-4A8A-8EEB-9672072E5C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152</Words>
  <Characters>868</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1018</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TienDat</cp:lastModifiedBy>
  <cp:revision>2</cp:revision>
  <dcterms:created xsi:type="dcterms:W3CDTF">2026-03-23T10:17:00Z</dcterms:created>
  <dcterms:modified xsi:type="dcterms:W3CDTF">2026-03-23T10:17:00Z</dcterms:modified>
  <cp:category/>
</cp:coreProperties>
</file>