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3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89"/>
        <w:gridCol w:w="6042"/>
      </w:tblGrid>
      <w:tr w:rsidR="007E5A72" w:rsidRPr="007E5A72" w:rsidTr="005E3FD0">
        <w:trPr>
          <w:jc w:val="center"/>
        </w:trPr>
        <w:tc>
          <w:tcPr>
            <w:tcW w:w="3489" w:type="dxa"/>
            <w:shd w:val="clear" w:color="auto" w:fill="FFFFFF"/>
          </w:tcPr>
          <w:p w:rsidR="007E5A72" w:rsidRPr="007E5A72" w:rsidRDefault="007E5A72" w:rsidP="005E3FD0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E5A72">
              <w:rPr>
                <w:rStyle w:val="Other"/>
                <w:rFonts w:ascii="Times New Roman" w:hAnsi="Times New Roman" w:cs="Times New Roman"/>
                <w:bCs/>
                <w:color w:val="000000"/>
                <w:lang w:eastAsia="vi-VN"/>
              </w:rPr>
              <w:t>TÊN CQ, TC CHỦ QUẢN</w:t>
            </w:r>
          </w:p>
          <w:p w:rsidR="007E5A72" w:rsidRPr="007E5A72" w:rsidRDefault="007E5A72" w:rsidP="005E3FD0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vertAlign w:val="superscript"/>
                <w:lang w:eastAsia="vi-VN"/>
              </w:rPr>
            </w:pPr>
            <w:r w:rsidRPr="007E5A72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>TÊN CƠ QUAN, TỔ CHỨC</w:t>
            </w:r>
          </w:p>
          <w:p w:rsidR="007E5A72" w:rsidRPr="007E5A72" w:rsidRDefault="007E5A72" w:rsidP="005E3FD0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Style w:val="Other"/>
                <w:rFonts w:ascii="Times New Roman" w:hAnsi="Times New Roman" w:cs="Times New Roman"/>
                <w:color w:val="000000"/>
                <w:lang w:eastAsia="vi-VN"/>
              </w:rPr>
            </w:pPr>
            <w:r w:rsidRPr="007E5A72">
              <w:rPr>
                <w:rFonts w:ascii="Times New Roman" w:hAnsi="Times New Roman" w:cs="Times New Roman"/>
                <w:noProof/>
                <w:color w:val="000000"/>
                <w:shd w:val="clear" w:color="auto" w:fill="aut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A17854" wp14:editId="1291D70E">
                      <wp:simplePos x="0" y="0"/>
                      <wp:positionH relativeFrom="column">
                        <wp:posOffset>575310</wp:posOffset>
                      </wp:positionH>
                      <wp:positionV relativeFrom="paragraph">
                        <wp:posOffset>20320</wp:posOffset>
                      </wp:positionV>
                      <wp:extent cx="895350" cy="0"/>
                      <wp:effectExtent l="5715" t="10795" r="13335" b="8255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953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154238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3pt,1.6pt" to="115.8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BfeHAIAADU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"/>
                  </w:pict>
                </mc:Fallback>
              </mc:AlternateContent>
            </w:r>
          </w:p>
          <w:p w:rsidR="007E5A72" w:rsidRPr="007E5A72" w:rsidRDefault="007E5A72" w:rsidP="007E5A72">
            <w:pPr>
              <w:jc w:val="center"/>
              <w:rPr>
                <w:rFonts w:cs="Times New Roman"/>
                <w:szCs w:val="26"/>
              </w:rPr>
            </w:pPr>
            <w:r w:rsidRPr="007E5A72">
              <w:rPr>
                <w:rFonts w:cs="Times New Roman"/>
                <w:szCs w:val="26"/>
              </w:rPr>
              <w:t>Số: …/DS-…</w:t>
            </w:r>
          </w:p>
        </w:tc>
        <w:tc>
          <w:tcPr>
            <w:tcW w:w="6042" w:type="dxa"/>
            <w:shd w:val="clear" w:color="auto" w:fill="FFFFFF"/>
          </w:tcPr>
          <w:p w:rsidR="007E5A72" w:rsidRPr="007E5A72" w:rsidRDefault="007E5A72" w:rsidP="005E3FD0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 w:rsidRPr="007E5A72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 xml:space="preserve">CỘNG HÒA XÃ HỘI CHỦ NGHĨA VIỆT NAM </w:t>
            </w:r>
          </w:p>
          <w:p w:rsidR="007E5A72" w:rsidRPr="007E5A72" w:rsidRDefault="007E5A72" w:rsidP="005E3FD0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 w:rsidRPr="007E5A72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>Độc lập - Tự do - Hạnh phúc</w:t>
            </w:r>
          </w:p>
          <w:p w:rsidR="007E5A72" w:rsidRPr="007E5A72" w:rsidRDefault="007E5A72" w:rsidP="005E3FD0">
            <w:pPr>
              <w:pStyle w:val="Other0"/>
              <w:shd w:val="clear" w:color="auto" w:fill="auto"/>
              <w:spacing w:after="0" w:line="240" w:lineRule="auto"/>
              <w:ind w:firstLine="0"/>
              <w:jc w:val="right"/>
              <w:rPr>
                <w:rStyle w:val="Other"/>
                <w:rFonts w:ascii="Times New Roman" w:hAnsi="Times New Roman" w:cs="Times New Roman"/>
                <w:i/>
                <w:iCs/>
                <w:color w:val="000000"/>
                <w:lang w:eastAsia="vi-VN"/>
              </w:rPr>
            </w:pPr>
            <w:r w:rsidRPr="007E5A72">
              <w:rPr>
                <w:rFonts w:ascii="Times New Roman" w:hAnsi="Times New Roman" w:cs="Times New Roman"/>
                <w:i/>
                <w:iCs/>
                <w:noProof/>
                <w:color w:val="000000"/>
                <w:shd w:val="clear" w:color="auto" w:fill="auto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FF3F1D3" wp14:editId="4C911F44">
                      <wp:simplePos x="0" y="0"/>
                      <wp:positionH relativeFrom="column">
                        <wp:posOffset>897255</wp:posOffset>
                      </wp:positionH>
                      <wp:positionV relativeFrom="paragraph">
                        <wp:posOffset>6985</wp:posOffset>
                      </wp:positionV>
                      <wp:extent cx="2028825" cy="0"/>
                      <wp:effectExtent l="9525" t="6985" r="9525" b="12065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288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9E9574" id="Straight Connector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.65pt,.55pt" to="230.4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"/>
                  </w:pict>
                </mc:Fallback>
              </mc:AlternateContent>
            </w:r>
          </w:p>
          <w:p w:rsidR="007E5A72" w:rsidRPr="007E5A72" w:rsidRDefault="007E5A72" w:rsidP="005E3FD0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E5A72">
              <w:rPr>
                <w:rStyle w:val="Other"/>
                <w:rFonts w:ascii="Times New Roman" w:hAnsi="Times New Roman" w:cs="Times New Roman"/>
                <w:i/>
                <w:iCs/>
                <w:color w:val="000000"/>
                <w:lang w:eastAsia="vi-VN"/>
              </w:rPr>
              <w:t>......,</w:t>
            </w:r>
            <w:r w:rsidRPr="007E5A72">
              <w:rPr>
                <w:rStyle w:val="Other"/>
                <w:rFonts w:ascii="Times New Roman" w:hAnsi="Times New Roman" w:cs="Times New Roman"/>
                <w:i/>
                <w:iCs/>
                <w:color w:val="000000"/>
                <w:vertAlign w:val="superscript"/>
                <w:lang w:eastAsia="vi-VN"/>
              </w:rPr>
              <w:t xml:space="preserve"> </w:t>
            </w:r>
            <w:r w:rsidRPr="007E5A72">
              <w:rPr>
                <w:rStyle w:val="Other"/>
                <w:rFonts w:ascii="Times New Roman" w:hAnsi="Times New Roman" w:cs="Times New Roman"/>
                <w:i/>
                <w:iCs/>
                <w:color w:val="000000"/>
                <w:lang w:eastAsia="vi-VN"/>
              </w:rPr>
              <w:t>ngày... tháng... năm...</w:t>
            </w:r>
          </w:p>
        </w:tc>
      </w:tr>
    </w:tbl>
    <w:p w:rsidR="00BB0E80" w:rsidRPr="007E5A72" w:rsidRDefault="007E5A72">
      <w:pPr>
        <w:jc w:val="right"/>
        <w:rPr>
          <w:rFonts w:cs="Times New Roman"/>
          <w:szCs w:val="26"/>
        </w:rPr>
      </w:pPr>
      <w:r w:rsidRPr="007E5A72">
        <w:rPr>
          <w:rFonts w:cs="Times New Roman"/>
          <w:szCs w:val="26"/>
        </w:rPr>
        <w:t>…, ngày … tháng … năm 2026</w:t>
      </w:r>
    </w:p>
    <w:p w:rsidR="007E5A72" w:rsidRPr="007E5A72" w:rsidRDefault="007E5A72">
      <w:pPr>
        <w:jc w:val="center"/>
        <w:rPr>
          <w:rFonts w:cs="Times New Roman"/>
          <w:b/>
          <w:szCs w:val="26"/>
        </w:rPr>
      </w:pPr>
      <w:r w:rsidRPr="007E5A72">
        <w:rPr>
          <w:rFonts w:cs="Times New Roman"/>
          <w:b/>
          <w:szCs w:val="26"/>
        </w:rPr>
        <w:t>DANH SÁCH KHÁCH MỜI</w:t>
      </w:r>
      <w:r w:rsidRPr="007E5A72">
        <w:rPr>
          <w:rFonts w:cs="Times New Roman"/>
          <w:b/>
          <w:szCs w:val="26"/>
        </w:rPr>
        <w:br/>
        <w:t>Tham dự Kỳ họp thứ nhất Hội đồng nhân dân .........</w:t>
      </w:r>
    </w:p>
    <w:p w:rsidR="00BB0E80" w:rsidRPr="007E5A72" w:rsidRDefault="007E5A72" w:rsidP="007E5A72">
      <w:pPr>
        <w:jc w:val="center"/>
        <w:rPr>
          <w:rFonts w:cs="Times New Roman"/>
          <w:szCs w:val="26"/>
        </w:rPr>
      </w:pPr>
      <w:r w:rsidRPr="007E5A72">
        <w:rPr>
          <w:rFonts w:cs="Times New Roman"/>
          <w:b/>
          <w:szCs w:val="26"/>
        </w:rPr>
        <w:t>nhiệm kỳ 2026–2031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9"/>
        <w:gridCol w:w="4023"/>
        <w:gridCol w:w="3326"/>
        <w:gridCol w:w="1376"/>
      </w:tblGrid>
      <w:tr w:rsidR="00BB0E80" w:rsidRPr="007E5A72" w:rsidTr="007E5A72">
        <w:tc>
          <w:tcPr>
            <w:tcW w:w="679" w:type="dxa"/>
          </w:tcPr>
          <w:p w:rsidR="00BB0E80" w:rsidRPr="007E5A72" w:rsidRDefault="007E5A72">
            <w:pPr>
              <w:rPr>
                <w:rFonts w:cs="Times New Roman"/>
                <w:szCs w:val="26"/>
              </w:rPr>
            </w:pPr>
            <w:r w:rsidRPr="007E5A72">
              <w:rPr>
                <w:rFonts w:cs="Times New Roman"/>
                <w:szCs w:val="26"/>
              </w:rPr>
              <w:t>STT</w:t>
            </w:r>
          </w:p>
        </w:tc>
        <w:tc>
          <w:tcPr>
            <w:tcW w:w="4023" w:type="dxa"/>
          </w:tcPr>
          <w:p w:rsidR="00BB0E80" w:rsidRPr="007E5A72" w:rsidRDefault="007E5A72">
            <w:pPr>
              <w:rPr>
                <w:rFonts w:cs="Times New Roman"/>
                <w:szCs w:val="26"/>
              </w:rPr>
            </w:pPr>
            <w:r w:rsidRPr="007E5A72">
              <w:rPr>
                <w:rFonts w:cs="Times New Roman"/>
                <w:szCs w:val="26"/>
              </w:rPr>
              <w:t>Họ và tên</w:t>
            </w:r>
          </w:p>
        </w:tc>
        <w:tc>
          <w:tcPr>
            <w:tcW w:w="3326" w:type="dxa"/>
          </w:tcPr>
          <w:p w:rsidR="00BB0E80" w:rsidRPr="007E5A72" w:rsidRDefault="007E5A72">
            <w:pPr>
              <w:rPr>
                <w:rFonts w:cs="Times New Roman"/>
                <w:szCs w:val="26"/>
              </w:rPr>
            </w:pPr>
            <w:r w:rsidRPr="007E5A72">
              <w:rPr>
                <w:rFonts w:cs="Times New Roman"/>
                <w:szCs w:val="26"/>
              </w:rPr>
              <w:t>Chức vụ/Đơn vị</w:t>
            </w:r>
          </w:p>
        </w:tc>
        <w:tc>
          <w:tcPr>
            <w:tcW w:w="1376" w:type="dxa"/>
          </w:tcPr>
          <w:p w:rsidR="00BB0E80" w:rsidRPr="007E5A72" w:rsidRDefault="007E5A72">
            <w:pPr>
              <w:rPr>
                <w:rFonts w:cs="Times New Roman"/>
                <w:szCs w:val="26"/>
              </w:rPr>
            </w:pPr>
            <w:r w:rsidRPr="007E5A72">
              <w:rPr>
                <w:rFonts w:cs="Times New Roman"/>
                <w:szCs w:val="26"/>
              </w:rPr>
              <w:t>Ghi chú</w:t>
            </w:r>
          </w:p>
        </w:tc>
      </w:tr>
      <w:tr w:rsidR="00BB0E80" w:rsidRPr="007E5A72" w:rsidTr="007E5A72">
        <w:tc>
          <w:tcPr>
            <w:tcW w:w="679" w:type="dxa"/>
          </w:tcPr>
          <w:p w:rsidR="00BB0E80" w:rsidRPr="007E5A72" w:rsidRDefault="007E5A72">
            <w:pPr>
              <w:rPr>
                <w:rFonts w:cs="Times New Roman"/>
                <w:szCs w:val="26"/>
              </w:rPr>
            </w:pPr>
            <w:r w:rsidRPr="007E5A72">
              <w:rPr>
                <w:rFonts w:cs="Times New Roman"/>
                <w:szCs w:val="26"/>
              </w:rPr>
              <w:t>1</w:t>
            </w:r>
          </w:p>
        </w:tc>
        <w:tc>
          <w:tcPr>
            <w:tcW w:w="4023" w:type="dxa"/>
          </w:tcPr>
          <w:p w:rsidR="00BB0E80" w:rsidRPr="007E5A72" w:rsidRDefault="00BB0E80">
            <w:pPr>
              <w:rPr>
                <w:rFonts w:cs="Times New Roman"/>
                <w:szCs w:val="26"/>
              </w:rPr>
            </w:pPr>
          </w:p>
        </w:tc>
        <w:tc>
          <w:tcPr>
            <w:tcW w:w="3326" w:type="dxa"/>
          </w:tcPr>
          <w:p w:rsidR="00BB0E80" w:rsidRPr="007E5A72" w:rsidRDefault="00BB0E80">
            <w:pPr>
              <w:rPr>
                <w:rFonts w:cs="Times New Roman"/>
                <w:szCs w:val="26"/>
              </w:rPr>
            </w:pPr>
          </w:p>
        </w:tc>
        <w:tc>
          <w:tcPr>
            <w:tcW w:w="1376" w:type="dxa"/>
          </w:tcPr>
          <w:p w:rsidR="00BB0E80" w:rsidRPr="007E5A72" w:rsidRDefault="00BB0E80">
            <w:pPr>
              <w:rPr>
                <w:rFonts w:cs="Times New Roman"/>
                <w:szCs w:val="26"/>
              </w:rPr>
            </w:pPr>
          </w:p>
        </w:tc>
      </w:tr>
      <w:tr w:rsidR="00BB0E80" w:rsidRPr="007E5A72" w:rsidTr="007E5A72">
        <w:tc>
          <w:tcPr>
            <w:tcW w:w="679" w:type="dxa"/>
          </w:tcPr>
          <w:p w:rsidR="00BB0E80" w:rsidRPr="007E5A72" w:rsidRDefault="007E5A72">
            <w:pPr>
              <w:rPr>
                <w:rFonts w:cs="Times New Roman"/>
                <w:szCs w:val="26"/>
              </w:rPr>
            </w:pPr>
            <w:r w:rsidRPr="007E5A72">
              <w:rPr>
                <w:rFonts w:cs="Times New Roman"/>
                <w:szCs w:val="26"/>
              </w:rPr>
              <w:t>2</w:t>
            </w:r>
          </w:p>
        </w:tc>
        <w:tc>
          <w:tcPr>
            <w:tcW w:w="4023" w:type="dxa"/>
          </w:tcPr>
          <w:p w:rsidR="00BB0E80" w:rsidRPr="007E5A72" w:rsidRDefault="00BB0E80">
            <w:pPr>
              <w:rPr>
                <w:rFonts w:cs="Times New Roman"/>
                <w:szCs w:val="26"/>
              </w:rPr>
            </w:pPr>
            <w:bookmarkStart w:id="0" w:name="_GoBack"/>
            <w:bookmarkEnd w:id="0"/>
          </w:p>
        </w:tc>
        <w:tc>
          <w:tcPr>
            <w:tcW w:w="3326" w:type="dxa"/>
          </w:tcPr>
          <w:p w:rsidR="00BB0E80" w:rsidRPr="007E5A72" w:rsidRDefault="00BB0E80">
            <w:pPr>
              <w:rPr>
                <w:rFonts w:cs="Times New Roman"/>
                <w:szCs w:val="26"/>
              </w:rPr>
            </w:pPr>
          </w:p>
        </w:tc>
        <w:tc>
          <w:tcPr>
            <w:tcW w:w="1376" w:type="dxa"/>
          </w:tcPr>
          <w:p w:rsidR="00BB0E80" w:rsidRPr="007E5A72" w:rsidRDefault="00BB0E80">
            <w:pPr>
              <w:rPr>
                <w:rFonts w:cs="Times New Roman"/>
                <w:szCs w:val="26"/>
              </w:rPr>
            </w:pPr>
          </w:p>
        </w:tc>
      </w:tr>
      <w:tr w:rsidR="00BB0E80" w:rsidRPr="007E5A72" w:rsidTr="007E5A72">
        <w:tc>
          <w:tcPr>
            <w:tcW w:w="679" w:type="dxa"/>
          </w:tcPr>
          <w:p w:rsidR="00BB0E80" w:rsidRPr="007E5A72" w:rsidRDefault="007E5A72">
            <w:pPr>
              <w:rPr>
                <w:rFonts w:cs="Times New Roman"/>
                <w:szCs w:val="26"/>
              </w:rPr>
            </w:pPr>
            <w:r w:rsidRPr="007E5A72">
              <w:rPr>
                <w:rFonts w:cs="Times New Roman"/>
                <w:szCs w:val="26"/>
              </w:rPr>
              <w:t>3</w:t>
            </w:r>
          </w:p>
        </w:tc>
        <w:tc>
          <w:tcPr>
            <w:tcW w:w="4023" w:type="dxa"/>
          </w:tcPr>
          <w:p w:rsidR="00BB0E80" w:rsidRPr="007E5A72" w:rsidRDefault="00BB0E80">
            <w:pPr>
              <w:rPr>
                <w:rFonts w:cs="Times New Roman"/>
                <w:szCs w:val="26"/>
              </w:rPr>
            </w:pPr>
          </w:p>
        </w:tc>
        <w:tc>
          <w:tcPr>
            <w:tcW w:w="3326" w:type="dxa"/>
          </w:tcPr>
          <w:p w:rsidR="00BB0E80" w:rsidRPr="007E5A72" w:rsidRDefault="00BB0E80">
            <w:pPr>
              <w:rPr>
                <w:rFonts w:cs="Times New Roman"/>
                <w:szCs w:val="26"/>
              </w:rPr>
            </w:pPr>
          </w:p>
        </w:tc>
        <w:tc>
          <w:tcPr>
            <w:tcW w:w="1376" w:type="dxa"/>
          </w:tcPr>
          <w:p w:rsidR="00BB0E80" w:rsidRPr="007E5A72" w:rsidRDefault="00BB0E80">
            <w:pPr>
              <w:rPr>
                <w:rFonts w:cs="Times New Roman"/>
                <w:szCs w:val="26"/>
              </w:rPr>
            </w:pPr>
          </w:p>
        </w:tc>
      </w:tr>
      <w:tr w:rsidR="00BB0E80" w:rsidRPr="007E5A72" w:rsidTr="007E5A72">
        <w:tc>
          <w:tcPr>
            <w:tcW w:w="679" w:type="dxa"/>
          </w:tcPr>
          <w:p w:rsidR="00BB0E80" w:rsidRPr="007E5A72" w:rsidRDefault="007E5A72">
            <w:pPr>
              <w:rPr>
                <w:rFonts w:cs="Times New Roman"/>
                <w:szCs w:val="26"/>
              </w:rPr>
            </w:pPr>
            <w:r w:rsidRPr="007E5A72">
              <w:rPr>
                <w:rFonts w:cs="Times New Roman"/>
                <w:szCs w:val="26"/>
              </w:rPr>
              <w:t>4</w:t>
            </w:r>
          </w:p>
        </w:tc>
        <w:tc>
          <w:tcPr>
            <w:tcW w:w="4023" w:type="dxa"/>
          </w:tcPr>
          <w:p w:rsidR="00BB0E80" w:rsidRPr="007E5A72" w:rsidRDefault="00BB0E80">
            <w:pPr>
              <w:rPr>
                <w:rFonts w:cs="Times New Roman"/>
                <w:szCs w:val="26"/>
              </w:rPr>
            </w:pPr>
          </w:p>
        </w:tc>
        <w:tc>
          <w:tcPr>
            <w:tcW w:w="3326" w:type="dxa"/>
          </w:tcPr>
          <w:p w:rsidR="00BB0E80" w:rsidRPr="007E5A72" w:rsidRDefault="00BB0E80">
            <w:pPr>
              <w:rPr>
                <w:rFonts w:cs="Times New Roman"/>
                <w:szCs w:val="26"/>
              </w:rPr>
            </w:pPr>
          </w:p>
        </w:tc>
        <w:tc>
          <w:tcPr>
            <w:tcW w:w="1376" w:type="dxa"/>
          </w:tcPr>
          <w:p w:rsidR="00BB0E80" w:rsidRPr="007E5A72" w:rsidRDefault="00BB0E80">
            <w:pPr>
              <w:rPr>
                <w:rFonts w:cs="Times New Roman"/>
                <w:szCs w:val="26"/>
              </w:rPr>
            </w:pPr>
          </w:p>
        </w:tc>
      </w:tr>
      <w:tr w:rsidR="00BB0E80" w:rsidRPr="007E5A72" w:rsidTr="007E5A72">
        <w:tc>
          <w:tcPr>
            <w:tcW w:w="679" w:type="dxa"/>
          </w:tcPr>
          <w:p w:rsidR="00BB0E80" w:rsidRPr="007E5A72" w:rsidRDefault="007E5A72">
            <w:pPr>
              <w:rPr>
                <w:rFonts w:cs="Times New Roman"/>
                <w:szCs w:val="26"/>
              </w:rPr>
            </w:pPr>
            <w:r w:rsidRPr="007E5A72">
              <w:rPr>
                <w:rFonts w:cs="Times New Roman"/>
                <w:szCs w:val="26"/>
              </w:rPr>
              <w:t>5</w:t>
            </w:r>
          </w:p>
        </w:tc>
        <w:tc>
          <w:tcPr>
            <w:tcW w:w="4023" w:type="dxa"/>
          </w:tcPr>
          <w:p w:rsidR="00BB0E80" w:rsidRPr="007E5A72" w:rsidRDefault="00BB0E80">
            <w:pPr>
              <w:rPr>
                <w:rFonts w:cs="Times New Roman"/>
                <w:szCs w:val="26"/>
              </w:rPr>
            </w:pPr>
          </w:p>
        </w:tc>
        <w:tc>
          <w:tcPr>
            <w:tcW w:w="3326" w:type="dxa"/>
          </w:tcPr>
          <w:p w:rsidR="00BB0E80" w:rsidRPr="007E5A72" w:rsidRDefault="00BB0E80">
            <w:pPr>
              <w:rPr>
                <w:rFonts w:cs="Times New Roman"/>
                <w:szCs w:val="26"/>
              </w:rPr>
            </w:pPr>
          </w:p>
        </w:tc>
        <w:tc>
          <w:tcPr>
            <w:tcW w:w="1376" w:type="dxa"/>
          </w:tcPr>
          <w:p w:rsidR="00BB0E80" w:rsidRPr="007E5A72" w:rsidRDefault="00BB0E80">
            <w:pPr>
              <w:rPr>
                <w:rFonts w:cs="Times New Roman"/>
                <w:szCs w:val="26"/>
              </w:rPr>
            </w:pPr>
          </w:p>
        </w:tc>
      </w:tr>
    </w:tbl>
    <w:p w:rsidR="00BB0E80" w:rsidRPr="007E5A72" w:rsidRDefault="00BB0E80">
      <w:pPr>
        <w:rPr>
          <w:rFonts w:cs="Times New Roman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5665"/>
      </w:tblGrid>
      <w:tr w:rsidR="007E5A72" w:rsidRPr="007E5A72" w:rsidTr="007E5A72">
        <w:tc>
          <w:tcPr>
            <w:tcW w:w="3685" w:type="dxa"/>
          </w:tcPr>
          <w:p w:rsidR="007E5A72" w:rsidRPr="007E5A72" w:rsidRDefault="007E5A72" w:rsidP="005E3FD0">
            <w:pPr>
              <w:rPr>
                <w:rFonts w:cs="Times New Roman"/>
                <w:szCs w:val="26"/>
              </w:rPr>
            </w:pPr>
            <w:r w:rsidRPr="007E5A72">
              <w:rPr>
                <w:rFonts w:cs="Times New Roman"/>
                <w:szCs w:val="26"/>
              </w:rPr>
              <w:t>Nơi nhận:</w:t>
            </w:r>
            <w:r w:rsidRPr="007E5A72">
              <w:rPr>
                <w:rFonts w:cs="Times New Roman"/>
                <w:szCs w:val="26"/>
              </w:rPr>
              <w:br/>
              <w:t>- Như trên;</w:t>
            </w:r>
            <w:r w:rsidRPr="007E5A72">
              <w:rPr>
                <w:rFonts w:cs="Times New Roman"/>
                <w:szCs w:val="26"/>
              </w:rPr>
              <w:br/>
              <w:t>- Lưu: VT, …</w:t>
            </w:r>
          </w:p>
          <w:p w:rsidR="007E5A72" w:rsidRPr="007E5A72" w:rsidRDefault="007E5A72" w:rsidP="005E3FD0">
            <w:pPr>
              <w:rPr>
                <w:rFonts w:cs="Times New Roman"/>
                <w:szCs w:val="26"/>
              </w:rPr>
            </w:pPr>
          </w:p>
        </w:tc>
        <w:tc>
          <w:tcPr>
            <w:tcW w:w="5665" w:type="dxa"/>
          </w:tcPr>
          <w:p w:rsidR="007E5A72" w:rsidRPr="007E5A72" w:rsidRDefault="007E5A72" w:rsidP="005E3FD0">
            <w:pPr>
              <w:widowControl w:val="0"/>
              <w:jc w:val="center"/>
              <w:rPr>
                <w:rFonts w:cs="Times New Roman"/>
                <w:b/>
                <w:color w:val="000000"/>
                <w:szCs w:val="26"/>
              </w:rPr>
            </w:pPr>
            <w:r w:rsidRPr="007E5A72">
              <w:rPr>
                <w:rFonts w:cs="Times New Roman"/>
                <w:b/>
                <w:color w:val="000000"/>
                <w:szCs w:val="26"/>
              </w:rPr>
              <w:t>QUYỀN</w:t>
            </w:r>
            <w:r w:rsidRPr="007E5A72">
              <w:rPr>
                <w:rStyle w:val="Heading20"/>
                <w:rFonts w:eastAsiaTheme="majorEastAsia" w:cs="Times New Roman"/>
                <w:color w:val="000000"/>
                <w:szCs w:val="26"/>
                <w:lang w:eastAsia="vi-VN"/>
              </w:rPr>
              <w:t xml:space="preserve"> HẠN, CHỨC VỤ CỦA NGƯỜI KÝ</w:t>
            </w:r>
          </w:p>
          <w:p w:rsidR="007E5A72" w:rsidRPr="007E5A72" w:rsidRDefault="007E5A72" w:rsidP="005E3FD0">
            <w:pPr>
              <w:pStyle w:val="BodyText"/>
              <w:widowControl w:val="0"/>
              <w:jc w:val="center"/>
              <w:rPr>
                <w:rFonts w:cs="Times New Roman"/>
                <w:b/>
                <w:color w:val="000000"/>
                <w:szCs w:val="26"/>
              </w:rPr>
            </w:pPr>
            <w:r w:rsidRPr="007E5A72">
              <w:rPr>
                <w:rStyle w:val="CharChar2"/>
                <w:rFonts w:cs="Times New Roman"/>
                <w:i/>
                <w:iCs/>
                <w:color w:val="000000"/>
                <w:szCs w:val="26"/>
                <w:lang w:eastAsia="vi-VN"/>
              </w:rPr>
              <w:t>(Chữ ký của người có thẩm quyền,</w:t>
            </w:r>
            <w:r w:rsidRPr="007E5A72">
              <w:rPr>
                <w:rStyle w:val="CharChar2"/>
                <w:rFonts w:cs="Times New Roman"/>
                <w:i/>
                <w:iCs/>
                <w:color w:val="000000"/>
                <w:szCs w:val="26"/>
                <w:lang w:eastAsia="vi-VN"/>
              </w:rPr>
              <w:br/>
              <w:t>dấu/chữ ký số của cơ quan, tổ chức)</w:t>
            </w:r>
          </w:p>
          <w:p w:rsidR="007E5A72" w:rsidRPr="007E5A72" w:rsidRDefault="007E5A72" w:rsidP="005E3FD0">
            <w:pPr>
              <w:jc w:val="center"/>
              <w:rPr>
                <w:rFonts w:cs="Times New Roman"/>
                <w:szCs w:val="26"/>
              </w:rPr>
            </w:pPr>
            <w:r w:rsidRPr="007E5A72">
              <w:rPr>
                <w:rStyle w:val="Heading20"/>
                <w:rFonts w:eastAsiaTheme="majorEastAsia" w:cs="Times New Roman"/>
                <w:color w:val="000000"/>
                <w:szCs w:val="26"/>
                <w:lang w:eastAsia="vi-VN"/>
              </w:rPr>
              <w:t>Họ và tên</w:t>
            </w:r>
          </w:p>
        </w:tc>
      </w:tr>
    </w:tbl>
    <w:p w:rsidR="007E5A72" w:rsidRPr="007E5A72" w:rsidRDefault="007E5A72" w:rsidP="007E5A72">
      <w:pPr>
        <w:spacing w:line="240" w:lineRule="auto"/>
        <w:rPr>
          <w:rFonts w:cs="Times New Roman"/>
          <w:szCs w:val="26"/>
        </w:rPr>
      </w:pPr>
    </w:p>
    <w:p w:rsidR="00BB0E80" w:rsidRPr="007E5A72" w:rsidRDefault="00BB0E80" w:rsidP="007E5A72">
      <w:pPr>
        <w:rPr>
          <w:rFonts w:cs="Times New Roman"/>
          <w:szCs w:val="26"/>
        </w:rPr>
      </w:pPr>
    </w:p>
    <w:sectPr w:rsidR="00BB0E80" w:rsidRPr="007E5A72" w:rsidSect="00034616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E5A72"/>
    <w:rsid w:val="00AA1D8D"/>
    <w:rsid w:val="00B47730"/>
    <w:rsid w:val="00BB0E8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9463EC37-2BE7-46FA-8FEB-D8C8B2F70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5A72"/>
    <w:rPr>
      <w:rFonts w:ascii="Times New Roman" w:eastAsia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Other">
    <w:name w:val="Other_"/>
    <w:link w:val="Other0"/>
    <w:rsid w:val="007E5A72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rsid w:val="007E5A72"/>
    <w:pPr>
      <w:widowControl w:val="0"/>
      <w:shd w:val="clear" w:color="auto" w:fill="FFFFFF"/>
      <w:spacing w:line="262" w:lineRule="auto"/>
      <w:ind w:firstLine="400"/>
    </w:pPr>
    <w:rPr>
      <w:rFonts w:asciiTheme="minorHAnsi" w:eastAsiaTheme="minorEastAsia" w:hAnsiTheme="minorHAnsi"/>
      <w:szCs w:val="26"/>
      <w:shd w:val="clear" w:color="auto" w:fill="FFFFFF"/>
    </w:rPr>
  </w:style>
  <w:style w:type="character" w:customStyle="1" w:styleId="CharChar2">
    <w:name w:val="Char Char2"/>
    <w:basedOn w:val="DefaultParagraphFont"/>
    <w:rsid w:val="007E5A72"/>
    <w:rPr>
      <w:lang w:val="en-US" w:eastAsia="en-US" w:bidi="ar-SA"/>
    </w:rPr>
  </w:style>
  <w:style w:type="character" w:customStyle="1" w:styleId="Heading20">
    <w:name w:val="Heading #2_"/>
    <w:link w:val="Heading21"/>
    <w:locked/>
    <w:rsid w:val="007E5A72"/>
    <w:rPr>
      <w:b/>
      <w:bCs/>
      <w:shd w:val="clear" w:color="auto" w:fill="FFFFFF"/>
    </w:rPr>
  </w:style>
  <w:style w:type="paragraph" w:customStyle="1" w:styleId="Heading21">
    <w:name w:val="Heading #21"/>
    <w:basedOn w:val="Normal"/>
    <w:link w:val="Heading20"/>
    <w:rsid w:val="007E5A72"/>
    <w:pPr>
      <w:widowControl w:val="0"/>
      <w:shd w:val="clear" w:color="auto" w:fill="FFFFFF"/>
      <w:spacing w:after="0" w:line="379" w:lineRule="exact"/>
      <w:jc w:val="both"/>
      <w:outlineLvl w:val="1"/>
    </w:pPr>
    <w:rPr>
      <w:rFonts w:asciiTheme="minorHAnsi" w:eastAsiaTheme="minorEastAsia" w:hAnsiTheme="minorHAnsi"/>
      <w:b/>
      <w:bCs/>
      <w:sz w:val="22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250BBDE-2742-4DC3-92C4-524154D94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TienDat</cp:lastModifiedBy>
  <cp:revision>2</cp:revision>
  <dcterms:created xsi:type="dcterms:W3CDTF">2026-03-23T04:32:00Z</dcterms:created>
  <dcterms:modified xsi:type="dcterms:W3CDTF">2026-03-23T04:32:00Z</dcterms:modified>
  <cp:category/>
</cp:coreProperties>
</file>