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3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89"/>
        <w:gridCol w:w="6042"/>
      </w:tblGrid>
      <w:tr w:rsidR="0055564C" w:rsidRPr="006702EB" w:rsidTr="00F14B4F">
        <w:trPr>
          <w:jc w:val="center"/>
        </w:trPr>
        <w:tc>
          <w:tcPr>
            <w:tcW w:w="3489" w:type="dxa"/>
            <w:shd w:val="clear" w:color="auto" w:fill="FFFFFF"/>
          </w:tcPr>
          <w:p w:rsidR="0055564C" w:rsidRPr="006702EB" w:rsidRDefault="0055564C" w:rsidP="00F618B4">
            <w:pPr>
              <w:pStyle w:val="Other0"/>
              <w:shd w:val="clear" w:color="auto" w:fill="auto"/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02EB">
              <w:rPr>
                <w:rStyle w:val="Other"/>
                <w:rFonts w:ascii="Times New Roman" w:hAnsi="Times New Roman" w:cs="Times New Roman"/>
                <w:bCs/>
                <w:color w:val="000000"/>
                <w:lang w:eastAsia="vi-VN"/>
              </w:rPr>
              <w:t>TÊN CQ, TC CHỦ QUẢN</w:t>
            </w:r>
          </w:p>
          <w:p w:rsidR="0055564C" w:rsidRPr="006702EB" w:rsidRDefault="0055564C" w:rsidP="00F618B4">
            <w:pPr>
              <w:pStyle w:val="Other0"/>
              <w:shd w:val="clear" w:color="auto" w:fill="auto"/>
              <w:spacing w:after="0" w:line="360" w:lineRule="auto"/>
              <w:ind w:firstLine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vertAlign w:val="superscript"/>
                <w:lang w:eastAsia="vi-VN"/>
              </w:rPr>
            </w:pPr>
            <w:r w:rsidRPr="006702EB"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  <w:t>TÊN CƠ QUAN, TỔ CHỨC</w:t>
            </w:r>
          </w:p>
          <w:p w:rsidR="0055564C" w:rsidRPr="006702EB" w:rsidRDefault="0055564C" w:rsidP="00F618B4">
            <w:pPr>
              <w:pStyle w:val="Other0"/>
              <w:shd w:val="clear" w:color="auto" w:fill="auto"/>
              <w:spacing w:after="0" w:line="360" w:lineRule="auto"/>
              <w:ind w:firstLine="0"/>
              <w:jc w:val="center"/>
              <w:rPr>
                <w:rStyle w:val="Other"/>
                <w:rFonts w:ascii="Times New Roman" w:hAnsi="Times New Roman" w:cs="Times New Roman"/>
                <w:color w:val="000000"/>
                <w:lang w:eastAsia="vi-VN"/>
              </w:rPr>
            </w:pPr>
            <w:r w:rsidRPr="006702EB">
              <w:rPr>
                <w:rFonts w:ascii="Times New Roman" w:hAnsi="Times New Roman" w:cs="Times New Roman"/>
                <w:noProof/>
                <w:color w:val="000000"/>
                <w:shd w:val="clear" w:color="auto" w:fill="auto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4DDDB13" wp14:editId="1E2A244C">
                      <wp:simplePos x="0" y="0"/>
                      <wp:positionH relativeFrom="column">
                        <wp:posOffset>575310</wp:posOffset>
                      </wp:positionH>
                      <wp:positionV relativeFrom="paragraph">
                        <wp:posOffset>20320</wp:posOffset>
                      </wp:positionV>
                      <wp:extent cx="895350" cy="0"/>
                      <wp:effectExtent l="5715" t="10795" r="13335" b="8255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953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5973222" id="Straight Connector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.3pt,1.6pt" to="115.8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BfeHAIAADU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"/>
                  </w:pict>
                </mc:Fallback>
              </mc:AlternateContent>
            </w:r>
          </w:p>
          <w:p w:rsidR="0055564C" w:rsidRPr="006702EB" w:rsidRDefault="0055564C" w:rsidP="00F618B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02EB">
              <w:rPr>
                <w:rFonts w:ascii="Times New Roman" w:hAnsi="Times New Roman" w:cs="Times New Roman"/>
                <w:sz w:val="26"/>
                <w:szCs w:val="26"/>
              </w:rPr>
              <w:t>Số: …/DS-…</w:t>
            </w:r>
          </w:p>
        </w:tc>
        <w:tc>
          <w:tcPr>
            <w:tcW w:w="6042" w:type="dxa"/>
            <w:shd w:val="clear" w:color="auto" w:fill="FFFFFF"/>
          </w:tcPr>
          <w:p w:rsidR="0055564C" w:rsidRPr="006702EB" w:rsidRDefault="0055564C" w:rsidP="00F618B4">
            <w:pPr>
              <w:pStyle w:val="Other0"/>
              <w:shd w:val="clear" w:color="auto" w:fill="auto"/>
              <w:spacing w:after="0" w:line="360" w:lineRule="auto"/>
              <w:ind w:firstLine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  <w:r w:rsidRPr="006702EB"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  <w:t xml:space="preserve">CỘNG HÒA XÃ HỘI CHỦ NGHĨA VIỆT NAM </w:t>
            </w:r>
          </w:p>
          <w:p w:rsidR="0055564C" w:rsidRPr="006702EB" w:rsidRDefault="0055564C" w:rsidP="00F618B4">
            <w:pPr>
              <w:pStyle w:val="Other0"/>
              <w:shd w:val="clear" w:color="auto" w:fill="auto"/>
              <w:spacing w:after="0" w:line="360" w:lineRule="auto"/>
              <w:ind w:firstLine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  <w:r w:rsidRPr="006702EB"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  <w:t>Độc lập - Tự do - Hạnh phúc</w:t>
            </w:r>
          </w:p>
          <w:p w:rsidR="0055564C" w:rsidRPr="006702EB" w:rsidRDefault="0055564C" w:rsidP="00F618B4">
            <w:pPr>
              <w:pStyle w:val="Other0"/>
              <w:shd w:val="clear" w:color="auto" w:fill="auto"/>
              <w:spacing w:after="0" w:line="360" w:lineRule="auto"/>
              <w:ind w:firstLine="0"/>
              <w:jc w:val="right"/>
              <w:rPr>
                <w:rStyle w:val="Other"/>
                <w:rFonts w:ascii="Times New Roman" w:hAnsi="Times New Roman" w:cs="Times New Roman"/>
                <w:i/>
                <w:iCs/>
                <w:color w:val="000000"/>
                <w:lang w:eastAsia="vi-VN"/>
              </w:rPr>
            </w:pPr>
            <w:r w:rsidRPr="006702EB">
              <w:rPr>
                <w:rFonts w:ascii="Times New Roman" w:hAnsi="Times New Roman" w:cs="Times New Roman"/>
                <w:i/>
                <w:iCs/>
                <w:noProof/>
                <w:color w:val="000000"/>
                <w:shd w:val="clear" w:color="auto" w:fill="auto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51BF3A85" wp14:editId="3034E206">
                      <wp:simplePos x="0" y="0"/>
                      <wp:positionH relativeFrom="column">
                        <wp:posOffset>897255</wp:posOffset>
                      </wp:positionH>
                      <wp:positionV relativeFrom="paragraph">
                        <wp:posOffset>6985</wp:posOffset>
                      </wp:positionV>
                      <wp:extent cx="2028825" cy="0"/>
                      <wp:effectExtent l="9525" t="6985" r="9525" b="12065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288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CCC7AC" id="Straight Connector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0.65pt,.55pt" to="230.4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"/>
                  </w:pict>
                </mc:Fallback>
              </mc:AlternateContent>
            </w:r>
          </w:p>
          <w:p w:rsidR="0055564C" w:rsidRPr="006702EB" w:rsidRDefault="0055564C" w:rsidP="00F618B4">
            <w:pPr>
              <w:pStyle w:val="Other0"/>
              <w:shd w:val="clear" w:color="auto" w:fill="auto"/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02EB">
              <w:rPr>
                <w:rStyle w:val="Other"/>
                <w:rFonts w:ascii="Times New Roman" w:hAnsi="Times New Roman" w:cs="Times New Roman"/>
                <w:i/>
                <w:iCs/>
                <w:color w:val="000000"/>
                <w:lang w:eastAsia="vi-VN"/>
              </w:rPr>
              <w:t>......,</w:t>
            </w:r>
            <w:r w:rsidRPr="006702EB">
              <w:rPr>
                <w:rStyle w:val="Other"/>
                <w:rFonts w:ascii="Times New Roman" w:hAnsi="Times New Roman" w:cs="Times New Roman"/>
                <w:i/>
                <w:iCs/>
                <w:color w:val="000000"/>
                <w:vertAlign w:val="superscript"/>
                <w:lang w:eastAsia="vi-VN"/>
              </w:rPr>
              <w:t xml:space="preserve"> </w:t>
            </w:r>
            <w:r w:rsidRPr="006702EB">
              <w:rPr>
                <w:rStyle w:val="Other"/>
                <w:rFonts w:ascii="Times New Roman" w:hAnsi="Times New Roman" w:cs="Times New Roman"/>
                <w:i/>
                <w:iCs/>
                <w:color w:val="000000"/>
                <w:lang w:eastAsia="vi-VN"/>
              </w:rPr>
              <w:t>ngày... tháng... năm...</w:t>
            </w:r>
          </w:p>
        </w:tc>
      </w:tr>
    </w:tbl>
    <w:p w:rsidR="000A3FD1" w:rsidRPr="006702EB" w:rsidRDefault="0055564C" w:rsidP="00F618B4">
      <w:pPr>
        <w:spacing w:line="360" w:lineRule="auto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6702EB">
        <w:rPr>
          <w:rFonts w:ascii="Times New Roman" w:hAnsi="Times New Roman" w:cs="Times New Roman"/>
          <w:i/>
          <w:sz w:val="26"/>
          <w:szCs w:val="26"/>
        </w:rPr>
        <w:t>…, ngày … tháng … năm 2026</w:t>
      </w:r>
    </w:p>
    <w:p w:rsidR="006702EB" w:rsidRDefault="006702EB" w:rsidP="006702EB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702EB">
        <w:rPr>
          <w:rFonts w:ascii="Times New Roman" w:hAnsi="Times New Roman" w:cs="Times New Roman"/>
          <w:b/>
          <w:sz w:val="26"/>
          <w:szCs w:val="26"/>
        </w:rPr>
        <w:t>DANH SÁCH</w:t>
      </w:r>
      <w:r w:rsidRPr="006702EB">
        <w:rPr>
          <w:rFonts w:ascii="Times New Roman" w:hAnsi="Times New Roman" w:cs="Times New Roman"/>
          <w:b/>
          <w:sz w:val="26"/>
          <w:szCs w:val="26"/>
        </w:rPr>
        <w:br/>
        <w:t>Đại biểu Hội đồng nhân dân đăng ký phát biể</w:t>
      </w:r>
      <w:r>
        <w:rPr>
          <w:rFonts w:ascii="Times New Roman" w:hAnsi="Times New Roman" w:cs="Times New Roman"/>
          <w:b/>
          <w:sz w:val="26"/>
          <w:szCs w:val="26"/>
        </w:rPr>
        <w:t xml:space="preserve">u </w:t>
      </w:r>
      <w:r w:rsidRPr="006702EB">
        <w:rPr>
          <w:rFonts w:ascii="Times New Roman" w:hAnsi="Times New Roman" w:cs="Times New Roman"/>
          <w:b/>
          <w:sz w:val="26"/>
          <w:szCs w:val="26"/>
        </w:rPr>
        <w:t xml:space="preserve">tại Kỳ họp thứ nhất </w:t>
      </w:r>
    </w:p>
    <w:p w:rsidR="006702EB" w:rsidRDefault="006702EB" w:rsidP="006702EB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702EB">
        <w:rPr>
          <w:rFonts w:ascii="Times New Roman" w:hAnsi="Times New Roman" w:cs="Times New Roman"/>
          <w:b/>
          <w:sz w:val="26"/>
          <w:szCs w:val="26"/>
        </w:rPr>
        <w:t>nhiệm kỳ 2026 – 2031</w:t>
      </w:r>
    </w:p>
    <w:p w:rsidR="006702EB" w:rsidRPr="006702EB" w:rsidRDefault="006702EB" w:rsidP="006702EB">
      <w:pPr>
        <w:spacing w:line="360" w:lineRule="auto"/>
        <w:rPr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</w:pPr>
      <w:bookmarkStart w:id="0" w:name="_GoBack"/>
      <w:bookmarkEnd w:id="0"/>
      <w:r w:rsidRPr="006702EB">
        <w:rPr>
          <w:rFonts w:ascii="Times New Roman" w:hAnsi="Times New Roman" w:cs="Times New Roman"/>
          <w:i/>
          <w:sz w:val="26"/>
          <w:szCs w:val="26"/>
        </w:rPr>
        <w:t xml:space="preserve">Căn cứ Luật Tổ chức chính quyền địa phương năm 2025 ngày </w:t>
      </w:r>
      <w:r w:rsidRPr="006702EB">
        <w:rPr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  <w:t>16/06/2025</w:t>
      </w:r>
    </w:p>
    <w:p w:rsidR="000A3FD1" w:rsidRPr="006702EB" w:rsidRDefault="006702EB" w:rsidP="006702EB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6702EB">
        <w:rPr>
          <w:rFonts w:ascii="Times New Roman" w:hAnsi="Times New Roman" w:cs="Times New Roman"/>
          <w:i/>
          <w:sz w:val="26"/>
          <w:szCs w:val="26"/>
        </w:rPr>
        <w:t>Căn cứ chương trình Kỳ họp thứ nhất HĐND ………… nhiệm kỳ 2026 – 2031;</w:t>
      </w:r>
      <w:r w:rsidRPr="006702EB">
        <w:rPr>
          <w:rFonts w:ascii="Times New Roman" w:hAnsi="Times New Roman" w:cs="Times New Roman"/>
          <w:i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....</w:t>
      </w:r>
      <w:r w:rsidRPr="006702EB">
        <w:rPr>
          <w:rFonts w:ascii="Times New Roman" w:hAnsi="Times New Roman" w:cs="Times New Roman"/>
          <w:sz w:val="26"/>
          <w:szCs w:val="26"/>
        </w:rPr>
        <w:br/>
        <w:t>Thường trực HĐND ………… tổng hợp danh sách đại biểu đăng ký phát biểu</w:t>
      </w:r>
      <w:r w:rsidRPr="006702EB">
        <w:rPr>
          <w:rFonts w:ascii="Times New Roman" w:hAnsi="Times New Roman" w:cs="Times New Roman"/>
          <w:sz w:val="26"/>
          <w:szCs w:val="26"/>
        </w:rPr>
        <w:t xml:space="preserve"> tại k</w:t>
      </w:r>
      <w:r w:rsidRPr="006702EB">
        <w:rPr>
          <w:rFonts w:ascii="Times New Roman" w:hAnsi="Times New Roman" w:cs="Times New Roman"/>
          <w:sz w:val="26"/>
          <w:szCs w:val="26"/>
        </w:rPr>
        <w:t>ỳ họp thứ nhất nhiệm kỳ</w:t>
      </w:r>
      <w:r w:rsidRPr="006702EB">
        <w:rPr>
          <w:rFonts w:ascii="Times New Roman" w:hAnsi="Times New Roman" w:cs="Times New Roman"/>
          <w:sz w:val="26"/>
          <w:szCs w:val="26"/>
        </w:rPr>
        <w:t xml:space="preserve"> 2026 – 2031</w:t>
      </w:r>
      <w:r w:rsidRPr="006702EB">
        <w:rPr>
          <w:rFonts w:ascii="Times New Roman" w:hAnsi="Times New Roman" w:cs="Times New Roman"/>
          <w:sz w:val="26"/>
          <w:szCs w:val="26"/>
        </w:rPr>
        <w:t>, cụ thể như sau:</w:t>
      </w:r>
    </w:p>
    <w:tbl>
      <w:tblPr>
        <w:tblStyle w:val="TableGrid"/>
        <w:tblW w:w="9450" w:type="dxa"/>
        <w:tblInd w:w="-185" w:type="dxa"/>
        <w:tblLayout w:type="fixed"/>
        <w:tblLook w:val="04A0" w:firstRow="1" w:lastRow="0" w:firstColumn="1" w:lastColumn="0" w:noHBand="0" w:noVBand="1"/>
      </w:tblPr>
      <w:tblGrid>
        <w:gridCol w:w="810"/>
        <w:gridCol w:w="1980"/>
        <w:gridCol w:w="1800"/>
        <w:gridCol w:w="1890"/>
        <w:gridCol w:w="1710"/>
        <w:gridCol w:w="1260"/>
      </w:tblGrid>
      <w:tr w:rsidR="006702EB" w:rsidRPr="006702EB" w:rsidTr="006702EB">
        <w:tc>
          <w:tcPr>
            <w:tcW w:w="810" w:type="dxa"/>
          </w:tcPr>
          <w:p w:rsidR="006702EB" w:rsidRPr="006702EB" w:rsidRDefault="006702EB" w:rsidP="00F618B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702EB">
              <w:rPr>
                <w:rFonts w:ascii="Times New Roman" w:hAnsi="Times New Roman" w:cs="Times New Roman"/>
                <w:b/>
                <w:sz w:val="26"/>
                <w:szCs w:val="26"/>
              </w:rPr>
              <w:t>STT</w:t>
            </w:r>
          </w:p>
        </w:tc>
        <w:tc>
          <w:tcPr>
            <w:tcW w:w="1980" w:type="dxa"/>
          </w:tcPr>
          <w:p w:rsidR="006702EB" w:rsidRPr="006702EB" w:rsidRDefault="006702EB" w:rsidP="00F618B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702EB"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800" w:type="dxa"/>
          </w:tcPr>
          <w:p w:rsidR="006702EB" w:rsidRPr="006702EB" w:rsidRDefault="006702EB" w:rsidP="00F618B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702EB">
              <w:rPr>
                <w:rFonts w:ascii="Times New Roman" w:hAnsi="Times New Roman" w:cs="Times New Roman"/>
                <w:b/>
                <w:sz w:val="26"/>
                <w:szCs w:val="26"/>
              </w:rPr>
              <w:t>Đơn vị bầu cử / Tổ đại biểu</w:t>
            </w:r>
          </w:p>
        </w:tc>
        <w:tc>
          <w:tcPr>
            <w:tcW w:w="1890" w:type="dxa"/>
          </w:tcPr>
          <w:p w:rsidR="006702EB" w:rsidRPr="006702EB" w:rsidRDefault="006702EB" w:rsidP="00F618B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702EB">
              <w:rPr>
                <w:rFonts w:ascii="Times New Roman" w:hAnsi="Times New Roman" w:cs="Times New Roman"/>
                <w:b/>
                <w:sz w:val="26"/>
                <w:szCs w:val="26"/>
              </w:rPr>
              <w:t>Nội dung đăng ký phát biểu</w:t>
            </w:r>
          </w:p>
        </w:tc>
        <w:tc>
          <w:tcPr>
            <w:tcW w:w="1710" w:type="dxa"/>
          </w:tcPr>
          <w:p w:rsidR="006702EB" w:rsidRPr="006702EB" w:rsidRDefault="006702EB" w:rsidP="00F618B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702EB">
              <w:rPr>
                <w:rFonts w:ascii="Times New Roman" w:hAnsi="Times New Roman" w:cs="Times New Roman"/>
                <w:b/>
                <w:sz w:val="26"/>
                <w:szCs w:val="26"/>
              </w:rPr>
              <w:t>Thời gian dự kiến (phút)</w:t>
            </w:r>
          </w:p>
        </w:tc>
        <w:tc>
          <w:tcPr>
            <w:tcW w:w="1260" w:type="dxa"/>
          </w:tcPr>
          <w:p w:rsidR="006702EB" w:rsidRPr="006702EB" w:rsidRDefault="006702EB" w:rsidP="00F618B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702EB">
              <w:rPr>
                <w:rFonts w:ascii="Times New Roman" w:hAnsi="Times New Roman" w:cs="Times New Roman"/>
                <w:b/>
                <w:sz w:val="26"/>
                <w:szCs w:val="26"/>
              </w:rPr>
              <w:t>Ghi chú</w:t>
            </w:r>
          </w:p>
        </w:tc>
      </w:tr>
      <w:tr w:rsidR="006702EB" w:rsidRPr="006702EB" w:rsidTr="006702EB">
        <w:tc>
          <w:tcPr>
            <w:tcW w:w="810" w:type="dxa"/>
          </w:tcPr>
          <w:p w:rsidR="006702EB" w:rsidRPr="006702EB" w:rsidRDefault="006702EB" w:rsidP="00F618B4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</w:tcPr>
          <w:p w:rsidR="006702EB" w:rsidRPr="006702EB" w:rsidRDefault="006702EB" w:rsidP="00F618B4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00" w:type="dxa"/>
          </w:tcPr>
          <w:p w:rsidR="006702EB" w:rsidRPr="006702EB" w:rsidRDefault="006702EB" w:rsidP="00F618B4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0" w:type="dxa"/>
          </w:tcPr>
          <w:p w:rsidR="006702EB" w:rsidRPr="006702EB" w:rsidRDefault="006702EB" w:rsidP="00F618B4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0" w:type="dxa"/>
          </w:tcPr>
          <w:p w:rsidR="006702EB" w:rsidRPr="006702EB" w:rsidRDefault="006702EB" w:rsidP="00F618B4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</w:tcPr>
          <w:p w:rsidR="006702EB" w:rsidRPr="006702EB" w:rsidRDefault="006702EB" w:rsidP="00F618B4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702EB" w:rsidRPr="006702EB" w:rsidTr="006702EB">
        <w:tc>
          <w:tcPr>
            <w:tcW w:w="810" w:type="dxa"/>
          </w:tcPr>
          <w:p w:rsidR="006702EB" w:rsidRPr="006702EB" w:rsidRDefault="006702EB" w:rsidP="00F618B4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</w:tcPr>
          <w:p w:rsidR="006702EB" w:rsidRPr="006702EB" w:rsidRDefault="006702EB" w:rsidP="00F618B4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00" w:type="dxa"/>
          </w:tcPr>
          <w:p w:rsidR="006702EB" w:rsidRPr="006702EB" w:rsidRDefault="006702EB" w:rsidP="00F618B4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0" w:type="dxa"/>
          </w:tcPr>
          <w:p w:rsidR="006702EB" w:rsidRPr="006702EB" w:rsidRDefault="006702EB" w:rsidP="00F618B4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0" w:type="dxa"/>
          </w:tcPr>
          <w:p w:rsidR="006702EB" w:rsidRPr="006702EB" w:rsidRDefault="006702EB" w:rsidP="00F618B4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</w:tcPr>
          <w:p w:rsidR="006702EB" w:rsidRPr="006702EB" w:rsidRDefault="006702EB" w:rsidP="00F618B4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702EB" w:rsidRPr="006702EB" w:rsidTr="006702EB">
        <w:tc>
          <w:tcPr>
            <w:tcW w:w="810" w:type="dxa"/>
          </w:tcPr>
          <w:p w:rsidR="006702EB" w:rsidRPr="006702EB" w:rsidRDefault="006702EB" w:rsidP="00F618B4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</w:tcPr>
          <w:p w:rsidR="006702EB" w:rsidRPr="006702EB" w:rsidRDefault="006702EB" w:rsidP="00F618B4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00" w:type="dxa"/>
          </w:tcPr>
          <w:p w:rsidR="006702EB" w:rsidRPr="006702EB" w:rsidRDefault="006702EB" w:rsidP="00F618B4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0" w:type="dxa"/>
          </w:tcPr>
          <w:p w:rsidR="006702EB" w:rsidRPr="006702EB" w:rsidRDefault="006702EB" w:rsidP="00F618B4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0" w:type="dxa"/>
          </w:tcPr>
          <w:p w:rsidR="006702EB" w:rsidRPr="006702EB" w:rsidRDefault="006702EB" w:rsidP="00F618B4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</w:tcPr>
          <w:p w:rsidR="006702EB" w:rsidRPr="006702EB" w:rsidRDefault="006702EB" w:rsidP="00F618B4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702EB" w:rsidRPr="006702EB" w:rsidTr="006702EB">
        <w:tc>
          <w:tcPr>
            <w:tcW w:w="810" w:type="dxa"/>
          </w:tcPr>
          <w:p w:rsidR="006702EB" w:rsidRPr="006702EB" w:rsidRDefault="006702EB" w:rsidP="00F618B4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</w:tcPr>
          <w:p w:rsidR="006702EB" w:rsidRPr="006702EB" w:rsidRDefault="006702EB" w:rsidP="00F618B4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00" w:type="dxa"/>
          </w:tcPr>
          <w:p w:rsidR="006702EB" w:rsidRPr="006702EB" w:rsidRDefault="006702EB" w:rsidP="00F618B4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0" w:type="dxa"/>
          </w:tcPr>
          <w:p w:rsidR="006702EB" w:rsidRPr="006702EB" w:rsidRDefault="006702EB" w:rsidP="00F618B4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0" w:type="dxa"/>
          </w:tcPr>
          <w:p w:rsidR="006702EB" w:rsidRPr="006702EB" w:rsidRDefault="006702EB" w:rsidP="00F618B4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</w:tcPr>
          <w:p w:rsidR="006702EB" w:rsidRPr="006702EB" w:rsidRDefault="006702EB" w:rsidP="00F618B4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702EB" w:rsidRPr="006702EB" w:rsidTr="006702EB">
        <w:tc>
          <w:tcPr>
            <w:tcW w:w="810" w:type="dxa"/>
          </w:tcPr>
          <w:p w:rsidR="006702EB" w:rsidRPr="006702EB" w:rsidRDefault="006702EB" w:rsidP="00F618B4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</w:tcPr>
          <w:p w:rsidR="006702EB" w:rsidRPr="006702EB" w:rsidRDefault="006702EB" w:rsidP="00F618B4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00" w:type="dxa"/>
          </w:tcPr>
          <w:p w:rsidR="006702EB" w:rsidRPr="006702EB" w:rsidRDefault="006702EB" w:rsidP="00F618B4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0" w:type="dxa"/>
          </w:tcPr>
          <w:p w:rsidR="006702EB" w:rsidRPr="006702EB" w:rsidRDefault="006702EB" w:rsidP="00F618B4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0" w:type="dxa"/>
          </w:tcPr>
          <w:p w:rsidR="006702EB" w:rsidRPr="006702EB" w:rsidRDefault="006702EB" w:rsidP="00F618B4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</w:tcPr>
          <w:p w:rsidR="006702EB" w:rsidRPr="006702EB" w:rsidRDefault="006702EB" w:rsidP="00F618B4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618B4" w:rsidRPr="006702EB" w:rsidRDefault="006702EB" w:rsidP="00F618B4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6702EB">
        <w:rPr>
          <w:rFonts w:ascii="Times New Roman" w:hAnsi="Times New Roman" w:cs="Times New Roman"/>
          <w:sz w:val="26"/>
          <w:szCs w:val="26"/>
        </w:rPr>
        <w:t>(Tổng số đại biểu đăng ký phát biểu: ……… người)</w:t>
      </w:r>
      <w:r w:rsidRPr="006702EB">
        <w:rPr>
          <w:rFonts w:ascii="Times New Roman" w:hAnsi="Times New Roman" w:cs="Times New Roman"/>
          <w:sz w:val="26"/>
          <w:szCs w:val="26"/>
        </w:rPr>
        <w:br/>
      </w:r>
      <w:r w:rsidRPr="006702EB">
        <w:rPr>
          <w:rFonts w:ascii="Times New Roman" w:hAnsi="Times New Roman" w:cs="Times New Roman"/>
          <w:sz w:val="26"/>
          <w:szCs w:val="26"/>
        </w:rPr>
        <w:br/>
        <w:t>Danh sách này là căn cứ để Đoàn Chủ tọa kỳ họp điều hành chương trình phát biểu, bảo đảm đúng thời gian và nội dung theo quy định.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06"/>
        <w:gridCol w:w="4334"/>
      </w:tblGrid>
      <w:tr w:rsidR="0055564C" w:rsidRPr="006702EB" w:rsidTr="00F618B4">
        <w:tc>
          <w:tcPr>
            <w:tcW w:w="4306" w:type="dxa"/>
          </w:tcPr>
          <w:p w:rsidR="0055564C" w:rsidRPr="006702EB" w:rsidRDefault="0055564C" w:rsidP="00F618B4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702EB">
              <w:rPr>
                <w:rFonts w:ascii="Times New Roman" w:hAnsi="Times New Roman" w:cs="Times New Roman"/>
                <w:b/>
                <w:sz w:val="26"/>
                <w:szCs w:val="26"/>
              </w:rPr>
              <w:t>Nơi nhận:</w:t>
            </w:r>
          </w:p>
          <w:p w:rsidR="0055564C" w:rsidRPr="006702EB" w:rsidRDefault="0055564C" w:rsidP="00F618B4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702E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 Đại biểu ….;</w:t>
            </w:r>
          </w:p>
          <w:p w:rsidR="0055564C" w:rsidRPr="006702EB" w:rsidRDefault="0055564C" w:rsidP="00F618B4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702EB">
              <w:rPr>
                <w:rFonts w:ascii="Times New Roman" w:hAnsi="Times New Roman" w:cs="Times New Roman"/>
                <w:sz w:val="26"/>
                <w:szCs w:val="26"/>
              </w:rPr>
              <w:t>- Lưu: VT</w:t>
            </w:r>
          </w:p>
        </w:tc>
        <w:tc>
          <w:tcPr>
            <w:tcW w:w="4334" w:type="dxa"/>
          </w:tcPr>
          <w:p w:rsidR="0055564C" w:rsidRPr="006702EB" w:rsidRDefault="0055564C" w:rsidP="00F618B4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6702EB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lastRenderedPageBreak/>
              <w:t>QUYỀN</w:t>
            </w:r>
            <w:r w:rsidRPr="006702EB">
              <w:rPr>
                <w:rStyle w:val="Heading20"/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vi-VN"/>
              </w:rPr>
              <w:t xml:space="preserve"> </w:t>
            </w:r>
            <w:r w:rsidRPr="006702EB">
              <w:rPr>
                <w:rStyle w:val="Heading20"/>
                <w:rFonts w:ascii="Times New Roman" w:hAnsi="Times New Roman" w:cs="Times New Roman"/>
                <w:bCs w:val="0"/>
                <w:color w:val="000000"/>
                <w:sz w:val="26"/>
                <w:szCs w:val="26"/>
                <w:lang w:eastAsia="vi-VN"/>
              </w:rPr>
              <w:t xml:space="preserve">HẠN, CHỨC VỤ CỦA </w:t>
            </w:r>
            <w:r w:rsidRPr="006702EB">
              <w:rPr>
                <w:rStyle w:val="Heading20"/>
                <w:rFonts w:ascii="Times New Roman" w:hAnsi="Times New Roman" w:cs="Times New Roman"/>
                <w:bCs w:val="0"/>
                <w:color w:val="000000"/>
                <w:sz w:val="26"/>
                <w:szCs w:val="26"/>
                <w:lang w:eastAsia="vi-VN"/>
              </w:rPr>
              <w:lastRenderedPageBreak/>
              <w:t>NGƯỜI KÝ</w:t>
            </w:r>
          </w:p>
          <w:p w:rsidR="0055564C" w:rsidRPr="006702EB" w:rsidRDefault="0055564C" w:rsidP="00F618B4">
            <w:pPr>
              <w:pStyle w:val="BodyText"/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6702EB">
              <w:rPr>
                <w:rStyle w:val="CharChar2"/>
                <w:rFonts w:ascii="Times New Roman" w:hAnsi="Times New Roman" w:cs="Times New Roman"/>
                <w:b/>
                <w:i/>
                <w:iCs/>
                <w:color w:val="000000"/>
                <w:sz w:val="26"/>
                <w:szCs w:val="26"/>
                <w:lang w:eastAsia="vi-VN"/>
              </w:rPr>
              <w:t>(Chữ ký của người có thẩm quyền,</w:t>
            </w:r>
            <w:r w:rsidRPr="006702EB">
              <w:rPr>
                <w:rStyle w:val="CharChar2"/>
                <w:rFonts w:ascii="Times New Roman" w:hAnsi="Times New Roman" w:cs="Times New Roman"/>
                <w:b/>
                <w:i/>
                <w:iCs/>
                <w:color w:val="000000"/>
                <w:sz w:val="26"/>
                <w:szCs w:val="26"/>
                <w:lang w:eastAsia="vi-VN"/>
              </w:rPr>
              <w:br/>
              <w:t>dấu/chữ ký số của cơ quan, tổ chức)</w:t>
            </w:r>
          </w:p>
          <w:p w:rsidR="0055564C" w:rsidRPr="006702EB" w:rsidRDefault="0055564C" w:rsidP="00F618B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02EB">
              <w:rPr>
                <w:rStyle w:val="Heading20"/>
                <w:rFonts w:ascii="Times New Roman" w:hAnsi="Times New Roman" w:cs="Times New Roman"/>
                <w:bCs w:val="0"/>
                <w:color w:val="000000"/>
                <w:sz w:val="26"/>
                <w:szCs w:val="26"/>
                <w:lang w:eastAsia="vi-VN"/>
              </w:rPr>
              <w:t>Họ và tên</w:t>
            </w:r>
          </w:p>
        </w:tc>
      </w:tr>
    </w:tbl>
    <w:p w:rsidR="000A3FD1" w:rsidRPr="006702EB" w:rsidRDefault="000A3FD1" w:rsidP="00F618B4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sectPr w:rsidR="000A3FD1" w:rsidRPr="006702E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A3FD1"/>
    <w:rsid w:val="0015074B"/>
    <w:rsid w:val="00224A95"/>
    <w:rsid w:val="0029639D"/>
    <w:rsid w:val="00326F90"/>
    <w:rsid w:val="004B229C"/>
    <w:rsid w:val="0055564C"/>
    <w:rsid w:val="006702EB"/>
    <w:rsid w:val="00AA1D8D"/>
    <w:rsid w:val="00B47730"/>
    <w:rsid w:val="00CB0664"/>
    <w:rsid w:val="00D3733B"/>
    <w:rsid w:val="00F618B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78B24929-5A45-4F8A-8C70-6603EBB18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Other">
    <w:name w:val="Other_"/>
    <w:link w:val="Other0"/>
    <w:rsid w:val="0055564C"/>
    <w:rPr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rsid w:val="0055564C"/>
    <w:pPr>
      <w:widowControl w:val="0"/>
      <w:shd w:val="clear" w:color="auto" w:fill="FFFFFF"/>
      <w:spacing w:line="262" w:lineRule="auto"/>
      <w:ind w:firstLine="400"/>
    </w:pPr>
    <w:rPr>
      <w:sz w:val="26"/>
      <w:szCs w:val="26"/>
      <w:shd w:val="clear" w:color="auto" w:fill="FFFFFF"/>
    </w:rPr>
  </w:style>
  <w:style w:type="character" w:customStyle="1" w:styleId="CharChar2">
    <w:name w:val="Char Char2"/>
    <w:rsid w:val="0055564C"/>
    <w:rPr>
      <w:lang w:val="en-US" w:eastAsia="en-US" w:bidi="ar-SA"/>
    </w:rPr>
  </w:style>
  <w:style w:type="character" w:customStyle="1" w:styleId="Heading20">
    <w:name w:val="Heading #2_"/>
    <w:link w:val="Heading21"/>
    <w:locked/>
    <w:rsid w:val="0055564C"/>
    <w:rPr>
      <w:b/>
      <w:bCs/>
      <w:shd w:val="clear" w:color="auto" w:fill="FFFFFF"/>
    </w:rPr>
  </w:style>
  <w:style w:type="paragraph" w:customStyle="1" w:styleId="Heading21">
    <w:name w:val="Heading #21"/>
    <w:basedOn w:val="Normal"/>
    <w:link w:val="Heading20"/>
    <w:rsid w:val="0055564C"/>
    <w:pPr>
      <w:widowControl w:val="0"/>
      <w:shd w:val="clear" w:color="auto" w:fill="FFFFFF"/>
      <w:spacing w:after="0" w:line="379" w:lineRule="exact"/>
      <w:jc w:val="both"/>
      <w:outlineLvl w:val="1"/>
    </w:pPr>
    <w:rPr>
      <w:b/>
      <w:bCs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F9A7BE9-A914-4379-B6CA-B68E1F1A0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1008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TienDat</cp:lastModifiedBy>
  <cp:revision>2</cp:revision>
  <dcterms:created xsi:type="dcterms:W3CDTF">2026-03-23T10:30:00Z</dcterms:created>
  <dcterms:modified xsi:type="dcterms:W3CDTF">2026-03-23T10:30:00Z</dcterms:modified>
  <cp:category/>
</cp:coreProperties>
</file>