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6042"/>
      </w:tblGrid>
      <w:tr w:rsidR="0055564C" w:rsidRPr="0055564C" w:rsidTr="00F14B4F">
        <w:trPr>
          <w:jc w:val="center"/>
        </w:trPr>
        <w:tc>
          <w:tcPr>
            <w:tcW w:w="3489" w:type="dxa"/>
            <w:shd w:val="clear" w:color="auto" w:fill="FFFFFF"/>
          </w:tcPr>
          <w:p w:rsidR="0055564C" w:rsidRPr="0055564C" w:rsidRDefault="0055564C" w:rsidP="00F14B4F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564C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>TÊN CQ, TC CHỦ QUẢN</w:t>
            </w:r>
          </w:p>
          <w:p w:rsidR="0055564C" w:rsidRPr="0055564C" w:rsidRDefault="0055564C" w:rsidP="00F14B4F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55564C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CƠ QUAN, TỔ CHỨC</w:t>
            </w:r>
          </w:p>
          <w:p w:rsidR="0055564C" w:rsidRPr="0055564C" w:rsidRDefault="0055564C" w:rsidP="00F14B4F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55564C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DDDB13" wp14:editId="1E2A244C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20320</wp:posOffset>
                      </wp:positionV>
                      <wp:extent cx="895350" cy="0"/>
                      <wp:effectExtent l="5715" t="10795" r="13335" b="825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8EC870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pt,1.6pt" to="115.8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BfeHAIAADU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"/>
                  </w:pict>
                </mc:Fallback>
              </mc:AlternateContent>
            </w:r>
          </w:p>
          <w:p w:rsidR="0055564C" w:rsidRPr="0055564C" w:rsidRDefault="0055564C" w:rsidP="00F14B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sz w:val="26"/>
                <w:szCs w:val="26"/>
              </w:rPr>
              <w:t>Số: …/DS-…</w:t>
            </w:r>
          </w:p>
        </w:tc>
        <w:tc>
          <w:tcPr>
            <w:tcW w:w="6042" w:type="dxa"/>
            <w:shd w:val="clear" w:color="auto" w:fill="FFFFFF"/>
          </w:tcPr>
          <w:p w:rsidR="0055564C" w:rsidRPr="0055564C" w:rsidRDefault="0055564C" w:rsidP="00F14B4F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55564C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55564C" w:rsidRPr="0055564C" w:rsidRDefault="0055564C" w:rsidP="00F14B4F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55564C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55564C" w:rsidRPr="0055564C" w:rsidRDefault="0055564C" w:rsidP="00F14B4F">
            <w:pPr>
              <w:pStyle w:val="Other0"/>
              <w:shd w:val="clear" w:color="auto" w:fill="auto"/>
              <w:spacing w:after="0" w:line="240" w:lineRule="auto"/>
              <w:ind w:firstLine="0"/>
              <w:jc w:val="right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55564C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1BF3A85" wp14:editId="3034E206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6985</wp:posOffset>
                      </wp:positionV>
                      <wp:extent cx="2028825" cy="0"/>
                      <wp:effectExtent l="9525" t="6985" r="9525" b="1206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3F3908" id="Straight Connector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.55pt" to="230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"/>
                  </w:pict>
                </mc:Fallback>
              </mc:AlternateContent>
            </w:r>
          </w:p>
          <w:p w:rsidR="0055564C" w:rsidRPr="0055564C" w:rsidRDefault="0055564C" w:rsidP="00F14B4F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564C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......,</w:t>
            </w:r>
            <w:r w:rsidRPr="0055564C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55564C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55564C" w:rsidRPr="0055564C" w:rsidRDefault="0055564C" w:rsidP="0055564C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55564C">
        <w:rPr>
          <w:rFonts w:ascii="Times New Roman" w:hAnsi="Times New Roman" w:cs="Times New Roman"/>
          <w:i/>
          <w:sz w:val="26"/>
          <w:szCs w:val="26"/>
        </w:rPr>
        <w:t>…, ngày … tháng … năm 2026</w:t>
      </w:r>
    </w:p>
    <w:p w:rsidR="000A3FD1" w:rsidRPr="0055564C" w:rsidRDefault="000A3F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A3FD1" w:rsidRPr="0055564C" w:rsidRDefault="00D3733B">
      <w:pPr>
        <w:jc w:val="center"/>
        <w:rPr>
          <w:rFonts w:ascii="Times New Roman" w:hAnsi="Times New Roman" w:cs="Times New Roman"/>
          <w:sz w:val="26"/>
          <w:szCs w:val="26"/>
        </w:rPr>
      </w:pPr>
      <w:r w:rsidRPr="0055564C">
        <w:rPr>
          <w:rFonts w:ascii="Times New Roman" w:hAnsi="Times New Roman" w:cs="Times New Roman"/>
          <w:b/>
          <w:sz w:val="26"/>
          <w:szCs w:val="26"/>
        </w:rPr>
        <w:t>DANH SÁCH NGƯ</w:t>
      </w:r>
      <w:r w:rsidRPr="0055564C">
        <w:rPr>
          <w:rFonts w:ascii="Times New Roman" w:hAnsi="Times New Roman" w:cs="Times New Roman"/>
          <w:b/>
          <w:sz w:val="26"/>
          <w:szCs w:val="26"/>
        </w:rPr>
        <w:t>Ờ</w:t>
      </w:r>
      <w:r w:rsidRPr="0055564C">
        <w:rPr>
          <w:rFonts w:ascii="Times New Roman" w:hAnsi="Times New Roman" w:cs="Times New Roman"/>
          <w:b/>
          <w:sz w:val="26"/>
          <w:szCs w:val="26"/>
        </w:rPr>
        <w:t xml:space="preserve">I </w:t>
      </w:r>
      <w:r w:rsidRPr="0055564C">
        <w:rPr>
          <w:rFonts w:ascii="Times New Roman" w:hAnsi="Times New Roman" w:cs="Times New Roman"/>
          <w:b/>
          <w:sz w:val="26"/>
          <w:szCs w:val="26"/>
        </w:rPr>
        <w:t>Ứ</w:t>
      </w:r>
      <w:r w:rsidRPr="0055564C">
        <w:rPr>
          <w:rFonts w:ascii="Times New Roman" w:hAnsi="Times New Roman" w:cs="Times New Roman"/>
          <w:b/>
          <w:sz w:val="26"/>
          <w:szCs w:val="26"/>
        </w:rPr>
        <w:t>NG C</w:t>
      </w:r>
      <w:r w:rsidRPr="0055564C">
        <w:rPr>
          <w:rFonts w:ascii="Times New Roman" w:hAnsi="Times New Roman" w:cs="Times New Roman"/>
          <w:b/>
          <w:sz w:val="26"/>
          <w:szCs w:val="26"/>
        </w:rPr>
        <w:t>Ử</w:t>
      </w:r>
    </w:p>
    <w:p w:rsidR="000A3FD1" w:rsidRPr="0055564C" w:rsidRDefault="0055564C">
      <w:pPr>
        <w:jc w:val="center"/>
        <w:rPr>
          <w:rFonts w:ascii="Times New Roman" w:hAnsi="Times New Roman" w:cs="Times New Roman"/>
          <w:sz w:val="26"/>
          <w:szCs w:val="26"/>
        </w:rPr>
      </w:pPr>
      <w:r w:rsidRPr="0055564C">
        <w:rPr>
          <w:rFonts w:ascii="Times New Roman" w:hAnsi="Times New Roman" w:cs="Times New Roman"/>
          <w:b/>
          <w:sz w:val="26"/>
          <w:szCs w:val="26"/>
        </w:rPr>
        <w:t>Các chức danh do Hội đồng nhân dân bầu tại kỳ họp thứ nhất</w:t>
      </w:r>
      <w:r w:rsidRPr="0055564C">
        <w:rPr>
          <w:rFonts w:ascii="Times New Roman" w:hAnsi="Times New Roman" w:cs="Times New Roman"/>
          <w:b/>
          <w:sz w:val="26"/>
          <w:szCs w:val="26"/>
        </w:rPr>
        <w:br/>
        <w:t>nhiệm kỳ</w:t>
      </w:r>
      <w:r w:rsidR="00D3733B" w:rsidRPr="0055564C">
        <w:rPr>
          <w:rFonts w:ascii="Times New Roman" w:hAnsi="Times New Roman" w:cs="Times New Roman"/>
          <w:b/>
          <w:sz w:val="26"/>
          <w:szCs w:val="26"/>
        </w:rPr>
        <w:t xml:space="preserve"> 2026 - 2</w:t>
      </w:r>
      <w:bookmarkStart w:id="0" w:name="_GoBack"/>
      <w:bookmarkEnd w:id="0"/>
      <w:r w:rsidR="00D3733B" w:rsidRPr="0055564C">
        <w:rPr>
          <w:rFonts w:ascii="Times New Roman" w:hAnsi="Times New Roman" w:cs="Times New Roman"/>
          <w:b/>
          <w:sz w:val="26"/>
          <w:szCs w:val="26"/>
        </w:rPr>
        <w:t>031</w:t>
      </w:r>
    </w:p>
    <w:p w:rsidR="000A3FD1" w:rsidRPr="0055564C" w:rsidRDefault="000A3FD1">
      <w:pPr>
        <w:rPr>
          <w:rFonts w:ascii="Times New Roman" w:hAnsi="Times New Roman" w:cs="Times New Roman"/>
          <w:sz w:val="26"/>
          <w:szCs w:val="26"/>
        </w:rPr>
      </w:pPr>
    </w:p>
    <w:p w:rsidR="0055564C" w:rsidRPr="0055564C" w:rsidRDefault="0055564C" w:rsidP="0055564C">
      <w:pPr>
        <w:spacing w:line="360" w:lineRule="auto"/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</w:pPr>
      <w:r w:rsidRPr="0055564C">
        <w:rPr>
          <w:rFonts w:ascii="Times New Roman" w:hAnsi="Times New Roman" w:cs="Times New Roman"/>
          <w:i/>
          <w:sz w:val="26"/>
          <w:szCs w:val="26"/>
        </w:rPr>
        <w:t xml:space="preserve">Căn cứ Luật Tổ chức chính quyền địa phương năm 2025 ngày </w:t>
      </w:r>
      <w:r w:rsidRPr="0055564C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16/06/2025</w:t>
      </w:r>
    </w:p>
    <w:p w:rsidR="0055564C" w:rsidRPr="0055564C" w:rsidRDefault="0055564C">
      <w:pPr>
        <w:rPr>
          <w:rFonts w:ascii="Times New Roman" w:hAnsi="Times New Roman" w:cs="Times New Roman"/>
          <w:sz w:val="26"/>
          <w:szCs w:val="26"/>
        </w:rPr>
      </w:pPr>
      <w:r w:rsidRPr="0055564C">
        <w:rPr>
          <w:rFonts w:ascii="Times New Roman" w:hAnsi="Times New Roman" w:cs="Times New Roman"/>
          <w:sz w:val="26"/>
          <w:szCs w:val="26"/>
        </w:rPr>
        <w:t>....</w:t>
      </w:r>
    </w:p>
    <w:p w:rsidR="000A3FD1" w:rsidRPr="0055564C" w:rsidRDefault="00D3733B">
      <w:pPr>
        <w:rPr>
          <w:rFonts w:ascii="Times New Roman" w:hAnsi="Times New Roman" w:cs="Times New Roman"/>
          <w:sz w:val="26"/>
          <w:szCs w:val="26"/>
        </w:rPr>
      </w:pPr>
      <w:r w:rsidRPr="0055564C">
        <w:rPr>
          <w:rFonts w:ascii="Times New Roman" w:hAnsi="Times New Roman" w:cs="Times New Roman"/>
          <w:sz w:val="26"/>
          <w:szCs w:val="26"/>
        </w:rPr>
        <w:t>H</w:t>
      </w:r>
      <w:r w:rsidRPr="0055564C">
        <w:rPr>
          <w:rFonts w:ascii="Times New Roman" w:hAnsi="Times New Roman" w:cs="Times New Roman"/>
          <w:sz w:val="26"/>
          <w:szCs w:val="26"/>
        </w:rPr>
        <w:t>ộ</w:t>
      </w:r>
      <w:r w:rsidRPr="0055564C">
        <w:rPr>
          <w:rFonts w:ascii="Times New Roman" w:hAnsi="Times New Roman" w:cs="Times New Roman"/>
          <w:sz w:val="26"/>
          <w:szCs w:val="26"/>
        </w:rPr>
        <w:t>i đ</w:t>
      </w:r>
      <w:r w:rsidRPr="0055564C">
        <w:rPr>
          <w:rFonts w:ascii="Times New Roman" w:hAnsi="Times New Roman" w:cs="Times New Roman"/>
          <w:sz w:val="26"/>
          <w:szCs w:val="26"/>
        </w:rPr>
        <w:t>ồ</w:t>
      </w:r>
      <w:r w:rsidRPr="0055564C">
        <w:rPr>
          <w:rFonts w:ascii="Times New Roman" w:hAnsi="Times New Roman" w:cs="Times New Roman"/>
          <w:sz w:val="26"/>
          <w:szCs w:val="26"/>
        </w:rPr>
        <w:t>ng nhân dân ............ l</w:t>
      </w:r>
      <w:r w:rsidRPr="0055564C">
        <w:rPr>
          <w:rFonts w:ascii="Times New Roman" w:hAnsi="Times New Roman" w:cs="Times New Roman"/>
          <w:sz w:val="26"/>
          <w:szCs w:val="26"/>
        </w:rPr>
        <w:t>ậ</w:t>
      </w:r>
      <w:r w:rsidRPr="0055564C">
        <w:rPr>
          <w:rFonts w:ascii="Times New Roman" w:hAnsi="Times New Roman" w:cs="Times New Roman"/>
          <w:sz w:val="26"/>
          <w:szCs w:val="26"/>
        </w:rPr>
        <w:t xml:space="preserve">p danh </w:t>
      </w:r>
      <w:r w:rsidRPr="0055564C">
        <w:rPr>
          <w:rFonts w:ascii="Times New Roman" w:hAnsi="Times New Roman" w:cs="Times New Roman"/>
          <w:sz w:val="26"/>
          <w:szCs w:val="26"/>
        </w:rPr>
        <w:t>sách ngư</w:t>
      </w:r>
      <w:r w:rsidRPr="0055564C">
        <w:rPr>
          <w:rFonts w:ascii="Times New Roman" w:hAnsi="Times New Roman" w:cs="Times New Roman"/>
          <w:sz w:val="26"/>
          <w:szCs w:val="26"/>
        </w:rPr>
        <w:t>ờ</w:t>
      </w:r>
      <w:r w:rsidRPr="0055564C">
        <w:rPr>
          <w:rFonts w:ascii="Times New Roman" w:hAnsi="Times New Roman" w:cs="Times New Roman"/>
          <w:sz w:val="26"/>
          <w:szCs w:val="26"/>
        </w:rPr>
        <w:t xml:space="preserve">i </w:t>
      </w:r>
      <w:r w:rsidRPr="0055564C">
        <w:rPr>
          <w:rFonts w:ascii="Times New Roman" w:hAnsi="Times New Roman" w:cs="Times New Roman"/>
          <w:sz w:val="26"/>
          <w:szCs w:val="26"/>
        </w:rPr>
        <w:t>ứ</w:t>
      </w:r>
      <w:r w:rsidRPr="0055564C">
        <w:rPr>
          <w:rFonts w:ascii="Times New Roman" w:hAnsi="Times New Roman" w:cs="Times New Roman"/>
          <w:sz w:val="26"/>
          <w:szCs w:val="26"/>
        </w:rPr>
        <w:t>ng c</w:t>
      </w:r>
      <w:r w:rsidRPr="0055564C">
        <w:rPr>
          <w:rFonts w:ascii="Times New Roman" w:hAnsi="Times New Roman" w:cs="Times New Roman"/>
          <w:sz w:val="26"/>
          <w:szCs w:val="26"/>
        </w:rPr>
        <w:t>ử</w:t>
      </w:r>
      <w:r w:rsidRPr="0055564C">
        <w:rPr>
          <w:rFonts w:ascii="Times New Roman" w:hAnsi="Times New Roman" w:cs="Times New Roman"/>
          <w:sz w:val="26"/>
          <w:szCs w:val="26"/>
        </w:rPr>
        <w:t xml:space="preserve"> các ch</w:t>
      </w:r>
      <w:r w:rsidRPr="0055564C">
        <w:rPr>
          <w:rFonts w:ascii="Times New Roman" w:hAnsi="Times New Roman" w:cs="Times New Roman"/>
          <w:sz w:val="26"/>
          <w:szCs w:val="26"/>
        </w:rPr>
        <w:t>ứ</w:t>
      </w:r>
      <w:r w:rsidRPr="0055564C">
        <w:rPr>
          <w:rFonts w:ascii="Times New Roman" w:hAnsi="Times New Roman" w:cs="Times New Roman"/>
          <w:sz w:val="26"/>
          <w:szCs w:val="26"/>
        </w:rPr>
        <w:t>c danh do HĐND b</w:t>
      </w:r>
      <w:r w:rsidRPr="0055564C">
        <w:rPr>
          <w:rFonts w:ascii="Times New Roman" w:hAnsi="Times New Roman" w:cs="Times New Roman"/>
          <w:sz w:val="26"/>
          <w:szCs w:val="26"/>
        </w:rPr>
        <w:t>ầ</w:t>
      </w:r>
      <w:r w:rsidRPr="0055564C">
        <w:rPr>
          <w:rFonts w:ascii="Times New Roman" w:hAnsi="Times New Roman" w:cs="Times New Roman"/>
          <w:sz w:val="26"/>
          <w:szCs w:val="26"/>
        </w:rPr>
        <w:t>u như sau: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940"/>
        <w:gridCol w:w="1616"/>
        <w:gridCol w:w="1330"/>
        <w:gridCol w:w="2260"/>
        <w:gridCol w:w="1794"/>
      </w:tblGrid>
      <w:tr w:rsidR="000A3FD1" w:rsidRPr="0055564C" w:rsidTr="0055564C">
        <w:tc>
          <w:tcPr>
            <w:tcW w:w="708" w:type="dxa"/>
          </w:tcPr>
          <w:p w:rsidR="000A3FD1" w:rsidRPr="0055564C" w:rsidRDefault="00D3733B" w:rsidP="0055564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1940" w:type="dxa"/>
          </w:tcPr>
          <w:p w:rsidR="000A3FD1" w:rsidRPr="0055564C" w:rsidRDefault="00D3733B" w:rsidP="0055564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H</w:t>
            </w: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ọ</w:t>
            </w: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và tên</w:t>
            </w:r>
          </w:p>
        </w:tc>
        <w:tc>
          <w:tcPr>
            <w:tcW w:w="1616" w:type="dxa"/>
          </w:tcPr>
          <w:p w:rsidR="000A3FD1" w:rsidRPr="0055564C" w:rsidRDefault="00D3733B" w:rsidP="0055564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Ngày, tháng, năm sinh</w:t>
            </w:r>
          </w:p>
        </w:tc>
        <w:tc>
          <w:tcPr>
            <w:tcW w:w="1330" w:type="dxa"/>
          </w:tcPr>
          <w:p w:rsidR="000A3FD1" w:rsidRPr="0055564C" w:rsidRDefault="00D3733B" w:rsidP="0055564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Quê quán</w:t>
            </w:r>
          </w:p>
        </w:tc>
        <w:tc>
          <w:tcPr>
            <w:tcW w:w="2260" w:type="dxa"/>
          </w:tcPr>
          <w:p w:rsidR="000A3FD1" w:rsidRPr="0055564C" w:rsidRDefault="00D3733B" w:rsidP="0055564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Trình đ</w:t>
            </w: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ộ</w:t>
            </w: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chuyên môn</w:t>
            </w:r>
          </w:p>
        </w:tc>
        <w:tc>
          <w:tcPr>
            <w:tcW w:w="1794" w:type="dxa"/>
          </w:tcPr>
          <w:p w:rsidR="000A3FD1" w:rsidRPr="0055564C" w:rsidRDefault="00D3733B" w:rsidP="0055564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Ch</w:t>
            </w: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ứ</w:t>
            </w: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c danh </w:t>
            </w: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ứ</w:t>
            </w: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ng c</w:t>
            </w: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ử</w:t>
            </w:r>
          </w:p>
        </w:tc>
      </w:tr>
      <w:tr w:rsidR="0055564C" w:rsidRPr="0055564C" w:rsidTr="0055564C">
        <w:tc>
          <w:tcPr>
            <w:tcW w:w="708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4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6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564C" w:rsidRPr="0055564C" w:rsidTr="0055564C">
        <w:tc>
          <w:tcPr>
            <w:tcW w:w="708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4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6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564C" w:rsidRPr="0055564C" w:rsidTr="0055564C">
        <w:tc>
          <w:tcPr>
            <w:tcW w:w="708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4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6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564C" w:rsidRPr="0055564C" w:rsidTr="0055564C">
        <w:tc>
          <w:tcPr>
            <w:tcW w:w="708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6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564C" w:rsidRPr="0055564C" w:rsidTr="0055564C">
        <w:tc>
          <w:tcPr>
            <w:tcW w:w="708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6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564C" w:rsidRPr="0055564C" w:rsidTr="0055564C">
        <w:tc>
          <w:tcPr>
            <w:tcW w:w="708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6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0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</w:tcPr>
          <w:p w:rsidR="0055564C" w:rsidRPr="0055564C" w:rsidRDefault="005556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A3FD1" w:rsidRPr="0055564C" w:rsidRDefault="000A3FD1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8"/>
        <w:gridCol w:w="4438"/>
      </w:tblGrid>
      <w:tr w:rsidR="0055564C" w:rsidRPr="0055564C" w:rsidTr="00F14B4F">
        <w:tc>
          <w:tcPr>
            <w:tcW w:w="4675" w:type="dxa"/>
          </w:tcPr>
          <w:p w:rsidR="0055564C" w:rsidRPr="0055564C" w:rsidRDefault="0055564C" w:rsidP="00F14B4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b/>
                <w:sz w:val="26"/>
                <w:szCs w:val="26"/>
              </w:rPr>
              <w:t>Nơi nhận:</w:t>
            </w:r>
          </w:p>
          <w:p w:rsidR="0055564C" w:rsidRPr="0055564C" w:rsidRDefault="0055564C" w:rsidP="00F14B4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sz w:val="26"/>
                <w:szCs w:val="26"/>
              </w:rPr>
              <w:t>- Đại biểu ….;</w:t>
            </w:r>
          </w:p>
          <w:p w:rsidR="0055564C" w:rsidRPr="0055564C" w:rsidRDefault="0055564C" w:rsidP="00F14B4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Lưu: VT</w:t>
            </w:r>
          </w:p>
        </w:tc>
        <w:tc>
          <w:tcPr>
            <w:tcW w:w="4675" w:type="dxa"/>
          </w:tcPr>
          <w:p w:rsidR="0055564C" w:rsidRPr="0055564C" w:rsidRDefault="0055564C" w:rsidP="00F14B4F">
            <w:pPr>
              <w:widowControl w:val="0"/>
              <w:spacing w:line="39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55564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QUYỀN</w:t>
            </w:r>
            <w:r w:rsidRPr="0055564C">
              <w:rPr>
                <w:rStyle w:val="Heading20"/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55564C">
              <w:rPr>
                <w:rStyle w:val="Heading20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t>HẠN, CHỨC VỤ CỦA NGƯỜI KÝ</w:t>
            </w:r>
          </w:p>
          <w:p w:rsidR="0055564C" w:rsidRPr="0055564C" w:rsidRDefault="0055564C" w:rsidP="00F14B4F">
            <w:pPr>
              <w:pStyle w:val="BodyText"/>
              <w:widowControl w:val="0"/>
              <w:spacing w:line="39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55564C">
              <w:rPr>
                <w:rStyle w:val="CharChar2"/>
                <w:rFonts w:ascii="Times New Roman" w:hAnsi="Times New Roman" w:cs="Times New Roman"/>
                <w:b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55564C">
              <w:rPr>
                <w:rStyle w:val="CharChar2"/>
                <w:rFonts w:ascii="Times New Roman" w:hAnsi="Times New Roman" w:cs="Times New Roman"/>
                <w:b/>
                <w:i/>
                <w:iCs/>
                <w:color w:val="000000"/>
                <w:sz w:val="26"/>
                <w:szCs w:val="26"/>
                <w:lang w:eastAsia="vi-VN"/>
              </w:rPr>
              <w:br/>
            </w:r>
            <w:r w:rsidRPr="0055564C">
              <w:rPr>
                <w:rStyle w:val="CharChar2"/>
                <w:rFonts w:ascii="Times New Roman" w:hAnsi="Times New Roman" w:cs="Times New Roman"/>
                <w:b/>
                <w:i/>
                <w:iCs/>
                <w:color w:val="000000"/>
                <w:sz w:val="26"/>
                <w:szCs w:val="26"/>
                <w:lang w:eastAsia="vi-VN"/>
              </w:rPr>
              <w:lastRenderedPageBreak/>
              <w:t>dấu/chữ ký số của cơ quan, tổ chức)</w:t>
            </w:r>
          </w:p>
          <w:p w:rsidR="0055564C" w:rsidRPr="0055564C" w:rsidRDefault="0055564C" w:rsidP="00F14B4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564C">
              <w:rPr>
                <w:rStyle w:val="Heading20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 w:rsidR="000A3FD1" w:rsidRPr="0055564C" w:rsidRDefault="000A3FD1" w:rsidP="0055564C">
      <w:pPr>
        <w:rPr>
          <w:rFonts w:ascii="Times New Roman" w:hAnsi="Times New Roman" w:cs="Times New Roman"/>
          <w:sz w:val="26"/>
          <w:szCs w:val="26"/>
        </w:rPr>
      </w:pPr>
    </w:p>
    <w:sectPr w:rsidR="000A3FD1" w:rsidRPr="0055564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3FD1"/>
    <w:rsid w:val="0015074B"/>
    <w:rsid w:val="0029639D"/>
    <w:rsid w:val="00326F90"/>
    <w:rsid w:val="0055564C"/>
    <w:rsid w:val="00AA1D8D"/>
    <w:rsid w:val="00B47730"/>
    <w:rsid w:val="00CB0664"/>
    <w:rsid w:val="00D373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8B24929-5A45-4F8A-8C70-6603EBB1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Other">
    <w:name w:val="Other_"/>
    <w:link w:val="Other0"/>
    <w:rsid w:val="0055564C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55564C"/>
    <w:pPr>
      <w:widowControl w:val="0"/>
      <w:shd w:val="clear" w:color="auto" w:fill="FFFFFF"/>
      <w:spacing w:line="262" w:lineRule="auto"/>
      <w:ind w:firstLine="400"/>
    </w:pPr>
    <w:rPr>
      <w:sz w:val="26"/>
      <w:szCs w:val="26"/>
      <w:shd w:val="clear" w:color="auto" w:fill="FFFFFF"/>
    </w:rPr>
  </w:style>
  <w:style w:type="character" w:customStyle="1" w:styleId="CharChar2">
    <w:name w:val="Char Char2"/>
    <w:rsid w:val="0055564C"/>
    <w:rPr>
      <w:lang w:val="en-US" w:eastAsia="en-US" w:bidi="ar-SA"/>
    </w:rPr>
  </w:style>
  <w:style w:type="character" w:customStyle="1" w:styleId="Heading20">
    <w:name w:val="Heading #2_"/>
    <w:link w:val="Heading21"/>
    <w:locked/>
    <w:rsid w:val="0055564C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0"/>
    <w:rsid w:val="0055564C"/>
    <w:pPr>
      <w:widowControl w:val="0"/>
      <w:shd w:val="clear" w:color="auto" w:fill="FFFFFF"/>
      <w:spacing w:after="0" w:line="379" w:lineRule="exact"/>
      <w:jc w:val="both"/>
      <w:outlineLvl w:val="1"/>
    </w:pPr>
    <w:rPr>
      <w:b/>
      <w:bCs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19DE47-A679-4BD3-AA60-ECB57E8EE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TienDat</cp:lastModifiedBy>
  <cp:revision>2</cp:revision>
  <dcterms:created xsi:type="dcterms:W3CDTF">2026-03-23T09:43:00Z</dcterms:created>
  <dcterms:modified xsi:type="dcterms:W3CDTF">2026-03-23T09:43:00Z</dcterms:modified>
  <cp:category/>
</cp:coreProperties>
</file>