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5670"/>
      </w:tblGrid>
      <w:tr w:rsidR="003F054A" w:rsidRPr="003F054A" w14:paraId="485BB9E2" w14:textId="77777777" w:rsidTr="00652AE8">
        <w:tc>
          <w:tcPr>
            <w:tcW w:w="3510" w:type="dxa"/>
          </w:tcPr>
          <w:p w14:paraId="0DF2AE56" w14:textId="4AD7FF11" w:rsidR="003F054A" w:rsidRPr="003F054A" w:rsidRDefault="003F054A" w:rsidP="003F0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t>…………</w:t>
            </w:r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 xml:space="preserve">Số: </w:t>
            </w:r>
            <w:proofErr w:type="gramStart"/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t>…..</w:t>
            </w:r>
            <w:proofErr w:type="gramEnd"/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t>/BC-………</w:t>
            </w:r>
          </w:p>
          <w:p w14:paraId="19503182" w14:textId="3216C30E" w:rsidR="003F054A" w:rsidRPr="003F054A" w:rsidRDefault="003F054A" w:rsidP="00652A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670" w:type="dxa"/>
          </w:tcPr>
          <w:p w14:paraId="34880A50" w14:textId="77777777" w:rsidR="003F054A" w:rsidRPr="003F054A" w:rsidRDefault="003F054A" w:rsidP="00652AE8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Độc lập – Tự do – Hạnh phúc</w:t>
            </w:r>
          </w:p>
          <w:p w14:paraId="620080D8" w14:textId="77777777" w:rsidR="003F054A" w:rsidRPr="003F054A" w:rsidRDefault="003F054A" w:rsidP="00652AE8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14:paraId="01F6DDA9" w14:textId="77777777" w:rsidR="003F054A" w:rsidRPr="003F054A" w:rsidRDefault="003F054A" w:rsidP="003F054A">
      <w:pPr>
        <w:jc w:val="right"/>
        <w:rPr>
          <w:rFonts w:ascii="Times New Roman" w:hAnsi="Times New Roman" w:cs="Times New Roman"/>
          <w:i/>
          <w:iCs/>
          <w:sz w:val="26"/>
          <w:szCs w:val="26"/>
        </w:rPr>
      </w:pPr>
      <w:r w:rsidRPr="003F054A">
        <w:rPr>
          <w:rFonts w:ascii="Times New Roman" w:hAnsi="Times New Roman" w:cs="Times New Roman"/>
          <w:i/>
          <w:iCs/>
          <w:sz w:val="26"/>
          <w:szCs w:val="26"/>
        </w:rPr>
        <w:t>…, ngày … tháng … năm 2026</w:t>
      </w:r>
    </w:p>
    <w:p w14:paraId="0419C8EB" w14:textId="17F0EC96" w:rsidR="00881374" w:rsidRPr="003F054A" w:rsidRDefault="00000000" w:rsidP="003F054A">
      <w:pPr>
        <w:jc w:val="center"/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sz w:val="26"/>
          <w:szCs w:val="26"/>
        </w:rPr>
        <w:t>BÁO CÁO</w:t>
      </w:r>
      <w:r w:rsidRPr="003F054A">
        <w:rPr>
          <w:rFonts w:ascii="Times New Roman" w:hAnsi="Times New Roman" w:cs="Times New Roman"/>
          <w:b/>
          <w:sz w:val="26"/>
          <w:szCs w:val="26"/>
        </w:rPr>
        <w:br/>
        <w:t>Kết quả tổ chức Ngày Quốc tế Thiếu nhi 01/</w:t>
      </w:r>
      <w:r w:rsidR="003F054A" w:rsidRPr="003F054A">
        <w:rPr>
          <w:rFonts w:ascii="Times New Roman" w:hAnsi="Times New Roman" w:cs="Times New Roman"/>
          <w:b/>
          <w:sz w:val="26"/>
          <w:szCs w:val="26"/>
        </w:rPr>
        <w:t>06/</w:t>
      </w:r>
      <w:r w:rsidRPr="003F054A">
        <w:rPr>
          <w:rFonts w:ascii="Times New Roman" w:hAnsi="Times New Roman" w:cs="Times New Roman"/>
          <w:b/>
          <w:sz w:val="26"/>
          <w:szCs w:val="26"/>
        </w:rPr>
        <w:t>2026</w:t>
      </w:r>
    </w:p>
    <w:p w14:paraId="6C3D9910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sz w:val="26"/>
          <w:szCs w:val="26"/>
        </w:rPr>
        <w:t>Kính gửi: ……………………………………………………………………</w:t>
      </w:r>
    </w:p>
    <w:p w14:paraId="1225F5C6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sz w:val="26"/>
          <w:szCs w:val="26"/>
        </w:rPr>
        <w:t>Thực hiện Kế hoạch số ……… ngày …… tháng …… năm 2026 của ……………………… về việc tổ chức các hoạt động nhân dịp Quốc tế Thiếu nhi 01/6 năm 2026, …………………………… báo cáo kết quả thực hiện như sau:</w:t>
      </w:r>
    </w:p>
    <w:p w14:paraId="55526340" w14:textId="77777777" w:rsidR="00881374" w:rsidRPr="003F054A" w:rsidRDefault="0000000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I. MỤC ĐÍCH, YÊU CẦU</w:t>
      </w:r>
    </w:p>
    <w:p w14:paraId="54B6828A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1. Mục đích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Tổ chức các hoạt động vui chơi, giải trí lành mạnh cho các em thiếu nhi nhân dịp Quốc tế Thiếu nhi 01/6.</w:t>
      </w:r>
      <w:r w:rsidRPr="003F054A">
        <w:rPr>
          <w:rFonts w:ascii="Times New Roman" w:hAnsi="Times New Roman" w:cs="Times New Roman"/>
          <w:sz w:val="26"/>
          <w:szCs w:val="26"/>
        </w:rPr>
        <w:br/>
        <w:t>- Thể hiện sự quan tâm của đơn vị đối với con em cán bộ, công chức, viên chức, người lao động/học sinh.</w:t>
      </w:r>
      <w:r w:rsidRPr="003F054A">
        <w:rPr>
          <w:rFonts w:ascii="Times New Roman" w:hAnsi="Times New Roman" w:cs="Times New Roman"/>
          <w:sz w:val="26"/>
          <w:szCs w:val="26"/>
        </w:rPr>
        <w:br/>
        <w:t>- Động viên tinh thần, tạo điều kiện để các em thiếu nhi được giao lưu, tham gia các hoạt động tập thể.</w:t>
      </w:r>
      <w:r w:rsidRPr="003F054A">
        <w:rPr>
          <w:rFonts w:ascii="Times New Roman" w:hAnsi="Times New Roman" w:cs="Times New Roman"/>
          <w:sz w:val="26"/>
          <w:szCs w:val="26"/>
        </w:rPr>
        <w:br/>
        <w:t>- Góp phần xây dựng môi trường đoàn kết, gắn bó trong cơ quan, đơn vị.</w:t>
      </w:r>
    </w:p>
    <w:p w14:paraId="78BABE5F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2. Yêu cầu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 xml:space="preserve">- Tổ chức chương trình đảm bảo thiết thực, </w:t>
      </w:r>
      <w:proofErr w:type="gramStart"/>
      <w:r w:rsidRPr="003F054A">
        <w:rPr>
          <w:rFonts w:ascii="Times New Roman" w:hAnsi="Times New Roman" w:cs="Times New Roman"/>
          <w:sz w:val="26"/>
          <w:szCs w:val="26"/>
        </w:rPr>
        <w:t>an</w:t>
      </w:r>
      <w:proofErr w:type="gramEnd"/>
      <w:r w:rsidRPr="003F054A">
        <w:rPr>
          <w:rFonts w:ascii="Times New Roman" w:hAnsi="Times New Roman" w:cs="Times New Roman"/>
          <w:sz w:val="26"/>
          <w:szCs w:val="26"/>
        </w:rPr>
        <w:t xml:space="preserve"> toàn, tiết kiệm và hiệu quả.</w:t>
      </w:r>
      <w:r w:rsidRPr="003F054A">
        <w:rPr>
          <w:rFonts w:ascii="Times New Roman" w:hAnsi="Times New Roman" w:cs="Times New Roman"/>
          <w:sz w:val="26"/>
          <w:szCs w:val="26"/>
        </w:rPr>
        <w:br/>
        <w:t>- Các hoạt động diễn ra phù hợp với lứa tuổi thiếu nhi.</w:t>
      </w:r>
      <w:r w:rsidRPr="003F054A">
        <w:rPr>
          <w:rFonts w:ascii="Times New Roman" w:hAnsi="Times New Roman" w:cs="Times New Roman"/>
          <w:sz w:val="26"/>
          <w:szCs w:val="26"/>
        </w:rPr>
        <w:br/>
        <w:t>- Đảm bảo công tác an ninh, trật tự và vệ sinh trong suốt quá trình tổ chức.</w:t>
      </w:r>
    </w:p>
    <w:p w14:paraId="2F264556" w14:textId="77777777" w:rsidR="00881374" w:rsidRPr="003F054A" w:rsidRDefault="00000000">
      <w:pPr>
        <w:rPr>
          <w:rFonts w:ascii="Times New Roman" w:hAnsi="Times New Roman" w:cs="Times New Roman"/>
          <w:b/>
          <w:bCs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II. CÔNG TÁC TRIỂN KHAI THỰC HIỆN</w:t>
      </w:r>
    </w:p>
    <w:p w14:paraId="6A3ED3C6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1. Công tác xây dựng kế hoạch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Ban tổ chức đã xây dựng kế hoạch tổ chức chương trình Ngày Quốc tế Thiếu nhi 01/6 năm 2026.</w:t>
      </w:r>
      <w:r w:rsidRPr="003F054A">
        <w:rPr>
          <w:rFonts w:ascii="Times New Roman" w:hAnsi="Times New Roman" w:cs="Times New Roman"/>
          <w:sz w:val="26"/>
          <w:szCs w:val="26"/>
        </w:rPr>
        <w:br/>
        <w:t>- Phân công nhiệm vụ cụ thể cho từng bộ phận phụ trách các nội dung: hậu cần, trang trí, âm thanh, quà tặng, trò chơi và công tác đón tiếp.</w:t>
      </w:r>
    </w:p>
    <w:p w14:paraId="074F437A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2. Công tác tuyên truyền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Thông báo rộng rãi đến toàn thể cán bộ, nhân viên, phụ huynh và các em thiếu nhi về thời gian, địa điểm tổ chức.</w:t>
      </w:r>
      <w:r w:rsidRPr="003F054A">
        <w:rPr>
          <w:rFonts w:ascii="Times New Roman" w:hAnsi="Times New Roman" w:cs="Times New Roman"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lastRenderedPageBreak/>
        <w:t>- Tuyên truyền ý nghĩa của Ngày Quốc tế Thiếu nhi 01/6 thông qua bảng tin, nhóm thông báo hoặc các hình thức phù hợp khác.</w:t>
      </w:r>
    </w:p>
    <w:p w14:paraId="06DC4C0E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3. Công tác chuẩn bị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Chuẩn bị sân khấu, âm thanh, bàn ghế, phông nền và khu vực tổ chức chương trình.</w:t>
      </w:r>
      <w:r w:rsidRPr="003F054A">
        <w:rPr>
          <w:rFonts w:ascii="Times New Roman" w:hAnsi="Times New Roman" w:cs="Times New Roman"/>
          <w:sz w:val="26"/>
          <w:szCs w:val="26"/>
        </w:rPr>
        <w:br/>
        <w:t>- Chuẩn bị quà tặng, bánh kẹo, nước uống và các phần thưởng cho các em thiếu nhi.</w:t>
      </w:r>
      <w:r w:rsidRPr="003F054A">
        <w:rPr>
          <w:rFonts w:ascii="Times New Roman" w:hAnsi="Times New Roman" w:cs="Times New Roman"/>
          <w:sz w:val="26"/>
          <w:szCs w:val="26"/>
        </w:rPr>
        <w:br/>
        <w:t>- Bố trí lực lượng hỗ trợ, đảm bảo an toàn và hướng dẫn trong quá trình diễn ra chương trình.</w:t>
      </w:r>
    </w:p>
    <w:p w14:paraId="4C5E796C" w14:textId="10B0E613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III. THỜI GIAN, ĐỊA ĐIỂM TỔ CHỨC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  <w:t>1. Thời gian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Từ …… giờ …… phút đến …… giờ …… phút, ngày …… tháng …… năm 2026.</w:t>
      </w:r>
      <w:r w:rsidRPr="003F054A">
        <w:rPr>
          <w:rFonts w:ascii="Times New Roman" w:hAnsi="Times New Roman" w:cs="Times New Roman"/>
          <w:sz w:val="26"/>
          <w:szCs w:val="26"/>
        </w:rPr>
        <w:br/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t>2. Địa điểm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Tại: ………………………………………………………………………</w:t>
      </w:r>
    </w:p>
    <w:p w14:paraId="5F64F0E2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IV. THÀNH PHẦN THAM DỰ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  <w:t>1. Đại biểu tham dự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Đại diện lãnh đạo đơn vị;</w:t>
      </w:r>
      <w:r w:rsidRPr="003F054A">
        <w:rPr>
          <w:rFonts w:ascii="Times New Roman" w:hAnsi="Times New Roman" w:cs="Times New Roman"/>
          <w:sz w:val="26"/>
          <w:szCs w:val="26"/>
        </w:rPr>
        <w:br/>
        <w:t>- Đại diện Ban Chấp hành Công đoàn/Đoàn Thanh niên (nếu có);</w:t>
      </w:r>
      <w:r w:rsidRPr="003F054A">
        <w:rPr>
          <w:rFonts w:ascii="Times New Roman" w:hAnsi="Times New Roman" w:cs="Times New Roman"/>
          <w:sz w:val="26"/>
          <w:szCs w:val="26"/>
        </w:rPr>
        <w:br/>
        <w:t>- Cán bộ, công chức, viên chức, người lao động;</w:t>
      </w:r>
      <w:r w:rsidRPr="003F054A">
        <w:rPr>
          <w:rFonts w:ascii="Times New Roman" w:hAnsi="Times New Roman" w:cs="Times New Roman"/>
          <w:sz w:val="26"/>
          <w:szCs w:val="26"/>
        </w:rPr>
        <w:br/>
        <w:t>- Phụ huynh học sinh (nếu có);</w:t>
      </w:r>
      <w:r w:rsidRPr="003F054A">
        <w:rPr>
          <w:rFonts w:ascii="Times New Roman" w:hAnsi="Times New Roman" w:cs="Times New Roman"/>
          <w:sz w:val="26"/>
          <w:szCs w:val="26"/>
        </w:rPr>
        <w:br/>
        <w:t>- Các em thiếu nhi.</w:t>
      </w:r>
    </w:p>
    <w:p w14:paraId="3E7A0756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2. Số lượng tham dự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Tổng số đại biểu, phụ huynh tham dự: …………… người.</w:t>
      </w:r>
      <w:r w:rsidRPr="003F054A">
        <w:rPr>
          <w:rFonts w:ascii="Times New Roman" w:hAnsi="Times New Roman" w:cs="Times New Roman"/>
          <w:sz w:val="26"/>
          <w:szCs w:val="26"/>
        </w:rPr>
        <w:br/>
        <w:t>- Tổng số thiếu nhi tham gia: …………… em.</w:t>
      </w:r>
    </w:p>
    <w:p w14:paraId="6A784408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V. NỘI DUNG CHƯƠNG TRÌNH ĐÃ THỰC HIỆN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1. Văn nghệ chào mừng ngày Quốc tế Thiếu nhi 01/6.</w:t>
      </w:r>
      <w:r w:rsidRPr="003F054A">
        <w:rPr>
          <w:rFonts w:ascii="Times New Roman" w:hAnsi="Times New Roman" w:cs="Times New Roman"/>
          <w:sz w:val="26"/>
          <w:szCs w:val="26"/>
        </w:rPr>
        <w:br/>
        <w:t>2. Tuyên bố lý do, giới thiệu đại biểu tham dự chương trình.</w:t>
      </w:r>
      <w:r w:rsidRPr="003F054A">
        <w:rPr>
          <w:rFonts w:ascii="Times New Roman" w:hAnsi="Times New Roman" w:cs="Times New Roman"/>
          <w:sz w:val="26"/>
          <w:szCs w:val="26"/>
        </w:rPr>
        <w:br/>
        <w:t>3. Phát biểu chúc mừng của đại diện lãnh đạo đơn vị.</w:t>
      </w:r>
      <w:r w:rsidRPr="003F054A">
        <w:rPr>
          <w:rFonts w:ascii="Times New Roman" w:hAnsi="Times New Roman" w:cs="Times New Roman"/>
          <w:sz w:val="26"/>
          <w:szCs w:val="26"/>
        </w:rPr>
        <w:br/>
        <w:t>4. Tổ chức các trò chơi tập thể, hoạt động vui chơi cho các em thiếu nhi.</w:t>
      </w:r>
      <w:r w:rsidRPr="003F054A">
        <w:rPr>
          <w:rFonts w:ascii="Times New Roman" w:hAnsi="Times New Roman" w:cs="Times New Roman"/>
          <w:sz w:val="26"/>
          <w:szCs w:val="26"/>
        </w:rPr>
        <w:br/>
        <w:t>5. Liên hoan bánh kẹo, nước uống.</w:t>
      </w:r>
      <w:r w:rsidRPr="003F054A">
        <w:rPr>
          <w:rFonts w:ascii="Times New Roman" w:hAnsi="Times New Roman" w:cs="Times New Roman"/>
          <w:sz w:val="26"/>
          <w:szCs w:val="26"/>
        </w:rPr>
        <w:br/>
        <w:t>6. Trao quà cho các em thiếu nhi tham gia chương trình.</w:t>
      </w:r>
      <w:r w:rsidRPr="003F054A">
        <w:rPr>
          <w:rFonts w:ascii="Times New Roman" w:hAnsi="Times New Roman" w:cs="Times New Roman"/>
          <w:sz w:val="26"/>
          <w:szCs w:val="26"/>
        </w:rPr>
        <w:br/>
        <w:t>7. Khen thưởng các em đạt thành tích tốt trong học tập và rèn luyện (nếu có).</w:t>
      </w:r>
      <w:r w:rsidRPr="003F054A">
        <w:rPr>
          <w:rFonts w:ascii="Times New Roman" w:hAnsi="Times New Roman" w:cs="Times New Roman"/>
          <w:sz w:val="26"/>
          <w:szCs w:val="26"/>
        </w:rPr>
        <w:br/>
        <w:t>8. Giao lưu, chụp ảnh lưu niệm và kết thúc chương trình.</w:t>
      </w:r>
    </w:p>
    <w:p w14:paraId="22D6E649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lastRenderedPageBreak/>
        <w:t>VI. KẾT QUẢ ĐẠT ĐƯỢC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  <w:t>1. Về công tác tổ chức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Chương trình được tổ chức đúng kế hoạch đề ra.</w:t>
      </w:r>
      <w:r w:rsidRPr="003F054A">
        <w:rPr>
          <w:rFonts w:ascii="Times New Roman" w:hAnsi="Times New Roman" w:cs="Times New Roman"/>
          <w:sz w:val="26"/>
          <w:szCs w:val="26"/>
        </w:rPr>
        <w:br/>
        <w:t>- Công tác chuẩn bị chu đáo, các bộ phận phối hợp thực hiện tốt nhiệm vụ được phân công.</w:t>
      </w:r>
      <w:r w:rsidRPr="003F054A">
        <w:rPr>
          <w:rFonts w:ascii="Times New Roman" w:hAnsi="Times New Roman" w:cs="Times New Roman"/>
          <w:sz w:val="26"/>
          <w:szCs w:val="26"/>
        </w:rPr>
        <w:br/>
        <w:t>- Đảm bảo an toàn tuyệt đối trong quá trình tổ chức.</w:t>
      </w:r>
    </w:p>
    <w:p w14:paraId="294D5045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2. Về số lượng tham gia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Các em thiếu nhi tham gia đầy đủ, hào hứng và tích cực trong các hoạt động.</w:t>
      </w:r>
      <w:r w:rsidRPr="003F054A">
        <w:rPr>
          <w:rFonts w:ascii="Times New Roman" w:hAnsi="Times New Roman" w:cs="Times New Roman"/>
          <w:sz w:val="26"/>
          <w:szCs w:val="26"/>
        </w:rPr>
        <w:br/>
        <w:t>- Phụ huynh và cán bộ, nhân viên đồng tình, hưởng ứng tích cực chương trình.</w:t>
      </w:r>
    </w:p>
    <w:p w14:paraId="160D2110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3. Về hiệu quả chương trình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Tạo được không khí vui tươi, phấn khởi cho các em thiếu nhi.</w:t>
      </w:r>
      <w:r w:rsidRPr="003F054A">
        <w:rPr>
          <w:rFonts w:ascii="Times New Roman" w:hAnsi="Times New Roman" w:cs="Times New Roman"/>
          <w:sz w:val="26"/>
          <w:szCs w:val="26"/>
        </w:rPr>
        <w:br/>
        <w:t>- Góp phần nâng cao tinh thần đoàn kết, gắn bó trong cơ quan, đơn vị.</w:t>
      </w:r>
      <w:r w:rsidRPr="003F054A">
        <w:rPr>
          <w:rFonts w:ascii="Times New Roman" w:hAnsi="Times New Roman" w:cs="Times New Roman"/>
          <w:sz w:val="26"/>
          <w:szCs w:val="26"/>
        </w:rPr>
        <w:br/>
        <w:t>- Thể hiện sự quan tâm chăm lo đời sống tinh thần cho con em cán bộ, nhân viên/người lao động.</w:t>
      </w:r>
    </w:p>
    <w:p w14:paraId="10BA2CEB" w14:textId="6D77277D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VII. KINH PHÍ THỰC HIỆN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  <w:t>1. Tổng kinh phí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Tổng kinh phí thực hiện chương trình: ……………………… đồng.</w:t>
      </w:r>
      <w:r w:rsidRPr="003F054A">
        <w:rPr>
          <w:rFonts w:ascii="Times New Roman" w:hAnsi="Times New Roman" w:cs="Times New Roman"/>
          <w:sz w:val="26"/>
          <w:szCs w:val="26"/>
        </w:rPr>
        <w:br/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t>2. Nguồn kinh phí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- Trích từ nguồn kinh phí hoạt động của đơn vị;</w:t>
      </w:r>
      <w:r w:rsidRPr="003F054A">
        <w:rPr>
          <w:rFonts w:ascii="Times New Roman" w:hAnsi="Times New Roman" w:cs="Times New Roman"/>
          <w:sz w:val="26"/>
          <w:szCs w:val="26"/>
        </w:rPr>
        <w:br/>
        <w:t>- Nguồn xã hội hóa, hỗ trợ, tài trợ hợp pháp khác (nếu có).</w:t>
      </w:r>
    </w:p>
    <w:p w14:paraId="5159FF7F" w14:textId="77777777" w:rsidR="00881374" w:rsidRPr="003F054A" w:rsidRDefault="00000000">
      <w:pPr>
        <w:rPr>
          <w:rFonts w:ascii="Times New Roman" w:hAnsi="Times New Roman" w:cs="Times New Roman"/>
          <w:sz w:val="26"/>
          <w:szCs w:val="26"/>
        </w:rPr>
      </w:pPr>
      <w:r w:rsidRPr="003F054A">
        <w:rPr>
          <w:rFonts w:ascii="Times New Roman" w:hAnsi="Times New Roman" w:cs="Times New Roman"/>
          <w:b/>
          <w:bCs/>
          <w:sz w:val="26"/>
          <w:szCs w:val="26"/>
        </w:rPr>
        <w:t>VIII. ĐÁNH GIÁ CHUNG</w:t>
      </w:r>
      <w:r w:rsidRPr="003F054A">
        <w:rPr>
          <w:rFonts w:ascii="Times New Roman" w:hAnsi="Times New Roman" w:cs="Times New Roman"/>
          <w:b/>
          <w:bCs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t>Nhìn chung, chương trình tổ chức Ngày Quốc tế Thiếu nhi 01/6 năm 2026 đã được triển khai nghiêm túc, đạt mục đích và yêu cầu đề ra. Các hoạt động diễn ra sôi nổi, an toàn, tiết kiệm và mang lại ý nghĩa thiết thực cho các em thiếu nhi.</w:t>
      </w:r>
      <w:r w:rsidRPr="003F054A">
        <w:rPr>
          <w:rFonts w:ascii="Times New Roman" w:hAnsi="Times New Roman" w:cs="Times New Roman"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br/>
        <w:t>Bên cạnh những kết quả đạt được, vẫn còn một số hạn chế như: …………………………………………………………………………</w:t>
      </w:r>
      <w:r w:rsidRPr="003F054A">
        <w:rPr>
          <w:rFonts w:ascii="Times New Roman" w:hAnsi="Times New Roman" w:cs="Times New Roman"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br/>
        <w:t>Trong thời gian tới, đơn vị sẽ tiếp tục rút kinh nghiệm để tổ chức các hoạt động dành cho thiếu nhi ngày càng hiệu quả và thiết thực hơn.</w:t>
      </w:r>
      <w:r w:rsidRPr="003F054A">
        <w:rPr>
          <w:rFonts w:ascii="Times New Roman" w:hAnsi="Times New Roman" w:cs="Times New Roman"/>
          <w:sz w:val="26"/>
          <w:szCs w:val="26"/>
        </w:rPr>
        <w:br/>
      </w:r>
      <w:r w:rsidRPr="003F054A">
        <w:rPr>
          <w:rFonts w:ascii="Times New Roman" w:hAnsi="Times New Roman" w:cs="Times New Roman"/>
          <w:sz w:val="26"/>
          <w:szCs w:val="26"/>
        </w:rPr>
        <w:br/>
        <w:t>Trên đây là Báo cáo kết quả tổ chức Ngày Quốc tế Thiếu nhi 01/6 năm 2026 của ……………………………./.</w:t>
      </w:r>
    </w:p>
    <w:p w14:paraId="3B503883" w14:textId="77777777" w:rsidR="003F054A" w:rsidRPr="003F054A" w:rsidRDefault="003F054A">
      <w:pPr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28"/>
        <w:gridCol w:w="4428"/>
      </w:tblGrid>
      <w:tr w:rsidR="003F054A" w:rsidRPr="003F054A" w14:paraId="0601AE29" w14:textId="77777777" w:rsidTr="003F054A">
        <w:tc>
          <w:tcPr>
            <w:tcW w:w="4428" w:type="dxa"/>
          </w:tcPr>
          <w:p w14:paraId="6440379A" w14:textId="77777777" w:rsidR="003F054A" w:rsidRPr="003F054A" w:rsidRDefault="003F054A" w:rsidP="003F054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3F054A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Nơi nhận:</w:t>
            </w:r>
            <w:r w:rsidRPr="003F054A">
              <w:rPr>
                <w:rFonts w:ascii="Times New Roman" w:hAnsi="Times New Roman" w:cs="Times New Roman"/>
                <w:sz w:val="26"/>
                <w:szCs w:val="26"/>
              </w:rPr>
              <w:br/>
              <w:t>- Như trên;</w:t>
            </w:r>
            <w:r w:rsidRPr="003F054A">
              <w:rPr>
                <w:rFonts w:ascii="Times New Roman" w:hAnsi="Times New Roman" w:cs="Times New Roman"/>
                <w:sz w:val="26"/>
                <w:szCs w:val="26"/>
              </w:rPr>
              <w:br/>
              <w:t>- Lưu: VT.</w:t>
            </w:r>
          </w:p>
          <w:p w14:paraId="44EFC451" w14:textId="77777777" w:rsidR="003F054A" w:rsidRPr="003F054A" w:rsidRDefault="003F054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428" w:type="dxa"/>
          </w:tcPr>
          <w:p w14:paraId="749A369F" w14:textId="77777777" w:rsidR="003F054A" w:rsidRPr="003F054A" w:rsidRDefault="003F054A" w:rsidP="003F054A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t>THỦ TRƯỞNG ĐƠN VỊ</w:t>
            </w:r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</w:r>
            <w:r w:rsidRPr="003F054A">
              <w:rPr>
                <w:rFonts w:ascii="Times New Roman" w:hAnsi="Times New Roman" w:cs="Times New Roman"/>
                <w:b/>
                <w:sz w:val="26"/>
                <w:szCs w:val="26"/>
              </w:rPr>
              <w:br/>
              <w:t>(Ký, ghi rõ họ tên và đóng dấu)</w:t>
            </w:r>
          </w:p>
          <w:p w14:paraId="3D4B1F6F" w14:textId="77777777" w:rsidR="003F054A" w:rsidRPr="003F054A" w:rsidRDefault="003F054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04AB99F6" w14:textId="474AD77B" w:rsidR="003F054A" w:rsidRPr="003F054A" w:rsidRDefault="003F054A" w:rsidP="003F054A">
      <w:pPr>
        <w:rPr>
          <w:rFonts w:ascii="Times New Roman" w:hAnsi="Times New Roman" w:cs="Times New Roman"/>
          <w:sz w:val="26"/>
          <w:szCs w:val="26"/>
        </w:rPr>
      </w:pPr>
    </w:p>
    <w:p w14:paraId="463E1848" w14:textId="5FCA22D5" w:rsidR="00881374" w:rsidRPr="003F054A" w:rsidRDefault="00881374">
      <w:pPr>
        <w:jc w:val="right"/>
        <w:rPr>
          <w:rFonts w:ascii="Times New Roman" w:hAnsi="Times New Roman" w:cs="Times New Roman"/>
          <w:sz w:val="26"/>
          <w:szCs w:val="26"/>
        </w:rPr>
      </w:pPr>
    </w:p>
    <w:sectPr w:rsidR="00881374" w:rsidRPr="003F054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716479">
    <w:abstractNumId w:val="8"/>
  </w:num>
  <w:num w:numId="2" w16cid:durableId="1259942776">
    <w:abstractNumId w:val="6"/>
  </w:num>
  <w:num w:numId="3" w16cid:durableId="2125421278">
    <w:abstractNumId w:val="5"/>
  </w:num>
  <w:num w:numId="4" w16cid:durableId="1495561769">
    <w:abstractNumId w:val="4"/>
  </w:num>
  <w:num w:numId="5" w16cid:durableId="1092969267">
    <w:abstractNumId w:val="7"/>
  </w:num>
  <w:num w:numId="6" w16cid:durableId="591159130">
    <w:abstractNumId w:val="3"/>
  </w:num>
  <w:num w:numId="7" w16cid:durableId="1548377666">
    <w:abstractNumId w:val="2"/>
  </w:num>
  <w:num w:numId="8" w16cid:durableId="1615404837">
    <w:abstractNumId w:val="1"/>
  </w:num>
  <w:num w:numId="9" w16cid:durableId="1339584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F054A"/>
    <w:rsid w:val="00556C95"/>
    <w:rsid w:val="00881374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92D641"/>
  <w14:defaultImageDpi w14:val="300"/>
  <w15:docId w15:val="{88841AB9-6946-418E-9C14-1F8134519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662</Words>
  <Characters>3778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4432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Thanh Xuan</cp:lastModifiedBy>
  <cp:revision>2</cp:revision>
  <dcterms:created xsi:type="dcterms:W3CDTF">2013-12-23T23:15:00Z</dcterms:created>
  <dcterms:modified xsi:type="dcterms:W3CDTF">2026-05-24T09:44:00Z</dcterms:modified>
  <cp:category/>
</cp:coreProperties>
</file>