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954"/>
      </w:tblGrid>
      <w:tr w:rsidR="00733F9E" w:rsidRPr="00733F9E" w14:paraId="2A8E0045" w14:textId="77777777" w:rsidTr="00733F9E">
        <w:tc>
          <w:tcPr>
            <w:tcW w:w="3510" w:type="dxa"/>
          </w:tcPr>
          <w:p w14:paraId="0E0981E0" w14:textId="186D23F1" w:rsidR="00733F9E" w:rsidRPr="00733F9E" w:rsidRDefault="00733F9E" w:rsidP="00652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t>CÔNG TY/ĐƠN VỊ…………</w:t>
            </w:r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Số: </w:t>
            </w:r>
            <w:proofErr w:type="gramStart"/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t>…..</w:t>
            </w:r>
            <w:proofErr w:type="gramEnd"/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t>/……</w:t>
            </w:r>
          </w:p>
          <w:p w14:paraId="1DC837CF" w14:textId="77777777" w:rsidR="00733F9E" w:rsidRPr="00733F9E" w:rsidRDefault="00733F9E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954" w:type="dxa"/>
          </w:tcPr>
          <w:p w14:paraId="2511B3FA" w14:textId="77777777" w:rsidR="00733F9E" w:rsidRPr="00733F9E" w:rsidRDefault="00733F9E" w:rsidP="00652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733F9E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– Tự do – Hạnh phúc</w:t>
            </w:r>
          </w:p>
          <w:p w14:paraId="33324501" w14:textId="77777777" w:rsidR="00733F9E" w:rsidRPr="00733F9E" w:rsidRDefault="00733F9E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B8D5F86" w14:textId="77777777" w:rsidR="00733F9E" w:rsidRPr="00733F9E" w:rsidRDefault="00733F9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A2C5A3" w14:textId="77777777" w:rsidR="00733F9E" w:rsidRPr="00733F9E" w:rsidRDefault="00733F9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4075B7" w14:textId="499650B3" w:rsidR="00225E82" w:rsidRPr="00733F9E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b/>
          <w:sz w:val="26"/>
          <w:szCs w:val="26"/>
        </w:rPr>
        <w:t>DANH SÁCH</w:t>
      </w:r>
      <w:r w:rsidRPr="00733F9E">
        <w:rPr>
          <w:rFonts w:ascii="Times New Roman" w:hAnsi="Times New Roman" w:cs="Times New Roman"/>
          <w:b/>
          <w:sz w:val="26"/>
          <w:szCs w:val="26"/>
        </w:rPr>
        <w:br/>
        <w:t>Tặng quà nhân ngày Quốc tế Thiếu nhi 01/6 năm 2026</w:t>
      </w:r>
    </w:p>
    <w:p w14:paraId="71F0A633" w14:textId="5155F234" w:rsidR="00225E82" w:rsidRPr="00733F9E" w:rsidRDefault="00733F9E">
      <w:pPr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t>Nhằm thực hiện việc trao quà cho các em thiếu nhi nhân dịp Quốc tế Thiếu nhi 01/6 năm 2026, …………………………… thống kê danh sách các em được nhận quà như sau:</w:t>
      </w:r>
    </w:p>
    <w:tbl>
      <w:tblPr>
        <w:tblStyle w:val="TableGrid"/>
        <w:tblW w:w="8807" w:type="dxa"/>
        <w:jc w:val="center"/>
        <w:tblLook w:val="04A0" w:firstRow="1" w:lastRow="0" w:firstColumn="1" w:lastColumn="0" w:noHBand="0" w:noVBand="1"/>
      </w:tblPr>
      <w:tblGrid>
        <w:gridCol w:w="737"/>
        <w:gridCol w:w="1717"/>
        <w:gridCol w:w="1230"/>
        <w:gridCol w:w="1230"/>
        <w:gridCol w:w="1329"/>
        <w:gridCol w:w="1228"/>
        <w:gridCol w:w="1336"/>
      </w:tblGrid>
      <w:tr w:rsidR="00225E82" w:rsidRPr="00733F9E" w14:paraId="75071AF6" w14:textId="77777777" w:rsidTr="00733F9E">
        <w:trPr>
          <w:jc w:val="center"/>
        </w:trPr>
        <w:tc>
          <w:tcPr>
            <w:tcW w:w="737" w:type="dxa"/>
          </w:tcPr>
          <w:p w14:paraId="3824DFA0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717" w:type="dxa"/>
          </w:tcPr>
          <w:p w14:paraId="79A3C295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và tên trẻ</w:t>
            </w:r>
          </w:p>
        </w:tc>
        <w:tc>
          <w:tcPr>
            <w:tcW w:w="1230" w:type="dxa"/>
          </w:tcPr>
          <w:p w14:paraId="1A6CB695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 tháng năm sinh</w:t>
            </w:r>
          </w:p>
        </w:tc>
        <w:tc>
          <w:tcPr>
            <w:tcW w:w="1230" w:type="dxa"/>
          </w:tcPr>
          <w:p w14:paraId="57A52DB2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 tên phụ huynh</w:t>
            </w:r>
          </w:p>
        </w:tc>
        <w:tc>
          <w:tcPr>
            <w:tcW w:w="1329" w:type="dxa"/>
          </w:tcPr>
          <w:p w14:paraId="76D6EF03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Đơn vị/Lớp/Bộ phận</w:t>
            </w:r>
          </w:p>
        </w:tc>
        <w:tc>
          <w:tcPr>
            <w:tcW w:w="1228" w:type="dxa"/>
          </w:tcPr>
          <w:p w14:paraId="2E9C2EC4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Quà tặng</w:t>
            </w:r>
          </w:p>
        </w:tc>
        <w:tc>
          <w:tcPr>
            <w:tcW w:w="1336" w:type="dxa"/>
          </w:tcPr>
          <w:p w14:paraId="38BAE59A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Ký nhận</w:t>
            </w:r>
          </w:p>
        </w:tc>
      </w:tr>
      <w:tr w:rsidR="00225E82" w:rsidRPr="00733F9E" w14:paraId="34F5912C" w14:textId="77777777" w:rsidTr="00733F9E">
        <w:trPr>
          <w:jc w:val="center"/>
        </w:trPr>
        <w:tc>
          <w:tcPr>
            <w:tcW w:w="737" w:type="dxa"/>
          </w:tcPr>
          <w:p w14:paraId="2CA23D4A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17" w:type="dxa"/>
          </w:tcPr>
          <w:p w14:paraId="6716055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52D7C30E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3A62D1DE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7C1A0D0F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0E73E95F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0FCC8ACD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4A53ABA1" w14:textId="77777777" w:rsidTr="00733F9E">
        <w:trPr>
          <w:jc w:val="center"/>
        </w:trPr>
        <w:tc>
          <w:tcPr>
            <w:tcW w:w="737" w:type="dxa"/>
          </w:tcPr>
          <w:p w14:paraId="4BCF0F63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717" w:type="dxa"/>
          </w:tcPr>
          <w:p w14:paraId="618E30F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26F95211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45CE23F4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10460FF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6ADE9B9E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7904DB08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766DD99B" w14:textId="77777777" w:rsidTr="00733F9E">
        <w:trPr>
          <w:jc w:val="center"/>
        </w:trPr>
        <w:tc>
          <w:tcPr>
            <w:tcW w:w="737" w:type="dxa"/>
          </w:tcPr>
          <w:p w14:paraId="06EC24B8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717" w:type="dxa"/>
          </w:tcPr>
          <w:p w14:paraId="2C496988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17625336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321EF910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6945A85C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3058D18D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5A6BD8ED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7353CF97" w14:textId="77777777" w:rsidTr="00733F9E">
        <w:trPr>
          <w:jc w:val="center"/>
        </w:trPr>
        <w:tc>
          <w:tcPr>
            <w:tcW w:w="737" w:type="dxa"/>
          </w:tcPr>
          <w:p w14:paraId="6F420385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717" w:type="dxa"/>
          </w:tcPr>
          <w:p w14:paraId="528DFB0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2BE4232C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6A260A7A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506CCCB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78F5DBD2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0AFEFD9B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3FDF7159" w14:textId="77777777" w:rsidTr="00733F9E">
        <w:trPr>
          <w:jc w:val="center"/>
        </w:trPr>
        <w:tc>
          <w:tcPr>
            <w:tcW w:w="737" w:type="dxa"/>
          </w:tcPr>
          <w:p w14:paraId="714FBB1B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717" w:type="dxa"/>
          </w:tcPr>
          <w:p w14:paraId="1AC9E05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4DB021E0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79107805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07D95C5E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38B94210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36283754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59332363" w14:textId="77777777" w:rsidTr="00733F9E">
        <w:trPr>
          <w:jc w:val="center"/>
        </w:trPr>
        <w:tc>
          <w:tcPr>
            <w:tcW w:w="737" w:type="dxa"/>
          </w:tcPr>
          <w:p w14:paraId="7A0C4962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717" w:type="dxa"/>
          </w:tcPr>
          <w:p w14:paraId="44681D9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69437CAC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5D12BE61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331E7EA8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33EDD0B1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456BF21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45E791FC" w14:textId="77777777" w:rsidTr="00733F9E">
        <w:trPr>
          <w:jc w:val="center"/>
        </w:trPr>
        <w:tc>
          <w:tcPr>
            <w:tcW w:w="737" w:type="dxa"/>
          </w:tcPr>
          <w:p w14:paraId="19E16E4D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717" w:type="dxa"/>
          </w:tcPr>
          <w:p w14:paraId="78513192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5DE7B7AE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1D7E81FA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194D1FA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3EC3F640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7ECAD202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19E3EE5F" w14:textId="77777777" w:rsidTr="00733F9E">
        <w:trPr>
          <w:jc w:val="center"/>
        </w:trPr>
        <w:tc>
          <w:tcPr>
            <w:tcW w:w="737" w:type="dxa"/>
          </w:tcPr>
          <w:p w14:paraId="5FD842BE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717" w:type="dxa"/>
          </w:tcPr>
          <w:p w14:paraId="068556D5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4460DAC2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52B512DA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07A10EE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48C4DE3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438D2C29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4D75F804" w14:textId="77777777" w:rsidTr="00733F9E">
        <w:trPr>
          <w:jc w:val="center"/>
        </w:trPr>
        <w:tc>
          <w:tcPr>
            <w:tcW w:w="737" w:type="dxa"/>
          </w:tcPr>
          <w:p w14:paraId="583C854E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717" w:type="dxa"/>
          </w:tcPr>
          <w:p w14:paraId="24D2F687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4C484FD1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0D2AD64D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3F6C057D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2E1B6B1F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6CE94E8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25E82" w:rsidRPr="00733F9E" w14:paraId="4817EE55" w14:textId="77777777" w:rsidTr="00733F9E">
        <w:trPr>
          <w:jc w:val="center"/>
        </w:trPr>
        <w:tc>
          <w:tcPr>
            <w:tcW w:w="737" w:type="dxa"/>
          </w:tcPr>
          <w:p w14:paraId="41B8982E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717" w:type="dxa"/>
          </w:tcPr>
          <w:p w14:paraId="61B2F7AC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29D46EF5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0" w:type="dxa"/>
          </w:tcPr>
          <w:p w14:paraId="55B16EF1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9" w:type="dxa"/>
          </w:tcPr>
          <w:p w14:paraId="12F9E766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8" w:type="dxa"/>
          </w:tcPr>
          <w:p w14:paraId="182EF159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</w:tcPr>
          <w:p w14:paraId="5BEDAD23" w14:textId="77777777" w:rsidR="00225E82" w:rsidRPr="00733F9E" w:rsidRDefault="00225E8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91F0BD1" w14:textId="77777777" w:rsidR="00225E82" w:rsidRPr="00733F9E" w:rsidRDefault="00000000">
      <w:pPr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br/>
        <w:t>Tổng số:</w:t>
      </w:r>
    </w:p>
    <w:p w14:paraId="17154212" w14:textId="77777777" w:rsidR="00225E82" w:rsidRPr="00733F9E" w:rsidRDefault="00000000">
      <w:pPr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t>- Tổng số trẻ em nhận quà: …………… em.</w:t>
      </w:r>
    </w:p>
    <w:p w14:paraId="25946AA8" w14:textId="77777777" w:rsidR="00225E82" w:rsidRPr="00733F9E" w:rsidRDefault="00000000">
      <w:pPr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t>- Tổng số phần quà: …………… phần.</w:t>
      </w:r>
    </w:p>
    <w:p w14:paraId="49CC78C3" w14:textId="77777777" w:rsidR="00225E82" w:rsidRPr="00733F9E" w:rsidRDefault="00000000">
      <w:pPr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t>- Ghi chú khác (nếu có): …………………………………………………</w:t>
      </w:r>
    </w:p>
    <w:p w14:paraId="4F65BA32" w14:textId="77777777" w:rsidR="00733F9E" w:rsidRDefault="00733F9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2F8F2491" w14:textId="77777777" w:rsidR="00733F9E" w:rsidRDefault="00733F9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A859747" w14:textId="77777777" w:rsidR="00733F9E" w:rsidRDefault="00733F9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4441A07D" w14:textId="217AAE83" w:rsidR="00225E82" w:rsidRPr="00733F9E" w:rsidRDefault="00000000">
      <w:pPr>
        <w:jc w:val="right"/>
        <w:rPr>
          <w:rFonts w:ascii="Times New Roman" w:hAnsi="Times New Roman" w:cs="Times New Roman"/>
          <w:sz w:val="26"/>
          <w:szCs w:val="26"/>
        </w:rPr>
      </w:pPr>
      <w:r w:rsidRPr="00733F9E">
        <w:rPr>
          <w:rFonts w:ascii="Times New Roman" w:hAnsi="Times New Roman" w:cs="Times New Roman"/>
          <w:sz w:val="26"/>
          <w:szCs w:val="26"/>
        </w:rPr>
        <w:lastRenderedPageBreak/>
        <w:br/>
        <w:t>………, ngày …… tháng …… năm 2026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25E82" w:rsidRPr="00733F9E" w14:paraId="3CEA3E92" w14:textId="77777777" w:rsidTr="00733F9E">
        <w:trPr>
          <w:jc w:val="center"/>
        </w:trPr>
        <w:tc>
          <w:tcPr>
            <w:tcW w:w="2880" w:type="dxa"/>
          </w:tcPr>
          <w:p w14:paraId="24B6B879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LẬP DANH SÁCH</w:t>
            </w:r>
          </w:p>
        </w:tc>
        <w:tc>
          <w:tcPr>
            <w:tcW w:w="2880" w:type="dxa"/>
          </w:tcPr>
          <w:p w14:paraId="10CFC45D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ĐẠI DIỆN BAN TỔ CHỨC</w:t>
            </w:r>
          </w:p>
        </w:tc>
        <w:tc>
          <w:tcPr>
            <w:tcW w:w="2880" w:type="dxa"/>
          </w:tcPr>
          <w:p w14:paraId="0DACE56D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THỦ TRƯỞNG ĐƠN VỊ</w:t>
            </w:r>
          </w:p>
        </w:tc>
      </w:tr>
      <w:tr w:rsidR="00225E82" w:rsidRPr="00733F9E" w14:paraId="3A7DE2DA" w14:textId="77777777" w:rsidTr="00733F9E">
        <w:trPr>
          <w:jc w:val="center"/>
        </w:trPr>
        <w:tc>
          <w:tcPr>
            <w:tcW w:w="2880" w:type="dxa"/>
          </w:tcPr>
          <w:p w14:paraId="016F34D2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(Ký, ghi rõ họ tên)</w:t>
            </w:r>
          </w:p>
        </w:tc>
        <w:tc>
          <w:tcPr>
            <w:tcW w:w="2880" w:type="dxa"/>
          </w:tcPr>
          <w:p w14:paraId="2249FE3C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(Ký, ghi rõ họ tên)</w:t>
            </w:r>
          </w:p>
        </w:tc>
        <w:tc>
          <w:tcPr>
            <w:tcW w:w="2880" w:type="dxa"/>
          </w:tcPr>
          <w:p w14:paraId="0BAB0224" w14:textId="77777777" w:rsidR="00225E82" w:rsidRPr="00733F9E" w:rsidRDefault="0000000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733F9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(Ký, ghi rõ họ tên, đóng dấu)</w:t>
            </w:r>
          </w:p>
        </w:tc>
      </w:tr>
    </w:tbl>
    <w:p w14:paraId="0A749722" w14:textId="77777777" w:rsidR="00000000" w:rsidRPr="00733F9E" w:rsidRDefault="00000000">
      <w:pPr>
        <w:rPr>
          <w:rFonts w:ascii="Times New Roman" w:hAnsi="Times New Roman" w:cs="Times New Roman"/>
          <w:sz w:val="26"/>
          <w:szCs w:val="26"/>
        </w:rPr>
      </w:pPr>
    </w:p>
    <w:p w14:paraId="13218169" w14:textId="77777777" w:rsidR="00733F9E" w:rsidRPr="00733F9E" w:rsidRDefault="00733F9E">
      <w:pPr>
        <w:rPr>
          <w:rFonts w:ascii="Times New Roman" w:hAnsi="Times New Roman" w:cs="Times New Roman"/>
          <w:sz w:val="26"/>
          <w:szCs w:val="26"/>
        </w:rPr>
      </w:pPr>
    </w:p>
    <w:sectPr w:rsidR="00733F9E" w:rsidRPr="00733F9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123199">
    <w:abstractNumId w:val="8"/>
  </w:num>
  <w:num w:numId="2" w16cid:durableId="2100783302">
    <w:abstractNumId w:val="6"/>
  </w:num>
  <w:num w:numId="3" w16cid:durableId="2034725617">
    <w:abstractNumId w:val="5"/>
  </w:num>
  <w:num w:numId="4" w16cid:durableId="2070568734">
    <w:abstractNumId w:val="4"/>
  </w:num>
  <w:num w:numId="5" w16cid:durableId="1500847943">
    <w:abstractNumId w:val="7"/>
  </w:num>
  <w:num w:numId="6" w16cid:durableId="1919172213">
    <w:abstractNumId w:val="3"/>
  </w:num>
  <w:num w:numId="7" w16cid:durableId="255945825">
    <w:abstractNumId w:val="2"/>
  </w:num>
  <w:num w:numId="8" w16cid:durableId="411315610">
    <w:abstractNumId w:val="1"/>
  </w:num>
  <w:num w:numId="9" w16cid:durableId="1579170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E82"/>
    <w:rsid w:val="0029639D"/>
    <w:rsid w:val="00326F90"/>
    <w:rsid w:val="00556C95"/>
    <w:rsid w:val="00733F9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37DA84"/>
  <w14:defaultImageDpi w14:val="300"/>
  <w15:docId w15:val="{88841AB9-6946-418E-9C14-1F813451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Thanh Xuan</cp:lastModifiedBy>
  <cp:revision>2</cp:revision>
  <dcterms:created xsi:type="dcterms:W3CDTF">2013-12-23T23:15:00Z</dcterms:created>
  <dcterms:modified xsi:type="dcterms:W3CDTF">2026-05-24T09:22:00Z</dcterms:modified>
  <cp:category/>
</cp:coreProperties>
</file>