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163B58" w:rsidRPr="00163B58" w14:paraId="63E5DEAB" w14:textId="77777777" w:rsidTr="00163B58">
        <w:tc>
          <w:tcPr>
            <w:tcW w:w="3510" w:type="dxa"/>
          </w:tcPr>
          <w:p w14:paraId="58D05AB0" w14:textId="48FB4924" w:rsidR="00163B58" w:rsidRPr="00163B58" w:rsidRDefault="00163B58" w:rsidP="00163B58">
            <w:pPr>
              <w:jc w:val="center"/>
              <w:rPr>
                <w:rFonts w:ascii="Times New Roman" w:hAnsi="Times New Roman" w:cs="Times New Roman"/>
                <w:sz w:val="26"/>
                <w:szCs w:val="26"/>
              </w:rPr>
            </w:pPr>
            <w:r w:rsidRPr="00163B58">
              <w:rPr>
                <w:rFonts w:ascii="Times New Roman" w:hAnsi="Times New Roman" w:cs="Times New Roman"/>
                <w:b/>
                <w:sz w:val="26"/>
                <w:szCs w:val="26"/>
              </w:rPr>
              <w:t>CÔNG TY/ĐƠN VỊ…………</w:t>
            </w:r>
            <w:r w:rsidRPr="00163B58">
              <w:rPr>
                <w:rFonts w:ascii="Times New Roman" w:hAnsi="Times New Roman" w:cs="Times New Roman"/>
                <w:b/>
                <w:sz w:val="26"/>
                <w:szCs w:val="26"/>
              </w:rPr>
              <w:br/>
              <w:t>Số:</w:t>
            </w:r>
            <w:r w:rsidRPr="00163B58">
              <w:rPr>
                <w:rFonts w:ascii="Times New Roman" w:hAnsi="Times New Roman" w:cs="Times New Roman"/>
                <w:b/>
                <w:sz w:val="26"/>
                <w:szCs w:val="26"/>
              </w:rPr>
              <w:t xml:space="preserve"> </w:t>
            </w:r>
            <w:proofErr w:type="gramStart"/>
            <w:r w:rsidRPr="00163B58">
              <w:rPr>
                <w:rFonts w:ascii="Times New Roman" w:hAnsi="Times New Roman" w:cs="Times New Roman"/>
                <w:b/>
                <w:sz w:val="26"/>
                <w:szCs w:val="26"/>
              </w:rPr>
              <w:t>…..</w:t>
            </w:r>
            <w:proofErr w:type="gramEnd"/>
            <w:r w:rsidRPr="00163B58">
              <w:rPr>
                <w:rFonts w:ascii="Times New Roman" w:hAnsi="Times New Roman" w:cs="Times New Roman"/>
                <w:b/>
                <w:sz w:val="26"/>
                <w:szCs w:val="26"/>
              </w:rPr>
              <w:t>/TB-………</w:t>
            </w:r>
          </w:p>
          <w:p w14:paraId="5541A5CA" w14:textId="77777777" w:rsidR="00163B58" w:rsidRPr="00163B58" w:rsidRDefault="00163B58">
            <w:pPr>
              <w:jc w:val="center"/>
              <w:rPr>
                <w:rFonts w:ascii="Times New Roman" w:hAnsi="Times New Roman" w:cs="Times New Roman"/>
                <w:b/>
                <w:sz w:val="26"/>
                <w:szCs w:val="26"/>
              </w:rPr>
            </w:pPr>
          </w:p>
        </w:tc>
        <w:tc>
          <w:tcPr>
            <w:tcW w:w="5670" w:type="dxa"/>
          </w:tcPr>
          <w:p w14:paraId="53FD6197" w14:textId="77777777" w:rsidR="00163B58" w:rsidRPr="00163B58" w:rsidRDefault="00163B58" w:rsidP="00163B58">
            <w:pPr>
              <w:jc w:val="center"/>
              <w:rPr>
                <w:rFonts w:ascii="Times New Roman" w:hAnsi="Times New Roman" w:cs="Times New Roman"/>
                <w:sz w:val="26"/>
                <w:szCs w:val="26"/>
              </w:rPr>
            </w:pPr>
            <w:r w:rsidRPr="00163B58">
              <w:rPr>
                <w:rFonts w:ascii="Times New Roman" w:hAnsi="Times New Roman" w:cs="Times New Roman"/>
                <w:b/>
                <w:sz w:val="26"/>
                <w:szCs w:val="26"/>
              </w:rPr>
              <w:t>CỘNG HÒA XÃ HỘI CHỦ NGHĨA VIỆT NAM</w:t>
            </w:r>
            <w:r w:rsidRPr="00163B58">
              <w:rPr>
                <w:rFonts w:ascii="Times New Roman" w:hAnsi="Times New Roman" w:cs="Times New Roman"/>
                <w:b/>
                <w:sz w:val="26"/>
                <w:szCs w:val="26"/>
              </w:rPr>
              <w:br/>
              <w:t>Độc lập – Tự do – Hạnh phúc</w:t>
            </w:r>
          </w:p>
          <w:p w14:paraId="5282182A" w14:textId="77777777" w:rsidR="00163B58" w:rsidRPr="00163B58" w:rsidRDefault="00163B58">
            <w:pPr>
              <w:jc w:val="center"/>
              <w:rPr>
                <w:rFonts w:ascii="Times New Roman" w:hAnsi="Times New Roman" w:cs="Times New Roman"/>
                <w:b/>
                <w:sz w:val="26"/>
                <w:szCs w:val="26"/>
              </w:rPr>
            </w:pPr>
          </w:p>
        </w:tc>
      </w:tr>
    </w:tbl>
    <w:p w14:paraId="32C02790" w14:textId="77777777" w:rsidR="00D52AAB" w:rsidRPr="00163B58" w:rsidRDefault="00000000" w:rsidP="00163B58">
      <w:pPr>
        <w:jc w:val="right"/>
        <w:rPr>
          <w:rFonts w:ascii="Times New Roman" w:hAnsi="Times New Roman" w:cs="Times New Roman"/>
          <w:i/>
          <w:iCs/>
          <w:sz w:val="26"/>
          <w:szCs w:val="26"/>
        </w:rPr>
      </w:pPr>
      <w:r w:rsidRPr="00163B58">
        <w:rPr>
          <w:rFonts w:ascii="Times New Roman" w:hAnsi="Times New Roman" w:cs="Times New Roman"/>
          <w:i/>
          <w:iCs/>
          <w:sz w:val="26"/>
          <w:szCs w:val="26"/>
        </w:rPr>
        <w:t>…, ngày … tháng … năm 2026</w:t>
      </w:r>
    </w:p>
    <w:p w14:paraId="10BA9E06" w14:textId="77777777" w:rsidR="00D52AAB" w:rsidRPr="00163B58" w:rsidRDefault="00000000">
      <w:pPr>
        <w:jc w:val="center"/>
        <w:rPr>
          <w:rFonts w:ascii="Times New Roman" w:hAnsi="Times New Roman" w:cs="Times New Roman"/>
          <w:sz w:val="26"/>
          <w:szCs w:val="26"/>
        </w:rPr>
      </w:pPr>
      <w:r w:rsidRPr="00163B58">
        <w:rPr>
          <w:rFonts w:ascii="Times New Roman" w:hAnsi="Times New Roman" w:cs="Times New Roman"/>
          <w:b/>
          <w:sz w:val="26"/>
          <w:szCs w:val="26"/>
        </w:rPr>
        <w:t>THÔNG BÁO</w:t>
      </w:r>
      <w:r w:rsidRPr="00163B58">
        <w:rPr>
          <w:rFonts w:ascii="Times New Roman" w:hAnsi="Times New Roman" w:cs="Times New Roman"/>
          <w:b/>
          <w:sz w:val="26"/>
          <w:szCs w:val="26"/>
        </w:rPr>
        <w:br/>
        <w:t>Về việc tổ chức liên hoan Quốc tế Thiếu nhi 1/6 năm 2026</w:t>
      </w:r>
    </w:p>
    <w:p w14:paraId="624D166F" w14:textId="77777777" w:rsidR="00D52AAB" w:rsidRPr="00163B58" w:rsidRDefault="00000000">
      <w:pPr>
        <w:rPr>
          <w:rFonts w:ascii="Times New Roman" w:hAnsi="Times New Roman" w:cs="Times New Roman"/>
          <w:sz w:val="26"/>
          <w:szCs w:val="26"/>
        </w:rPr>
      </w:pPr>
      <w:r w:rsidRPr="00163B58">
        <w:rPr>
          <w:rFonts w:ascii="Times New Roman" w:hAnsi="Times New Roman" w:cs="Times New Roman"/>
          <w:sz w:val="26"/>
          <w:szCs w:val="26"/>
        </w:rPr>
        <w:t>Nhân dịp Quốc tế Thiếu nhi 1/6 năm 2026, nhằm tạo không khí vui tươi, gắn kết và chăm lo đời sống tinh thần cho con em cán bộ, công nhân viên, ……………… tổ chức chương trình liên hoan Quốc tế Thiếu nhi 1/6 với các nội dung cụ thể như sau:</w:t>
      </w:r>
    </w:p>
    <w:p w14:paraId="42627A63" w14:textId="77777777" w:rsidR="00D52AAB" w:rsidRPr="00163B58" w:rsidRDefault="00000000">
      <w:pPr>
        <w:rPr>
          <w:rFonts w:ascii="Times New Roman" w:hAnsi="Times New Roman" w:cs="Times New Roman"/>
          <w:sz w:val="26"/>
          <w:szCs w:val="26"/>
        </w:rPr>
      </w:pPr>
      <w:r w:rsidRPr="00163B58">
        <w:rPr>
          <w:rFonts w:ascii="Times New Roman" w:hAnsi="Times New Roman" w:cs="Times New Roman"/>
          <w:b/>
          <w:bCs/>
          <w:sz w:val="26"/>
          <w:szCs w:val="26"/>
        </w:rPr>
        <w:t>1. Thời gian tổ chức</w:t>
      </w:r>
      <w:r w:rsidRPr="00163B58">
        <w:rPr>
          <w:rFonts w:ascii="Times New Roman" w:hAnsi="Times New Roman" w:cs="Times New Roman"/>
          <w:b/>
          <w:bCs/>
          <w:sz w:val="26"/>
          <w:szCs w:val="26"/>
        </w:rPr>
        <w:br/>
      </w:r>
      <w:r w:rsidRPr="00163B58">
        <w:rPr>
          <w:rFonts w:ascii="Times New Roman" w:hAnsi="Times New Roman" w:cs="Times New Roman"/>
          <w:sz w:val="26"/>
          <w:szCs w:val="26"/>
        </w:rPr>
        <w:t>- Thời gian: …… giờ …… phút, ngày …… tháng …… năm 2026.</w:t>
      </w:r>
    </w:p>
    <w:p w14:paraId="56FE0E8A" w14:textId="77777777" w:rsidR="00D52AAB" w:rsidRPr="00163B58" w:rsidRDefault="00000000">
      <w:pPr>
        <w:rPr>
          <w:rFonts w:ascii="Times New Roman" w:hAnsi="Times New Roman" w:cs="Times New Roman"/>
          <w:sz w:val="26"/>
          <w:szCs w:val="26"/>
        </w:rPr>
      </w:pPr>
      <w:r w:rsidRPr="00163B58">
        <w:rPr>
          <w:rFonts w:ascii="Times New Roman" w:hAnsi="Times New Roman" w:cs="Times New Roman"/>
          <w:b/>
          <w:bCs/>
          <w:sz w:val="26"/>
          <w:szCs w:val="26"/>
        </w:rPr>
        <w:t>2. Địa điểm</w:t>
      </w:r>
      <w:r w:rsidRPr="00163B58">
        <w:rPr>
          <w:rFonts w:ascii="Times New Roman" w:hAnsi="Times New Roman" w:cs="Times New Roman"/>
          <w:sz w:val="26"/>
          <w:szCs w:val="26"/>
        </w:rPr>
        <w:br/>
        <w:t>- Tại: ……………………………………………………</w:t>
      </w:r>
    </w:p>
    <w:p w14:paraId="6B80B785" w14:textId="77777777" w:rsidR="00D52AAB" w:rsidRPr="00163B58" w:rsidRDefault="00000000">
      <w:pPr>
        <w:rPr>
          <w:rFonts w:ascii="Times New Roman" w:hAnsi="Times New Roman" w:cs="Times New Roman"/>
          <w:sz w:val="26"/>
          <w:szCs w:val="26"/>
        </w:rPr>
      </w:pPr>
      <w:r w:rsidRPr="00163B58">
        <w:rPr>
          <w:rFonts w:ascii="Times New Roman" w:hAnsi="Times New Roman" w:cs="Times New Roman"/>
          <w:b/>
          <w:bCs/>
          <w:sz w:val="26"/>
          <w:szCs w:val="26"/>
        </w:rPr>
        <w:t>3. Thành phần tham dự</w:t>
      </w:r>
      <w:r w:rsidRPr="00163B58">
        <w:rPr>
          <w:rFonts w:ascii="Times New Roman" w:hAnsi="Times New Roman" w:cs="Times New Roman"/>
          <w:sz w:val="26"/>
          <w:szCs w:val="26"/>
        </w:rPr>
        <w:br/>
        <w:t>- Con em cán bộ, công nhân viên, người lao động trong đơn vị.</w:t>
      </w:r>
      <w:r w:rsidRPr="00163B58">
        <w:rPr>
          <w:rFonts w:ascii="Times New Roman" w:hAnsi="Times New Roman" w:cs="Times New Roman"/>
          <w:sz w:val="26"/>
          <w:szCs w:val="26"/>
        </w:rPr>
        <w:br/>
        <w:t>- Đại diện Ban lãnh đạo, Công đoàn và toàn thể cán bộ, nhân viên.</w:t>
      </w:r>
    </w:p>
    <w:p w14:paraId="440D5F07" w14:textId="77777777" w:rsidR="00D52AAB" w:rsidRPr="00163B58" w:rsidRDefault="00000000">
      <w:pPr>
        <w:rPr>
          <w:rFonts w:ascii="Times New Roman" w:hAnsi="Times New Roman" w:cs="Times New Roman"/>
          <w:sz w:val="26"/>
          <w:szCs w:val="26"/>
        </w:rPr>
      </w:pPr>
      <w:r w:rsidRPr="00163B58">
        <w:rPr>
          <w:rFonts w:ascii="Times New Roman" w:hAnsi="Times New Roman" w:cs="Times New Roman"/>
          <w:b/>
          <w:bCs/>
          <w:sz w:val="26"/>
          <w:szCs w:val="26"/>
        </w:rPr>
        <w:t>4. Nội dung liên hoan</w:t>
      </w:r>
      <w:r w:rsidRPr="00163B58">
        <w:rPr>
          <w:rFonts w:ascii="Times New Roman" w:hAnsi="Times New Roman" w:cs="Times New Roman"/>
          <w:sz w:val="26"/>
          <w:szCs w:val="26"/>
        </w:rPr>
        <w:br/>
        <w:t>- Gặp mặt và chúc mừng các em thiếu nhi nhân ngày 1/6.</w:t>
      </w:r>
      <w:r w:rsidRPr="00163B58">
        <w:rPr>
          <w:rFonts w:ascii="Times New Roman" w:hAnsi="Times New Roman" w:cs="Times New Roman"/>
          <w:sz w:val="26"/>
          <w:szCs w:val="26"/>
        </w:rPr>
        <w:br/>
        <w:t>- Tổ chức liên hoan ăn uống, giao lưu tập thể.</w:t>
      </w:r>
      <w:r w:rsidRPr="00163B58">
        <w:rPr>
          <w:rFonts w:ascii="Times New Roman" w:hAnsi="Times New Roman" w:cs="Times New Roman"/>
          <w:sz w:val="26"/>
          <w:szCs w:val="26"/>
        </w:rPr>
        <w:br/>
        <w:t>- Tham gia các trò chơi vui nhộn, hoạt náo thiếu nhi.</w:t>
      </w:r>
      <w:r w:rsidRPr="00163B58">
        <w:rPr>
          <w:rFonts w:ascii="Times New Roman" w:hAnsi="Times New Roman" w:cs="Times New Roman"/>
          <w:sz w:val="26"/>
          <w:szCs w:val="26"/>
        </w:rPr>
        <w:br/>
        <w:t>- Chương trình văn nghệ, biểu diễn tiết mục thiếu nhi.</w:t>
      </w:r>
      <w:r w:rsidRPr="00163B58">
        <w:rPr>
          <w:rFonts w:ascii="Times New Roman" w:hAnsi="Times New Roman" w:cs="Times New Roman"/>
          <w:sz w:val="26"/>
          <w:szCs w:val="26"/>
        </w:rPr>
        <w:br/>
        <w:t>- Trao quà và phần thưởng cho các em tham dự.</w:t>
      </w:r>
    </w:p>
    <w:p w14:paraId="5003772B" w14:textId="77777777" w:rsidR="00D52AAB" w:rsidRPr="00163B58" w:rsidRDefault="00000000">
      <w:pPr>
        <w:rPr>
          <w:rFonts w:ascii="Times New Roman" w:hAnsi="Times New Roman" w:cs="Times New Roman"/>
          <w:sz w:val="26"/>
          <w:szCs w:val="26"/>
        </w:rPr>
      </w:pPr>
      <w:r w:rsidRPr="00163B58">
        <w:rPr>
          <w:rFonts w:ascii="Times New Roman" w:hAnsi="Times New Roman" w:cs="Times New Roman"/>
          <w:b/>
          <w:bCs/>
          <w:sz w:val="26"/>
          <w:szCs w:val="26"/>
        </w:rPr>
        <w:t>5. Tổ chức thực hiện</w:t>
      </w:r>
      <w:r w:rsidRPr="00163B58">
        <w:rPr>
          <w:rFonts w:ascii="Times New Roman" w:hAnsi="Times New Roman" w:cs="Times New Roman"/>
          <w:b/>
          <w:bCs/>
          <w:sz w:val="26"/>
          <w:szCs w:val="26"/>
        </w:rPr>
        <w:br/>
      </w:r>
      <w:r w:rsidRPr="00163B58">
        <w:rPr>
          <w:rFonts w:ascii="Times New Roman" w:hAnsi="Times New Roman" w:cs="Times New Roman"/>
          <w:sz w:val="26"/>
          <w:szCs w:val="26"/>
        </w:rPr>
        <w:t xml:space="preserve">Đề nghị các phòng ban thông báo đến cán bộ, nhân viên đăng ký số lượng trẻ em tham gia trước ngày </w:t>
      </w:r>
      <w:proofErr w:type="gramStart"/>
      <w:r w:rsidRPr="00163B58">
        <w:rPr>
          <w:rFonts w:ascii="Times New Roman" w:hAnsi="Times New Roman" w:cs="Times New Roman"/>
          <w:sz w:val="26"/>
          <w:szCs w:val="26"/>
        </w:rPr>
        <w:t>…..</w:t>
      </w:r>
      <w:proofErr w:type="gramEnd"/>
      <w:r w:rsidRPr="00163B58">
        <w:rPr>
          <w:rFonts w:ascii="Times New Roman" w:hAnsi="Times New Roman" w:cs="Times New Roman"/>
          <w:sz w:val="26"/>
          <w:szCs w:val="26"/>
        </w:rPr>
        <w:t>/</w:t>
      </w:r>
      <w:proofErr w:type="gramStart"/>
      <w:r w:rsidRPr="00163B58">
        <w:rPr>
          <w:rFonts w:ascii="Times New Roman" w:hAnsi="Times New Roman" w:cs="Times New Roman"/>
          <w:sz w:val="26"/>
          <w:szCs w:val="26"/>
        </w:rPr>
        <w:t>…..</w:t>
      </w:r>
      <w:proofErr w:type="gramEnd"/>
      <w:r w:rsidRPr="00163B58">
        <w:rPr>
          <w:rFonts w:ascii="Times New Roman" w:hAnsi="Times New Roman" w:cs="Times New Roman"/>
          <w:sz w:val="26"/>
          <w:szCs w:val="26"/>
        </w:rPr>
        <w:t>/2026 để thuận tiện cho công tác chuẩn bị chương trình và tiệc liên hoan.</w:t>
      </w:r>
    </w:p>
    <w:p w14:paraId="0C937C01" w14:textId="1108F02F" w:rsidR="00163B58" w:rsidRPr="00163B58" w:rsidRDefault="00000000">
      <w:pPr>
        <w:rPr>
          <w:rFonts w:ascii="Times New Roman" w:hAnsi="Times New Roman" w:cs="Times New Roman"/>
          <w:sz w:val="26"/>
          <w:szCs w:val="26"/>
        </w:rPr>
      </w:pPr>
      <w:r w:rsidRPr="00163B58">
        <w:rPr>
          <w:rFonts w:ascii="Times New Roman" w:hAnsi="Times New Roman" w:cs="Times New Roman"/>
          <w:sz w:val="26"/>
          <w:szCs w:val="26"/>
        </w:rPr>
        <w:t>Rất mong sự tham gia đầy đủ của cán bộ, nhân viên và các em thiếu nhi để chương trình diễn ra vui vẻ, ý nghĩa và thành công tốt đẹp.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163B58" w:rsidRPr="00163B58" w14:paraId="0FA22E13" w14:textId="77777777" w:rsidTr="00163B58">
        <w:tc>
          <w:tcPr>
            <w:tcW w:w="4428" w:type="dxa"/>
          </w:tcPr>
          <w:p w14:paraId="2F9AB2E2" w14:textId="77777777" w:rsidR="00163B58" w:rsidRPr="00163B58" w:rsidRDefault="00163B58" w:rsidP="00163B58">
            <w:pPr>
              <w:rPr>
                <w:rFonts w:ascii="Times New Roman" w:hAnsi="Times New Roman" w:cs="Times New Roman"/>
                <w:sz w:val="26"/>
                <w:szCs w:val="26"/>
              </w:rPr>
            </w:pPr>
            <w:r w:rsidRPr="00163B58">
              <w:rPr>
                <w:rFonts w:ascii="Times New Roman" w:hAnsi="Times New Roman" w:cs="Times New Roman"/>
                <w:sz w:val="26"/>
                <w:szCs w:val="26"/>
              </w:rPr>
              <w:t>Nơi nhận:</w:t>
            </w:r>
            <w:r w:rsidRPr="00163B58">
              <w:rPr>
                <w:rFonts w:ascii="Times New Roman" w:hAnsi="Times New Roman" w:cs="Times New Roman"/>
                <w:sz w:val="26"/>
                <w:szCs w:val="26"/>
              </w:rPr>
              <w:br/>
              <w:t>- Các phòng/ban;</w:t>
            </w:r>
            <w:r w:rsidRPr="00163B58">
              <w:rPr>
                <w:rFonts w:ascii="Times New Roman" w:hAnsi="Times New Roman" w:cs="Times New Roman"/>
                <w:sz w:val="26"/>
                <w:szCs w:val="26"/>
              </w:rPr>
              <w:br/>
              <w:t>- Lưu: VT.</w:t>
            </w:r>
          </w:p>
          <w:p w14:paraId="4C4231DB" w14:textId="77777777" w:rsidR="00163B58" w:rsidRPr="00163B58" w:rsidRDefault="00163B58">
            <w:pPr>
              <w:rPr>
                <w:rFonts w:ascii="Times New Roman" w:hAnsi="Times New Roman" w:cs="Times New Roman"/>
                <w:sz w:val="26"/>
                <w:szCs w:val="26"/>
              </w:rPr>
            </w:pPr>
          </w:p>
        </w:tc>
        <w:tc>
          <w:tcPr>
            <w:tcW w:w="4428" w:type="dxa"/>
          </w:tcPr>
          <w:p w14:paraId="4AFFF115" w14:textId="77777777" w:rsidR="00163B58" w:rsidRPr="00163B58" w:rsidRDefault="00163B58" w:rsidP="00163B58">
            <w:pPr>
              <w:jc w:val="center"/>
              <w:rPr>
                <w:rFonts w:ascii="Times New Roman" w:hAnsi="Times New Roman" w:cs="Times New Roman"/>
                <w:sz w:val="26"/>
                <w:szCs w:val="26"/>
              </w:rPr>
            </w:pPr>
            <w:r w:rsidRPr="00163B58">
              <w:rPr>
                <w:rFonts w:ascii="Times New Roman" w:hAnsi="Times New Roman" w:cs="Times New Roman"/>
                <w:b/>
                <w:sz w:val="26"/>
                <w:szCs w:val="26"/>
              </w:rPr>
              <w:t>TM. ………………………</w:t>
            </w:r>
            <w:r w:rsidRPr="00163B58">
              <w:rPr>
                <w:rFonts w:ascii="Times New Roman" w:hAnsi="Times New Roman" w:cs="Times New Roman"/>
                <w:b/>
                <w:sz w:val="26"/>
                <w:szCs w:val="26"/>
              </w:rPr>
              <w:br/>
              <w:t>NGƯỜI KÝ THÔNG BÁO</w:t>
            </w:r>
            <w:r w:rsidRPr="00163B58">
              <w:rPr>
                <w:rFonts w:ascii="Times New Roman" w:hAnsi="Times New Roman" w:cs="Times New Roman"/>
                <w:b/>
                <w:sz w:val="26"/>
                <w:szCs w:val="26"/>
              </w:rPr>
              <w:br/>
              <w:t>(Ký, ghi rõ họ tên)</w:t>
            </w:r>
          </w:p>
          <w:p w14:paraId="227F7B19" w14:textId="77777777" w:rsidR="00163B58" w:rsidRPr="00163B58" w:rsidRDefault="00163B58">
            <w:pPr>
              <w:rPr>
                <w:rFonts w:ascii="Times New Roman" w:hAnsi="Times New Roman" w:cs="Times New Roman"/>
                <w:sz w:val="26"/>
                <w:szCs w:val="26"/>
              </w:rPr>
            </w:pPr>
          </w:p>
        </w:tc>
      </w:tr>
    </w:tbl>
    <w:p w14:paraId="63327FD2" w14:textId="57D07D42" w:rsidR="00D52AAB" w:rsidRPr="00163B58" w:rsidRDefault="00D52AAB" w:rsidP="00163B58">
      <w:pPr>
        <w:rPr>
          <w:rFonts w:ascii="Times New Roman" w:hAnsi="Times New Roman" w:cs="Times New Roman"/>
          <w:sz w:val="26"/>
          <w:szCs w:val="26"/>
        </w:rPr>
      </w:pPr>
    </w:p>
    <w:sectPr w:rsidR="00D52AAB" w:rsidRPr="00163B5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8675784">
    <w:abstractNumId w:val="8"/>
  </w:num>
  <w:num w:numId="2" w16cid:durableId="451174581">
    <w:abstractNumId w:val="6"/>
  </w:num>
  <w:num w:numId="3" w16cid:durableId="2059888722">
    <w:abstractNumId w:val="5"/>
  </w:num>
  <w:num w:numId="4" w16cid:durableId="1341855945">
    <w:abstractNumId w:val="4"/>
  </w:num>
  <w:num w:numId="5" w16cid:durableId="1381706812">
    <w:abstractNumId w:val="7"/>
  </w:num>
  <w:num w:numId="6" w16cid:durableId="542064201">
    <w:abstractNumId w:val="3"/>
  </w:num>
  <w:num w:numId="7" w16cid:durableId="1146553658">
    <w:abstractNumId w:val="2"/>
  </w:num>
  <w:num w:numId="8" w16cid:durableId="1257864071">
    <w:abstractNumId w:val="1"/>
  </w:num>
  <w:num w:numId="9" w16cid:durableId="1202984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B58"/>
    <w:rsid w:val="0029639D"/>
    <w:rsid w:val="00326F90"/>
    <w:rsid w:val="00556C95"/>
    <w:rsid w:val="00AA1D8D"/>
    <w:rsid w:val="00B47730"/>
    <w:rsid w:val="00CB0664"/>
    <w:rsid w:val="00D52AA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015A5F"/>
  <w14:defaultImageDpi w14:val="300"/>
  <w15:docId w15:val="{88841AB9-6946-418E-9C14-1F8134519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Thanh Xuan</cp:lastModifiedBy>
  <cp:revision>2</cp:revision>
  <dcterms:created xsi:type="dcterms:W3CDTF">2013-12-23T23:15:00Z</dcterms:created>
  <dcterms:modified xsi:type="dcterms:W3CDTF">2026-05-24T08:35:00Z</dcterms:modified>
  <cp:category/>
</cp:coreProperties>
</file>