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0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63"/>
        <w:gridCol w:w="6142"/>
      </w:tblGrid>
      <w:tr>
        <w:trPr/>
        <w:tc>
          <w:tcPr>
            <w:tcW w:w="3263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/>
                <w:i w:val="false"/>
                <w:sz w:val="26"/>
                <w:szCs w:val="26"/>
              </w:rPr>
              <w:t>TÊN CƠ QUAN/ĐƠN VỊ</w:t>
              <w:br/>
              <w:t>…</w:t>
              <w:br/>
            </w:r>
            <w:r>
              <w:rPr>
                <w:rFonts w:eastAsia="Times New Roman" w:ascii="Times New Roman" w:hAnsi="Times New Roman"/>
                <w:b w:val="false"/>
                <w:i w:val="false"/>
                <w:sz w:val="26"/>
                <w:szCs w:val="26"/>
              </w:rPr>
              <w:t>Số: ..../GM-....</w:t>
            </w:r>
          </w:p>
        </w:tc>
        <w:tc>
          <w:tcPr>
            <w:tcW w:w="6142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/>
                <w:i w:val="false"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</w:r>
            <w:r>
              <w:rPr>
                <w:rFonts w:eastAsia="Times New Roman" w:ascii="Times New Roman" w:hAnsi="Times New Roman"/>
                <w:b w:val="false"/>
                <w:i w:val="false"/>
                <w:sz w:val="26"/>
                <w:szCs w:val="26"/>
              </w:rPr>
              <w:t>----------------</w:t>
              <w:br/>
              <w:t xml:space="preserve">                              </w:t>
            </w:r>
            <w:r>
              <w:rPr>
                <w:rFonts w:eastAsia="Times New Roman" w:ascii="Times New Roman" w:hAnsi="Times New Roman"/>
                <w:b w:val="false"/>
                <w:i/>
                <w:iCs/>
                <w:sz w:val="26"/>
                <w:szCs w:val="26"/>
              </w:rPr>
              <w:t xml:space="preserve">……., </w:t>
            </w:r>
            <w:r>
              <w:rPr>
                <w:rFonts w:eastAsia="Times New Roman" w:ascii="Times New Roman" w:hAnsi="Times New Roman"/>
                <w:b w:val="false"/>
                <w:i/>
                <w:iCs/>
                <w:sz w:val="26"/>
                <w:szCs w:val="26"/>
              </w:rPr>
              <w:t>N</w:t>
            </w:r>
            <w:r>
              <w:rPr>
                <w:rFonts w:eastAsia="Times New Roman" w:ascii="Times New Roman" w:hAnsi="Times New Roman"/>
                <w:b w:val="false"/>
                <w:i/>
                <w:iCs/>
                <w:sz w:val="26"/>
                <w:szCs w:val="26"/>
              </w:rPr>
              <w:t xml:space="preserve">gày .... </w:t>
            </w:r>
            <w:r>
              <w:rPr>
                <w:rFonts w:eastAsia="Times New Roman" w:ascii="Times New Roman" w:hAnsi="Times New Roman"/>
                <w:b w:val="false"/>
                <w:i/>
                <w:iCs/>
                <w:sz w:val="26"/>
                <w:szCs w:val="26"/>
              </w:rPr>
              <w:t>t</w:t>
            </w:r>
            <w:r>
              <w:rPr>
                <w:rFonts w:eastAsia="Times New Roman" w:ascii="Times New Roman" w:hAnsi="Times New Roman"/>
                <w:b w:val="false"/>
                <w:i/>
                <w:iCs/>
                <w:sz w:val="26"/>
                <w:szCs w:val="26"/>
              </w:rPr>
              <w:t>háng ... năm 2026</w:t>
            </w:r>
          </w:p>
        </w:tc>
      </w:tr>
    </w:tbl>
    <w:p>
      <w:pPr>
        <w:pStyle w:val="Normal"/>
        <w:jc w:val="end"/>
        <w:rPr>
          <w:rFonts w:ascii="Times New Roman" w:hAnsi="Times New Roman" w:eastAsia="Times New Roman"/>
          <w:b w:val="false"/>
          <w:i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>GIẤY MỜI</w:t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 xml:space="preserve">Dự Chương trình chào mừng </w:t>
      </w:r>
      <w:r>
        <w:rPr>
          <w:rFonts w:eastAsia="Times New Roman" w:ascii="Times New Roman" w:hAnsi="Times New Roman"/>
          <w:b/>
          <w:i w:val="false"/>
          <w:sz w:val="26"/>
          <w:szCs w:val="26"/>
        </w:rPr>
        <w:t xml:space="preserve">Lễ </w:t>
      </w:r>
      <w:r>
        <w:rPr>
          <w:rFonts w:eastAsia="Times New Roman" w:ascii="Times New Roman" w:hAnsi="Times New Roman"/>
          <w:b/>
          <w:i w:val="false"/>
          <w:sz w:val="26"/>
          <w:szCs w:val="26"/>
        </w:rPr>
        <w:t>Quốc khánh 02/</w:t>
      </w:r>
      <w:r>
        <w:rPr>
          <w:rFonts w:eastAsia="Times New Roman" w:ascii="Times New Roman" w:hAnsi="Times New Roman"/>
          <w:b/>
          <w:i w:val="false"/>
          <w:sz w:val="26"/>
          <w:szCs w:val="26"/>
        </w:rPr>
        <w:t>0</w:t>
      </w:r>
      <w:r>
        <w:rPr>
          <w:rFonts w:eastAsia="Times New Roman" w:ascii="Times New Roman" w:hAnsi="Times New Roman"/>
          <w:b/>
          <w:i w:val="false"/>
          <w:sz w:val="26"/>
          <w:szCs w:val="26"/>
        </w:rPr>
        <w:t>9/2026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>Kính gửi: Ông/Bà ……………………………………………………………………….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 xml:space="preserve">Chức vụ: </w:t>
      </w:r>
      <w:r>
        <w:rPr>
          <w:rFonts w:eastAsia="Times New Roman" w:ascii="Times New Roman" w:hAnsi="Times New Roman"/>
          <w:b w:val="false"/>
          <w:bCs w:val="false"/>
          <w:i w:val="false"/>
          <w:sz w:val="26"/>
          <w:szCs w:val="26"/>
        </w:rPr>
        <w:t>………………………………………………………………………………….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 xml:space="preserve">Đơn vị: </w:t>
      </w:r>
      <w:r>
        <w:rPr>
          <w:rFonts w:eastAsia="Times New Roman" w:ascii="Times New Roman" w:hAnsi="Times New Roman"/>
          <w:b w:val="false"/>
          <w:bCs w:val="false"/>
          <w:i w:val="false"/>
          <w:sz w:val="26"/>
          <w:szCs w:val="26"/>
        </w:rPr>
        <w:t>…………………………………………………………………………………...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 xml:space="preserve">Nhân dịp kỷ niệm 81 năm </w:t>
      </w: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 xml:space="preserve">Ngày </w:t>
      </w: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Quốc khánh nước Cộng hòa xã hội chủ nghĩa Việt Nam (02/9/1945 - 02/9/2026), [Tên cơ quan/đơn vị] trân trọng tổ chức Chương trình chào mừng Quốc khánh 02/9/2026.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[Tên cơ quan/đơn vị] trân trọng kính mời Ông/Bà đến tham dự chương trình, cụ thể như sau: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 xml:space="preserve">1. Thời gian: </w:t>
      </w:r>
      <w:r>
        <w:rPr>
          <w:rFonts w:eastAsia="Times New Roman" w:ascii="Times New Roman" w:hAnsi="Times New Roman"/>
          <w:b w:val="false"/>
          <w:bCs w:val="false"/>
          <w:i w:val="false"/>
          <w:sz w:val="26"/>
          <w:szCs w:val="26"/>
        </w:rPr>
        <w:t>…... giờ ….. phút, ngày ….. tháng 9 năm 2026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 xml:space="preserve">2. Địa điểm: </w:t>
      </w:r>
      <w:r>
        <w:rPr>
          <w:rFonts w:eastAsia="Times New Roman" w:ascii="Times New Roman" w:hAnsi="Times New Roman"/>
          <w:b w:val="false"/>
          <w:bCs w:val="false"/>
          <w:i w:val="false"/>
          <w:sz w:val="26"/>
          <w:szCs w:val="26"/>
        </w:rPr>
        <w:t>……………………………………………………………………………...</w:t>
      </w:r>
    </w:p>
    <w:p>
      <w:pPr>
        <w:pStyle w:val="Normal"/>
        <w:rPr>
          <w:rFonts w:ascii="Times New Roman" w:hAnsi="Times New Roman" w:eastAsia="Times New Roman"/>
          <w:b/>
          <w:i w:val="false"/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 xml:space="preserve">3. Nội dung chương trình: </w:t>
      </w:r>
    </w:p>
    <w:p>
      <w:pPr>
        <w:pStyle w:val="Normal"/>
        <w:rPr>
          <w:rFonts w:ascii="Times New Roman" w:hAnsi="Times New Roman" w:eastAsia="Times New Roman"/>
          <w:b w:val="false"/>
          <w:i w:val="false"/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Tuyên bố lý do, giới thiệu đại biểu;</w:t>
        <w:br/>
        <w:t>Ôn lại truyền thống, ý nghĩa lịch sử của Ngày Quốc khánh 02/9;</w:t>
        <w:br/>
        <w:t>Văn nghệ/Giao lưu/Tọa đàm/Trao thưởng...</w:t>
        <w:br/>
      </w:r>
      <w:r>
        <w:rPr>
          <w:rFonts w:eastAsia="Times New Roman" w:ascii="Times New Roman" w:hAnsi="Times New Roman"/>
          <w:b w:val="false"/>
          <w:bCs w:val="false"/>
          <w:i w:val="false"/>
          <w:sz w:val="26"/>
          <w:szCs w:val="26"/>
        </w:rPr>
        <w:t>………………………………………………………………………………</w:t>
      </w:r>
    </w:p>
    <w:p>
      <w:pPr>
        <w:pStyle w:val="Normal"/>
        <w:rPr>
          <w:rFonts w:ascii="Times New Roman" w:hAnsi="Times New Roman" w:eastAsia="Times New Roman"/>
          <w:b w:val="false"/>
          <w:i w:val="false"/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………………………………………………………………………………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Sự hiện diện của Ông/Bà là niềm vinh dự và góp phần vào thành công của chương trình.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 w:val="false"/>
          <w:i w:val="false"/>
          <w:sz w:val="26"/>
          <w:szCs w:val="26"/>
        </w:rPr>
        <w:t>Kính mong Ông/Bà sắp xếp thời gian tham dự.</w:t>
      </w:r>
    </w:p>
    <w:p>
      <w:pPr>
        <w:pStyle w:val="Normal"/>
        <w:rPr>
          <w:sz w:val="26"/>
          <w:szCs w:val="26"/>
        </w:rPr>
      </w:pPr>
      <w:r>
        <w:rPr>
          <w:rFonts w:eastAsia="Times New Roman" w:ascii="Times New Roman" w:hAnsi="Times New Roman"/>
          <w:b/>
          <w:i w:val="false"/>
          <w:sz w:val="26"/>
          <w:szCs w:val="26"/>
        </w:rPr>
        <w:t>Trân trọng kính mời!</w:t>
      </w:r>
    </w:p>
    <w:tbl>
      <w:tblPr>
        <w:tblW w:w="940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02"/>
        <w:gridCol w:w="4702"/>
      </w:tblGrid>
      <w:tr>
        <w:trPr/>
        <w:tc>
          <w:tcPr>
            <w:tcW w:w="4702" w:type="dxa"/>
            <w:tcBorders/>
          </w:tcPr>
          <w:p>
            <w:pPr>
              <w:pStyle w:val="Normal"/>
              <w:spacing w:before="0" w:after="200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 w:val="false"/>
                <w:i/>
                <w:sz w:val="26"/>
                <w:szCs w:val="26"/>
              </w:rPr>
              <w:t>Nơi nhận:</w:t>
              <w:br/>
              <w:t>- Như trên;</w:t>
              <w:br/>
              <w:t>- [Các đơn vị liên quan];</w:t>
              <w:br/>
              <w:t>- Lưu: VT, [....].</w:t>
            </w:r>
          </w:p>
        </w:tc>
        <w:tc>
          <w:tcPr>
            <w:tcW w:w="4702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/>
                <w:i w:val="false"/>
                <w:sz w:val="26"/>
                <w:szCs w:val="26"/>
              </w:rPr>
              <w:t>[THỦ TRƯỞNG CƠ QUAN/ĐƠN VỊ]</w:t>
              <w:br/>
              <w:br/>
              <w:br/>
              <w:br/>
            </w:r>
            <w:r>
              <w:rPr>
                <w:rFonts w:eastAsia="Times New Roman" w:ascii="Times New Roman" w:hAnsi="Times New Roman"/>
                <w:b w:val="false"/>
                <w:bCs w:val="false"/>
                <w:i/>
                <w:iCs/>
                <w:sz w:val="26"/>
                <w:szCs w:val="26"/>
              </w:rPr>
              <w:t>(Ký, ghi rõ họ tên, đóng dấu nếu có)</w:t>
              <w:br/>
              <w:t>……….</w:t>
            </w:r>
          </w:p>
        </w:tc>
      </w:tr>
    </w:tbl>
    <w:sectPr>
      <w:type w:val="nextPage"/>
      <w:pgSz w:w="12240" w:h="15840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LibreOffice/26.2.5.2$Windows_X86_64 LibreOffice_project/cd7284b4cbbfeb507e630c1aac019f4157393acb</Application>
  <AppVersion>15.0000</AppVersion>
  <Pages>2</Pages>
  <Words>217</Words>
  <Characters>1027</Characters>
  <CharactersWithSpaces>1259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2026-08-24T08:53:11Z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