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>
          <w:b/>
          <w:sz w:val="24"/>
        </w:rPr>
        <w:t>CỘNG HÒA XÃ HỘI CHỦ NGHĨA VIỆT NAM</w:t>
      </w:r>
    </w:p>
    <w:p>
      <w:pPr>
        <w:pStyle w:val="Normal"/>
        <w:spacing w:before="0" w:after="40"/>
        <w:jc w:val="center"/>
        <w:rPr/>
      </w:pPr>
      <w:r>
        <w:rPr>
          <w:b/>
          <w:sz w:val="26"/>
        </w:rPr>
        <w:t>Độc lập - Tự do - Hạnh phúc</w:t>
      </w:r>
    </w:p>
    <w:p>
      <w:pPr>
        <w:pStyle w:val="Normal"/>
        <w:spacing w:before="0" w:after="240"/>
        <w:jc w:val="center"/>
        <w:rPr/>
      </w:pPr>
      <w:r>
        <w:rPr>
          <w:b/>
        </w:rPr>
        <w:t>_______________</w:t>
      </w:r>
    </w:p>
    <w:p>
      <w:pPr>
        <w:pStyle w:val="Normal"/>
        <w:spacing w:before="0" w:after="480"/>
        <w:jc w:val="end"/>
        <w:rPr/>
      </w:pPr>
      <w:r>
        <w:rPr>
          <w:i/>
        </w:rPr>
        <w:t>.…</w:t>
      </w:r>
      <w:r>
        <w:rPr>
          <w:i/>
        </w:rPr>
        <w:t>…..</w:t>
      </w:r>
      <w:r>
        <w:rPr>
          <w:i/>
        </w:rPr>
        <w:t>, ngày ...... tháng ...... năm 2026</w:t>
      </w:r>
    </w:p>
    <w:p>
      <w:pPr>
        <w:pStyle w:val="Normal"/>
        <w:spacing w:before="0" w:after="360"/>
        <w:jc w:val="center"/>
        <w:rPr>
          <w:b/>
          <w:sz w:val="30"/>
        </w:rPr>
      </w:pPr>
      <w:r>
        <w:rPr>
          <w:b/>
          <w:sz w:val="30"/>
        </w:rPr>
        <w:t>PHIẾU ĐĂNG KÝ</w:t>
      </w:r>
    </w:p>
    <w:p>
      <w:pPr>
        <w:pStyle w:val="Normal"/>
        <w:spacing w:before="0" w:after="360"/>
        <w:jc w:val="center"/>
        <w:rPr>
          <w:b/>
          <w:sz w:val="30"/>
        </w:rPr>
      </w:pPr>
      <w:r>
        <w:rPr>
          <w:b/>
          <w:sz w:val="30"/>
        </w:rPr>
        <w:t>THAM GIA HOẠT ĐỘNG HÈ NĂM 2026</w:t>
      </w:r>
    </w:p>
    <w:p>
      <w:pPr>
        <w:pStyle w:val="Normal"/>
        <w:spacing w:lineRule="auto" w:line="288" w:before="0" w:after="240"/>
        <w:rPr/>
      </w:pPr>
      <w:r>
        <w:rPr>
          <w:b/>
        </w:rPr>
        <w:t xml:space="preserve">Kính gửi: </w:t>
      </w:r>
      <w:r>
        <w:rPr/>
        <w:br/>
        <w:t>- Ban Giám hiệu Trường: [Tên trường Học sinh đang theo học]</w:t>
        <w:br/>
        <w:t>- Ban Chấp hành Đoàn trường / Đội Thiếu niên Tiền phong Hồ Chí Minh</w:t>
        <w:br/>
        <w:t>- Ban Chỉ đạo sinh hoạt hè: [Phường/Xã/......]</w:t>
      </w:r>
    </w:p>
    <w:p>
      <w:pPr>
        <w:pStyle w:val="Normal"/>
        <w:spacing w:before="240" w:after="120"/>
        <w:rPr/>
      </w:pPr>
      <w:r>
        <w:rPr>
          <w:b/>
        </w:rPr>
        <w:t>I. THÔNG TIN CỦA HỌC SINH</w:t>
      </w:r>
    </w:p>
    <w:p>
      <w:pPr>
        <w:pStyle w:val="Normal"/>
        <w:spacing w:lineRule="auto" w:line="312" w:before="0" w:after="240"/>
        <w:rPr/>
      </w:pPr>
      <w:r>
        <w:rPr>
          <w:b w:val="false"/>
        </w:rPr>
        <w:t xml:space="preserve">Họ và tên học sinh (Chữ in hoa): </w:t>
      </w:r>
      <w:r>
        <w:rPr/>
        <w:t>......................................................................................</w:t>
        <w:br/>
        <w:t>Ngày, tháng, năm sinh: ...... / ...... / ............    Giới tính: ..............</w:t>
        <w:br/>
        <w:t>Học sinh lớp: ....................   Năm học (2025 - 2026) Trường: ............................................................………………………………………...</w:t>
        <w:br/>
        <w:t>Địa chỉ thường trú/tạm trú: .........................................................................................….</w:t>
        <w:br/>
        <w:t>Số điện thoại liên hệ (của học sinh - nếu có): ...............................................…………..</w:t>
      </w:r>
    </w:p>
    <w:p>
      <w:pPr>
        <w:pStyle w:val="Normal"/>
        <w:spacing w:before="120" w:after="120"/>
        <w:rPr/>
      </w:pPr>
      <w:r>
        <w:rPr>
          <w:b/>
        </w:rPr>
        <w:t>II. THÔNG TIN CỦA PHỤ HUYNH / NGƯỜI GIÁM HỘ</w:t>
      </w:r>
    </w:p>
    <w:p>
      <w:pPr>
        <w:pStyle w:val="Normal"/>
        <w:spacing w:lineRule="auto" w:line="312" w:before="0" w:after="240"/>
        <w:rPr/>
      </w:pPr>
      <w:r>
        <w:rPr>
          <w:b w:val="false"/>
        </w:rPr>
        <w:t xml:space="preserve">Họ và tên cha/mẹ/người giám hộ: </w:t>
      </w:r>
      <w:r>
        <w:rPr/>
        <w:t>...................................................................................</w:t>
        <w:br/>
      </w:r>
      <w:r>
        <w:rPr>
          <w:b w:val="false"/>
        </w:rPr>
        <w:t xml:space="preserve">Số điện thoại liên hệ (Bắt buộc): </w:t>
      </w:r>
      <w:r>
        <w:rPr/>
        <w:t>.........................................................................……….</w:t>
      </w:r>
    </w:p>
    <w:p>
      <w:pPr>
        <w:pStyle w:val="Normal"/>
        <w:spacing w:before="120" w:after="120"/>
        <w:rPr/>
      </w:pPr>
      <w:r>
        <w:rPr>
          <w:b/>
        </w:rPr>
        <w:t>III. NỘI DUNG ĐĂNG KÝ THAM GIA</w:t>
      </w:r>
    </w:p>
    <w:p>
      <w:pPr>
        <w:pStyle w:val="Normal"/>
        <w:spacing w:before="0" w:after="120"/>
        <w:rPr/>
      </w:pPr>
      <w:r>
        <w:rPr>
          <w:i/>
        </w:rPr>
        <w:t>(Phụ huynh và học sinh đánh dấu [X] vào ô trống trước nội dung muốn đăng ký)</w:t>
      </w:r>
    </w:p>
    <w:p>
      <w:pPr>
        <w:pStyle w:val="Normal"/>
        <w:widowControl/>
        <w:bidi w:val="0"/>
        <w:spacing w:lineRule="auto" w:line="276" w:before="0" w:after="80"/>
        <w:ind w:hanging="0" w:start="0" w:end="0"/>
        <w:jc w:val="start"/>
        <w:rPr/>
      </w:pPr>
      <w:r>
        <w:rPr>
          <w:rFonts w:ascii="MS Gothic" w:hAnsi="MS Gothic"/>
        </w:rPr>
        <w:t>☐</w:t>
      </w:r>
      <w:r>
        <w:rPr/>
        <w:t xml:space="preserve"> </w:t>
      </w:r>
      <w:r>
        <w:rPr/>
        <w:t>Hoạt động phát triển kỹ năng: Kỹ năng sống, kỹ năng giao tiếp, khóa học phòng chống tai nạn thương tích (đuối nước, PCCC).</w:t>
      </w:r>
    </w:p>
    <w:p>
      <w:pPr>
        <w:pStyle w:val="Normal"/>
        <w:widowControl/>
        <w:bidi w:val="0"/>
        <w:spacing w:lineRule="auto" w:line="276" w:before="0" w:after="80"/>
        <w:ind w:hanging="0" w:start="0" w:end="0"/>
        <w:jc w:val="start"/>
        <w:rPr/>
      </w:pPr>
      <w:r>
        <w:rPr>
          <w:rFonts w:ascii="MS Gothic" w:hAnsi="MS Gothic"/>
        </w:rPr>
        <w:t>☐</w:t>
      </w:r>
      <w:r>
        <w:rPr/>
        <w:t xml:space="preserve"> </w:t>
      </w:r>
      <w:r>
        <w:rPr/>
        <w:t>Hoạt động văn hóa, nghệ thuật: Lớp năng khiếu họa, nhạc, múa, kịch, MC, CLB Đọc sách.</w:t>
      </w:r>
    </w:p>
    <w:p>
      <w:pPr>
        <w:pStyle w:val="Normal"/>
        <w:widowControl/>
        <w:bidi w:val="0"/>
        <w:spacing w:lineRule="auto" w:line="276" w:before="0" w:after="80"/>
        <w:ind w:hanging="0" w:start="0" w:end="0"/>
        <w:jc w:val="start"/>
        <w:rPr/>
      </w:pPr>
      <w:r>
        <w:rPr>
          <w:rFonts w:ascii="MS Gothic" w:hAnsi="MS Gothic"/>
        </w:rPr>
        <w:t>☐</w:t>
      </w:r>
      <w:r>
        <w:rPr/>
        <w:t xml:space="preserve"> </w:t>
      </w:r>
      <w:r>
        <w:rPr/>
        <w:t>Hoạt động thể dục thể thao: Bóng đá, bóng rổ, cầu lông, bơi lội, võ thuật.</w:t>
      </w:r>
    </w:p>
    <w:p>
      <w:pPr>
        <w:pStyle w:val="Normal"/>
        <w:widowControl/>
        <w:bidi w:val="0"/>
        <w:spacing w:lineRule="auto" w:line="276" w:before="0" w:after="80"/>
        <w:ind w:hanging="0" w:start="0" w:end="0"/>
        <w:jc w:val="start"/>
        <w:rPr/>
      </w:pPr>
      <w:r>
        <w:rPr>
          <w:rFonts w:ascii="MS Gothic" w:hAnsi="MS Gothic"/>
        </w:rPr>
        <w:t>☐</w:t>
      </w:r>
      <w:r>
        <w:rPr/>
        <w:t xml:space="preserve"> </w:t>
      </w:r>
      <w:r>
        <w:rPr/>
        <w:t>Hoạt động tình nguyện, nhân đạo: Chiến dịch tình nguyện hoa phượng đỏ, dọn dẹp vệ sinh môi trường, đền ơn đáp nghĩa tại địa phương.</w:t>
      </w:r>
    </w:p>
    <w:p>
      <w:pPr>
        <w:pStyle w:val="Normal"/>
        <w:widowControl/>
        <w:bidi w:val="0"/>
        <w:spacing w:lineRule="auto" w:line="276" w:before="0" w:after="80"/>
        <w:ind w:hanging="0" w:start="0" w:end="0"/>
        <w:jc w:val="start"/>
        <w:rPr/>
      </w:pPr>
      <w:r>
        <w:rPr>
          <w:rFonts w:ascii="MS Gothic" w:hAnsi="MS Gothic"/>
        </w:rPr>
        <w:t>☐</w:t>
      </w:r>
      <w:r>
        <w:rPr/>
        <w:t xml:space="preserve"> </w:t>
      </w:r>
      <w:r>
        <w:rPr/>
        <w:t>Hoạt động trải nghiệm, dã ngoại: Tham quan bảo tàng, di tích lịch sử, hội trại hè 2026.</w:t>
      </w:r>
    </w:p>
    <w:p>
      <w:pPr>
        <w:pStyle w:val="Normal"/>
        <w:widowControl/>
        <w:bidi w:val="0"/>
        <w:spacing w:lineRule="auto" w:line="276" w:before="0" w:after="80"/>
        <w:ind w:hanging="0" w:start="0" w:end="0"/>
        <w:jc w:val="start"/>
        <w:rPr/>
      </w:pPr>
      <w:r>
        <w:rPr/>
        <w:t>…</w:t>
      </w:r>
      <w:r>
        <w:rPr/>
        <w:t>.</w:t>
      </w:r>
    </w:p>
    <w:p>
      <w:pPr>
        <w:pStyle w:val="Normal"/>
        <w:spacing w:before="240" w:after="120"/>
        <w:rPr/>
      </w:pPr>
      <w:r>
        <w:rPr>
          <w:b/>
        </w:rPr>
        <w:t>IV. Ý KIẾN VÀ CAM KẾT CỦA PHỤ HUYNH</w:t>
      </w:r>
    </w:p>
    <w:p>
      <w:pPr>
        <w:pStyle w:val="Normal"/>
        <w:spacing w:lineRule="auto" w:line="288" w:before="0" w:after="120"/>
        <w:rPr/>
      </w:pPr>
      <w:r>
        <w:rPr/>
        <w:t>Tôi là phụ huynh/người giám hộ hợp pháp của em: ......................................................</w:t>
        <w:br/>
        <w:br/>
        <w:t>Sau khi nghiên cứu nội dung, thời gian và kế hoạch tổ chức hoạt động hè năm 2026 của nhà trường/địa phương, tôi hoàn toàn nhất trí cho con/em mình tham gia các hoạt động đã đăng ký ở trên.</w:t>
        <w:br/>
        <w:br/>
      </w:r>
      <w:r>
        <w:rPr>
          <w:b/>
        </w:rPr>
        <w:t>Chúng tôi xin cam kết:</w:t>
      </w:r>
    </w:p>
    <w:p>
      <w:pPr>
        <w:pStyle w:val="Normal"/>
        <w:widowControl/>
        <w:bidi w:val="0"/>
        <w:spacing w:lineRule="auto" w:line="276" w:before="0" w:after="80"/>
        <w:ind w:hanging="0" w:start="0" w:end="0"/>
        <w:jc w:val="start"/>
        <w:rPr/>
      </w:pPr>
      <w:r>
        <w:rPr/>
        <w:t xml:space="preserve">1. Nhắc nhở con/em đi lại an toàn, chấp hành nghiêm chỉnh </w:t>
      </w:r>
      <w:r>
        <w:rPr/>
        <w:t xml:space="preserve">quy định pháp luật </w:t>
      </w:r>
      <w:r>
        <w:rPr/>
        <w:t>và nội quy của Ban tổ chức.</w:t>
      </w:r>
    </w:p>
    <w:p>
      <w:pPr>
        <w:pStyle w:val="Normal"/>
        <w:widowControl/>
        <w:bidi w:val="0"/>
        <w:spacing w:lineRule="auto" w:line="276" w:before="0" w:after="80"/>
        <w:ind w:hanging="0" w:start="0" w:end="0"/>
        <w:jc w:val="start"/>
        <w:rPr/>
      </w:pPr>
      <w:r>
        <w:rPr/>
        <w:t>2. Đảm bảo sức khỏe của học sinh phù hợp với nội dung hoạt động đăng ký.</w:t>
      </w:r>
    </w:p>
    <w:p>
      <w:pPr>
        <w:pStyle w:val="Normal"/>
        <w:widowControl/>
        <w:bidi w:val="0"/>
        <w:spacing w:lineRule="auto" w:line="276" w:before="0" w:after="80"/>
        <w:ind w:hanging="0" w:start="0" w:end="0"/>
        <w:jc w:val="start"/>
        <w:rPr/>
      </w:pPr>
      <w:r>
        <w:rPr/>
        <w:t>3. Phối hợp chặt chẽ với Ban tổ chức để quản lý, đưa đón con/em (nếu cần thiết) đúng giờ quy định.</w:t>
      </w:r>
    </w:p>
    <w:p>
      <w:pPr>
        <w:pStyle w:val="Normal"/>
        <w:spacing w:before="120" w:after="360"/>
        <w:rPr/>
      </w:pPr>
      <w:r>
        <w:rPr/>
        <w:t>Tôi xin chân thành cảm ơn!</w:t>
      </w:r>
    </w:p>
    <w:tbl>
      <w:tblPr>
        <w:tblW w:w="9072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536"/>
        <w:gridCol w:w="4536"/>
      </w:tblGrid>
      <w:tr>
        <w:trPr/>
        <w:tc>
          <w:tcPr>
            <w:tcW w:w="4536" w:type="dxa"/>
            <w:tcBorders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b/>
              </w:rPr>
              <w:t>HỌC SINH</w:t>
              <w:br/>
            </w:r>
            <w:r>
              <w:rPr>
                <w:i/>
              </w:rPr>
              <w:t>(Ký và ghi rõ họ tên)</w:t>
            </w:r>
          </w:p>
        </w:tc>
        <w:tc>
          <w:tcPr>
            <w:tcW w:w="4536" w:type="dxa"/>
            <w:tcBorders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b/>
              </w:rPr>
              <w:t>PHỤ HUYNH / NGƯỜI GIÁM HỘ</w:t>
              <w:br/>
            </w:r>
            <w:r>
              <w:rPr>
                <w:i/>
              </w:rPr>
              <w:t>(Ký và ghi rõ họ tên)</w:t>
            </w:r>
          </w:p>
        </w:tc>
      </w:tr>
    </w:tbl>
    <w:p>
      <w:pPr>
        <w:pStyle w:val="Normal"/>
        <w:spacing w:before="1000" w:after="200"/>
        <w:rPr>
          <w:b/>
        </w:rPr>
      </w:pPr>
      <w:r>
        <w:rPr/>
      </w:r>
    </w:p>
    <w:sectPr>
      <w:type w:val="nextPage"/>
      <w:pgSz w:w="11906" w:h="16838"/>
      <w:pgMar w:left="1699" w:right="1138" w:gutter="0" w:header="0" w:top="1138" w:footer="0" w:bottom="113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mbria"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Courier">
    <w:altName w:val="Courier New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MS Gothic">
    <w:charset w:val="00" w:characterSet="windows-1252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start"/>
    </w:pPr>
    <w:rPr>
      <w:rFonts w:ascii="Times New Roman" w:hAnsi="Times New Roman" w:eastAsia="ＭＳ 明朝" w:cs=""/>
      <w:color w:val="000000"/>
      <w:kern w:val="0"/>
      <w:sz w:val="26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618bf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link w:val="Title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star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star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star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Heading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LibreOffice/26.2.3.2$Windows_X86_64 LibreOffice_project/70e089b17412e4cb7773e41413306b17a2328c34</Application>
  <AppVersion>15.0000</AppVersion>
  <Pages>2</Pages>
  <Words>436</Words>
  <Characters>2136</Characters>
  <CharactersWithSpaces>2553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en-US</dc:language>
  <cp:lastModifiedBy/>
  <dcterms:modified xsi:type="dcterms:W3CDTF">2026-05-25T11:07:57Z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