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7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39"/>
        <w:gridCol w:w="5836"/>
      </w:tblGrid>
      <w:tr>
        <w:trPr/>
        <w:tc>
          <w:tcPr>
            <w:tcW w:w="3239" w:type="dxa"/>
            <w:tcBorders/>
            <w:vAlign w:val="center"/>
          </w:tcPr>
          <w:p>
            <w:pPr>
              <w:pStyle w:val="Normal"/>
              <w:spacing w:before="0" w:after="200"/>
              <w:jc w:val="center"/>
              <w:rPr>
                <w:rFonts w:ascii="Times New Roman" w:hAnsi="Times New Roman"/>
                <w:sz w:val="26"/>
                <w:szCs w:val="26"/>
              </w:rPr>
            </w:pPr>
            <w:r>
              <w:rPr>
                <w:rFonts w:ascii="Times New Roman" w:hAnsi="Times New Roman"/>
                <w:b/>
                <w:sz w:val="26"/>
                <w:szCs w:val="26"/>
              </w:rPr>
              <w:t>TÊN CƠ QUAN/ĐƠN VỊ</w:t>
              <w:br/>
            </w:r>
            <w:r>
              <w:rPr>
                <w:rFonts w:ascii="Times New Roman" w:hAnsi="Times New Roman"/>
                <w:sz w:val="26"/>
                <w:szCs w:val="26"/>
              </w:rPr>
              <w:t>Số: …/BC-…</w:t>
            </w:r>
          </w:p>
        </w:tc>
        <w:tc>
          <w:tcPr>
            <w:tcW w:w="5836" w:type="dxa"/>
            <w:tcBorders/>
            <w:vAlign w:val="center"/>
          </w:tcPr>
          <w:p>
            <w:pPr>
              <w:pStyle w:val="Normal"/>
              <w:spacing w:before="0" w:after="20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br/>
            </w:r>
            <w:r>
              <w:rPr>
                <w:rFonts w:ascii="Times New Roman" w:hAnsi="Times New Roman"/>
                <w:sz w:val="26"/>
                <w:szCs w:val="26"/>
              </w:rPr>
              <w:t>-------------------------</w:t>
            </w:r>
          </w:p>
        </w:tc>
      </w:tr>
    </w:tbl>
    <w:p>
      <w:pPr>
        <w:pStyle w:val="Normal"/>
        <w:spacing w:before="0" w:after="160"/>
        <w:jc w:val="center"/>
        <w:rPr>
          <w:rFonts w:ascii="Times New Roman" w:hAnsi="Times New Roman"/>
          <w:b w:val="false"/>
          <w:i/>
          <w:sz w:val="26"/>
          <w:szCs w:val="26"/>
        </w:rPr>
      </w:pPr>
      <w:r>
        <w:rPr>
          <w:rFonts w:ascii="Times New Roman" w:hAnsi="Times New Roman"/>
          <w:b w:val="false"/>
          <w:i/>
          <w:sz w:val="26"/>
          <w:szCs w:val="26"/>
        </w:rPr>
      </w:r>
    </w:p>
    <w:p>
      <w:pPr>
        <w:pStyle w:val="Normal"/>
        <w:spacing w:before="0" w:after="240"/>
        <w:jc w:val="end"/>
        <w:rPr>
          <w:rFonts w:ascii="Times New Roman" w:hAnsi="Times New Roman"/>
          <w:sz w:val="26"/>
          <w:szCs w:val="26"/>
        </w:rPr>
      </w:pPr>
      <w:r>
        <w:rPr>
          <w:rFonts w:ascii="Times New Roman" w:hAnsi="Times New Roman"/>
          <w:b w:val="false"/>
          <w:i/>
          <w:sz w:val="26"/>
          <w:szCs w:val="26"/>
        </w:rPr>
        <w:t>…</w:t>
      </w:r>
      <w:r>
        <w:rPr>
          <w:rFonts w:ascii="Times New Roman" w:hAnsi="Times New Roman"/>
          <w:b w:val="false"/>
          <w:i/>
          <w:sz w:val="26"/>
          <w:szCs w:val="26"/>
        </w:rPr>
        <w:t>, ngày … tháng … năm 2026</w:t>
      </w:r>
    </w:p>
    <w:p>
      <w:pPr>
        <w:pStyle w:val="Normal"/>
        <w:spacing w:before="0" w:after="0"/>
        <w:jc w:val="center"/>
        <w:rPr>
          <w:rFonts w:ascii="Times New Roman" w:hAnsi="Times New Roman"/>
          <w:sz w:val="26"/>
          <w:szCs w:val="26"/>
        </w:rPr>
      </w:pPr>
      <w:r>
        <w:rPr>
          <w:rFonts w:ascii="Times New Roman" w:hAnsi="Times New Roman"/>
          <w:b/>
          <w:i w:val="false"/>
          <w:sz w:val="26"/>
          <w:szCs w:val="26"/>
        </w:rPr>
        <w:t>BÁO CÁO</w:t>
      </w:r>
    </w:p>
    <w:p>
      <w:pPr>
        <w:pStyle w:val="Normal"/>
        <w:spacing w:before="0" w:after="240"/>
        <w:jc w:val="center"/>
        <w:rPr>
          <w:rFonts w:ascii="Times New Roman" w:hAnsi="Times New Roman"/>
          <w:b/>
          <w:i w:val="false"/>
          <w:sz w:val="26"/>
          <w:szCs w:val="26"/>
        </w:rPr>
      </w:pPr>
      <w:r>
        <w:rPr>
          <w:rFonts w:ascii="Times New Roman" w:hAnsi="Times New Roman"/>
          <w:b/>
          <w:i w:val="false"/>
          <w:sz w:val="26"/>
          <w:szCs w:val="26"/>
        </w:rPr>
        <w:t xml:space="preserve">Kết quả tổ chức các hoạt động kỷ niệm 81 năm Ngày Quốc khánh nước Cộng hòa xã hội chủ nghĩa Việt Nam (02/9/1945 - 02/9/2026) </w:t>
      </w:r>
    </w:p>
    <w:p>
      <w:pPr>
        <w:pStyle w:val="Normal"/>
        <w:spacing w:before="0" w:after="160"/>
        <w:rPr>
          <w:rFonts w:ascii="Times New Roman" w:hAnsi="Times New Roman"/>
          <w:sz w:val="26"/>
          <w:szCs w:val="26"/>
        </w:rPr>
      </w:pPr>
      <w:r>
        <w:rPr>
          <w:rFonts w:ascii="Times New Roman" w:hAnsi="Times New Roman"/>
          <w:b/>
          <w:i w:val="false"/>
          <w:sz w:val="26"/>
          <w:szCs w:val="26"/>
        </w:rPr>
        <w:t>Kính gửi: …………………………………………………………………………………..</w:t>
      </w:r>
    </w:p>
    <w:p>
      <w:pPr>
        <w:pStyle w:val="Normal"/>
        <w:spacing w:before="0" w:after="160"/>
        <w:rPr>
          <w:rFonts w:ascii="Times New Roman" w:hAnsi="Times New Roman"/>
          <w:sz w:val="26"/>
          <w:szCs w:val="26"/>
        </w:rPr>
      </w:pPr>
      <w:r>
        <w:rPr>
          <w:rFonts w:ascii="Times New Roman" w:hAnsi="Times New Roman"/>
          <w:b w:val="false"/>
          <w:i w:val="false"/>
          <w:sz w:val="26"/>
          <w:szCs w:val="26"/>
        </w:rPr>
        <w:t>Thực hiện ………………………………………… về việc tổ chức các hoạt động nhân dịp kỷ niệm 81 năm Quốc khánh nước Cộng hòa xã hội chủ nghĩa Việt Nam (02/9/1945 - 02/9/2026), [tên cơ quan/đơn vị] báo cáo tình hình triển khai, thực hiện như sau:</w:t>
      </w:r>
    </w:p>
    <w:p>
      <w:pPr>
        <w:pStyle w:val="Normal"/>
        <w:spacing w:before="0" w:after="100"/>
        <w:rPr>
          <w:rFonts w:ascii="Times New Roman" w:hAnsi="Times New Roman"/>
          <w:sz w:val="26"/>
          <w:szCs w:val="26"/>
        </w:rPr>
      </w:pPr>
      <w:r>
        <w:rPr>
          <w:rFonts w:ascii="Times New Roman" w:hAnsi="Times New Roman"/>
          <w:b/>
          <w:i w:val="false"/>
          <w:sz w:val="26"/>
          <w:szCs w:val="26"/>
        </w:rPr>
        <w:t>I. CÔNG TÁC CHỈ ĐẠO, TRIỂN KHAI</w:t>
      </w:r>
    </w:p>
    <w:p>
      <w:pPr>
        <w:pStyle w:val="Normal"/>
        <w:spacing w:before="0" w:after="60"/>
        <w:rPr>
          <w:rFonts w:ascii="Times New Roman" w:hAnsi="Times New Roman"/>
          <w:sz w:val="26"/>
          <w:szCs w:val="26"/>
        </w:rPr>
      </w:pPr>
      <w:r>
        <w:rPr>
          <w:rFonts w:ascii="Times New Roman" w:hAnsi="Times New Roman"/>
          <w:b/>
          <w:i w:val="false"/>
          <w:sz w:val="26"/>
          <w:szCs w:val="26"/>
        </w:rPr>
        <w:t>1. Công tác chỉ đạo</w:t>
      </w:r>
    </w:p>
    <w:p>
      <w:pPr>
        <w:pStyle w:val="Normal"/>
        <w:spacing w:before="0" w:after="80"/>
        <w:rPr>
          <w:rFonts w:ascii="Times New Roman" w:hAnsi="Times New Roman"/>
          <w:sz w:val="26"/>
          <w:szCs w:val="26"/>
        </w:rPr>
      </w:pPr>
      <w:r>
        <w:rPr>
          <w:rFonts w:ascii="Times New Roman" w:hAnsi="Times New Roman"/>
          <w:b w:val="false"/>
          <w:i w:val="false"/>
          <w:sz w:val="26"/>
          <w:szCs w:val="26"/>
        </w:rPr>
        <w:t>[Tên cơ quan/đơn vị] đã tổ chức triển khai, quán triệt các nội dung liên quan đến việc tổ chức các hoạt động nhân dịp lễ Quốc khánh 02/9/2026 đến toàn thể cán bộ, công chức, viên chức, người lao động.</w:t>
      </w:r>
    </w:p>
    <w:p>
      <w:pPr>
        <w:pStyle w:val="Normal"/>
        <w:spacing w:before="0" w:after="80"/>
        <w:rPr>
          <w:rFonts w:ascii="Times New Roman" w:hAnsi="Times New Roman"/>
          <w:sz w:val="26"/>
          <w:szCs w:val="26"/>
        </w:rPr>
      </w:pPr>
      <w:r>
        <w:rPr>
          <w:rFonts w:ascii="Times New Roman" w:hAnsi="Times New Roman"/>
          <w:b w:val="false"/>
          <w:i w:val="false"/>
          <w:sz w:val="26"/>
          <w:szCs w:val="26"/>
        </w:rPr>
        <w:t>Phân công các bộ phận, cá nhân có liên quan thực hiện các nhiệm vụ theo kế hoạch; chủ động chuẩn bị các điều kiện cần thiết nhằm bảo đảm các hoạt động diễn ra an toàn, thiết thực, tiết kiệm và hiệu quả.</w:t>
      </w:r>
    </w:p>
    <w:p>
      <w:pPr>
        <w:pStyle w:val="Normal"/>
        <w:spacing w:before="0" w:after="60"/>
        <w:rPr>
          <w:rFonts w:ascii="Times New Roman" w:hAnsi="Times New Roman"/>
          <w:sz w:val="26"/>
          <w:szCs w:val="26"/>
        </w:rPr>
      </w:pPr>
      <w:r>
        <w:rPr>
          <w:rFonts w:ascii="Times New Roman" w:hAnsi="Times New Roman"/>
          <w:b/>
          <w:i w:val="false"/>
          <w:sz w:val="26"/>
          <w:szCs w:val="26"/>
        </w:rPr>
        <w:t>2. Công tác tuyên truyền</w:t>
      </w:r>
    </w:p>
    <w:p>
      <w:pPr>
        <w:pStyle w:val="Normal"/>
        <w:spacing w:before="0" w:after="80"/>
        <w:rPr>
          <w:rFonts w:ascii="Times New Roman" w:hAnsi="Times New Roman"/>
          <w:sz w:val="26"/>
          <w:szCs w:val="26"/>
        </w:rPr>
      </w:pPr>
      <w:r>
        <w:rPr>
          <w:rFonts w:ascii="Times New Roman" w:hAnsi="Times New Roman"/>
          <w:b w:val="false"/>
          <w:i w:val="false"/>
          <w:sz w:val="26"/>
          <w:szCs w:val="26"/>
        </w:rPr>
        <w:t>Đơn vị đã triển khai tuyên truyền về ý nghĩa, lịch sử và giá trị của Ngày Quốc khánh 02/9 thông qua các hình thức phù hợp như: …………………………………………</w:t>
      </w:r>
    </w:p>
    <w:p>
      <w:pPr>
        <w:pStyle w:val="Normal"/>
        <w:spacing w:before="0" w:after="80"/>
        <w:rPr>
          <w:rFonts w:ascii="Times New Roman" w:hAnsi="Times New Roman"/>
          <w:sz w:val="26"/>
          <w:szCs w:val="26"/>
        </w:rPr>
      </w:pPr>
      <w:r>
        <w:rPr>
          <w:rFonts w:ascii="Times New Roman" w:hAnsi="Times New Roman"/>
          <w:b w:val="false"/>
          <w:i w:val="false"/>
          <w:sz w:val="26"/>
          <w:szCs w:val="26"/>
        </w:rPr>
        <w:t>Việc tuyên truyền góp phần nâng cao nhận thức, tinh thần trách nhiệm của cán bộ, công chức, viên chức, người lao động và tạo không khí phấn khởi nhân dịp Quốc khánh.</w:t>
      </w:r>
    </w:p>
    <w:p>
      <w:pPr>
        <w:pStyle w:val="Normal"/>
        <w:spacing w:before="0" w:after="100"/>
        <w:rPr>
          <w:rFonts w:ascii="Times New Roman" w:hAnsi="Times New Roman"/>
          <w:sz w:val="26"/>
          <w:szCs w:val="26"/>
        </w:rPr>
      </w:pPr>
      <w:r>
        <w:rPr>
          <w:rFonts w:ascii="Times New Roman" w:hAnsi="Times New Roman"/>
          <w:b/>
          <w:i w:val="false"/>
          <w:sz w:val="26"/>
          <w:szCs w:val="26"/>
        </w:rPr>
        <w:t xml:space="preserve">II. </w:t>
      </w:r>
      <w:r>
        <w:rPr>
          <w:rFonts w:ascii="Times New Roman" w:hAnsi="Times New Roman"/>
          <w:b/>
          <w:bCs/>
          <w:sz w:val="26"/>
          <w:szCs w:val="26"/>
        </w:rPr>
        <w:t>KẾT QUẢ THỰC HIỆN</w:t>
      </w:r>
      <w:r>
        <w:rPr>
          <w:rFonts w:ascii="Times New Roman" w:hAnsi="Times New Roman"/>
          <w:sz w:val="26"/>
          <w:szCs w:val="26"/>
        </w:rPr>
        <w:t xml:space="preserve"> </w:t>
      </w:r>
    </w:p>
    <w:p>
      <w:pPr>
        <w:pStyle w:val="Heading3"/>
        <w:spacing w:before="0" w:after="60"/>
        <w:rPr>
          <w:rFonts w:ascii="Times New Roman" w:hAnsi="Times New Roman" w:cstheme="minorBidi" w:eastAsiaTheme="minorEastAsia"/>
          <w:b/>
          <w:bCs/>
          <w:i w:val="false"/>
          <w:color w:val="auto"/>
          <w:sz w:val="26"/>
          <w:szCs w:val="26"/>
        </w:rPr>
      </w:pPr>
      <w:r>
        <w:rPr>
          <w:rFonts w:cstheme="minorBidi" w:eastAsiaTheme="minorEastAsia" w:ascii="Times New Roman" w:hAnsi="Times New Roman"/>
          <w:b/>
          <w:bCs/>
          <w:i w:val="false"/>
          <w:color w:val="auto"/>
          <w:sz w:val="26"/>
          <w:szCs w:val="26"/>
        </w:rPr>
        <w:t>1. Tổ chức các hoạt động kỷ niệm</w:t>
      </w:r>
    </w:p>
    <w:p>
      <w:pPr>
        <w:pStyle w:val="BodyText"/>
        <w:spacing w:before="0" w:after="60"/>
        <w:rPr>
          <w:rFonts w:ascii="Times New Roman" w:hAnsi="Times New Roman"/>
          <w:sz w:val="26"/>
          <w:szCs w:val="26"/>
        </w:rPr>
      </w:pPr>
      <w:r>
        <w:rPr>
          <w:rFonts w:ascii="Times New Roman" w:hAnsi="Times New Roman"/>
          <w:sz w:val="26"/>
          <w:szCs w:val="26"/>
        </w:rPr>
        <w:t>Trong thời gian từ ngày …/…/2026 đến ngày …/…/2026, [tên cơ quan, đơn vị] đã tổ chức/tham gia các hoạt động:</w:t>
      </w:r>
    </w:p>
    <w:p>
      <w:pPr>
        <w:pStyle w:val="Normal"/>
        <w:spacing w:before="0" w:after="80"/>
        <w:rPr>
          <w:rFonts w:ascii="Times New Roman" w:hAnsi="Times New Roman"/>
          <w:sz w:val="26"/>
          <w:szCs w:val="26"/>
        </w:rPr>
      </w:pPr>
      <w:r>
        <w:rPr>
          <w:rFonts w:ascii="Times New Roman" w:hAnsi="Times New Roman"/>
          <w:b w:val="false"/>
          <w:i w:val="false"/>
          <w:sz w:val="26"/>
          <w:szCs w:val="26"/>
        </w:rPr>
        <w:t>- …………………………………………………………………;</w:t>
        <w:br/>
        <w:t>- …………………………………………………………………;</w:t>
        <w:br/>
        <w:t>- …………………………………………………………………;</w:t>
        <w:br/>
        <w:t>- ………………………………………………………………….</w:t>
      </w:r>
    </w:p>
    <w:p>
      <w:pPr>
        <w:pStyle w:val="Normal"/>
        <w:spacing w:before="0" w:after="80"/>
        <w:rPr>
          <w:rFonts w:ascii="Times New Roman" w:hAnsi="Times New Roman"/>
          <w:sz w:val="26"/>
          <w:szCs w:val="26"/>
        </w:rPr>
      </w:pPr>
      <w:r>
        <w:rPr>
          <w:rFonts w:ascii="Times New Roman" w:hAnsi="Times New Roman"/>
          <w:b w:val="false"/>
          <w:i w:val="false"/>
          <w:sz w:val="26"/>
          <w:szCs w:val="26"/>
        </w:rPr>
        <w:t>Các hoạt động được tổ chức theo đúng kế hoạch, phù hợp với điều kiện thực tế của đơn vị.</w:t>
      </w:r>
    </w:p>
    <w:p>
      <w:pPr>
        <w:pStyle w:val="Heading3"/>
        <w:spacing w:before="0" w:after="60"/>
        <w:rPr>
          <w:rFonts w:ascii="Times New Roman" w:hAnsi="Times New Roman" w:cstheme="minorBidi" w:eastAsiaTheme="minorEastAsia"/>
          <w:b w:val="false"/>
          <w:i w:val="false"/>
          <w:color w:val="auto"/>
          <w:sz w:val="26"/>
          <w:szCs w:val="26"/>
        </w:rPr>
      </w:pPr>
      <w:r>
        <w:rPr>
          <w:rFonts w:cstheme="minorBidi" w:eastAsiaTheme="minorEastAsia" w:ascii="Times New Roman" w:hAnsi="Times New Roman"/>
          <w:b/>
          <w:bCs/>
          <w:i w:val="false"/>
          <w:color w:val="auto"/>
          <w:sz w:val="26"/>
          <w:szCs w:val="26"/>
        </w:rPr>
        <w:t xml:space="preserve">2. </w:t>
      </w:r>
      <w:r>
        <w:rPr>
          <w:rFonts w:cstheme="minorBidi" w:eastAsiaTheme="minorEastAsia" w:ascii="Times New Roman" w:hAnsi="Times New Roman"/>
          <w:b/>
          <w:bCs/>
          <w:i w:val="false"/>
          <w:color w:val="auto"/>
          <w:sz w:val="26"/>
          <w:szCs w:val="26"/>
        </w:rPr>
        <w:t>Công tác trực và bảo đảm an ninh, trật tự</w:t>
      </w:r>
    </w:p>
    <w:p>
      <w:pPr>
        <w:pStyle w:val="BodyText"/>
        <w:spacing w:before="0" w:after="60"/>
        <w:rPr>
          <w:rFonts w:ascii="Times New Roman" w:hAnsi="Times New Roman"/>
          <w:sz w:val="26"/>
          <w:szCs w:val="26"/>
        </w:rPr>
      </w:pPr>
      <w:r>
        <w:rPr>
          <w:rFonts w:ascii="Times New Roman" w:hAnsi="Times New Roman"/>
          <w:sz w:val="26"/>
          <w:szCs w:val="26"/>
        </w:rPr>
        <w:t>Đơn vị đã bố trí cán bộ, công chức, viên chức, người lao động trực trong thời gian nghỉ lễ theo quy định; thực hiện nghiêm chế độ trực, bảo đảm an ninh, an toàn cơ quan, đơn vị.</w:t>
      </w:r>
    </w:p>
    <w:p>
      <w:pPr>
        <w:pStyle w:val="BodyText"/>
        <w:spacing w:before="0" w:after="60"/>
        <w:rPr>
          <w:rFonts w:ascii="Times New Roman" w:hAnsi="Times New Roman"/>
          <w:sz w:val="26"/>
          <w:szCs w:val="26"/>
        </w:rPr>
      </w:pPr>
      <w:r>
        <w:rPr>
          <w:rFonts w:ascii="Times New Roman" w:hAnsi="Times New Roman"/>
          <w:sz w:val="26"/>
          <w:szCs w:val="26"/>
        </w:rPr>
        <w:t>Tình hình an ninh, trật tự, phòng cháy, chữa cháy và bảo vệ tài sản trong thời gian nghỉ lễ:</w:t>
      </w:r>
    </w:p>
    <w:p>
      <w:pPr>
        <w:pStyle w:val="BodyText"/>
        <w:spacing w:before="0" w:after="60"/>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p>
      <w:pPr>
        <w:pStyle w:val="Heading3"/>
        <w:spacing w:before="0" w:after="60"/>
        <w:rPr>
          <w:rFonts w:ascii="Times New Roman" w:hAnsi="Times New Roman" w:cstheme="minorBidi" w:eastAsiaTheme="minorEastAsia"/>
          <w:b/>
          <w:bCs/>
          <w:color w:val="auto"/>
          <w:sz w:val="26"/>
          <w:szCs w:val="26"/>
        </w:rPr>
      </w:pPr>
      <w:r>
        <w:rPr>
          <w:rFonts w:cstheme="minorBidi" w:eastAsiaTheme="minorEastAsia" w:ascii="Times New Roman" w:hAnsi="Times New Roman"/>
          <w:b/>
          <w:bCs/>
          <w:color w:val="auto"/>
          <w:sz w:val="26"/>
          <w:szCs w:val="26"/>
        </w:rPr>
        <w:t>3. Công tác vệ sinh, cảnh quan và cơ sở vật chất</w:t>
      </w:r>
    </w:p>
    <w:p>
      <w:pPr>
        <w:pStyle w:val="BodyText"/>
        <w:spacing w:before="0" w:after="60"/>
        <w:rPr>
          <w:rFonts w:ascii="Times New Roman" w:hAnsi="Times New Roman"/>
          <w:sz w:val="26"/>
          <w:szCs w:val="26"/>
        </w:rPr>
      </w:pPr>
      <w:r>
        <w:rPr>
          <w:rFonts w:ascii="Times New Roman" w:hAnsi="Times New Roman"/>
          <w:sz w:val="26"/>
          <w:szCs w:val="26"/>
        </w:rPr>
        <w:t>Đơn vị đã tổ chức vệ sinh khuôn viên, nơi làm việc; kiểm tra hệ thống điện, nước, phòng cháy, chữa cháy và các thiết bị cần thiết trước và sau kỳ nghỉ lễ.</w:t>
      </w:r>
    </w:p>
    <w:p>
      <w:pPr>
        <w:pStyle w:val="BodyText"/>
        <w:spacing w:before="0" w:after="60"/>
        <w:rPr>
          <w:rFonts w:ascii="Times New Roman" w:hAnsi="Times New Roman"/>
          <w:sz w:val="26"/>
          <w:szCs w:val="26"/>
        </w:rPr>
      </w:pPr>
      <w:r>
        <w:rPr>
          <w:rFonts w:ascii="Times New Roman" w:hAnsi="Times New Roman"/>
          <w:sz w:val="26"/>
          <w:szCs w:val="26"/>
        </w:rPr>
        <w:t>Sau kỳ nghỉ lễ, cơ quan, đơn vị đã kiểm tra và đưa các hoạt động trở lại bình thường theo kế hoạch.</w:t>
      </w:r>
    </w:p>
    <w:p>
      <w:pPr>
        <w:pStyle w:val="Heading3"/>
        <w:spacing w:before="0" w:after="60"/>
        <w:rPr>
          <w:rFonts w:ascii="Times New Roman" w:hAnsi="Times New Roman" w:cstheme="minorBidi" w:eastAsiaTheme="minorEastAsia"/>
          <w:b/>
          <w:bCs/>
          <w:color w:val="auto"/>
          <w:sz w:val="26"/>
          <w:szCs w:val="26"/>
        </w:rPr>
      </w:pPr>
      <w:r>
        <w:rPr>
          <w:rFonts w:cstheme="minorBidi" w:eastAsiaTheme="minorEastAsia" w:ascii="Times New Roman" w:hAnsi="Times New Roman"/>
          <w:b/>
          <w:bCs/>
          <w:color w:val="auto"/>
          <w:sz w:val="26"/>
          <w:szCs w:val="26"/>
        </w:rPr>
        <w:t>4. Tình hình cán bộ, công chức, viên chức và người lao động</w:t>
      </w:r>
    </w:p>
    <w:p>
      <w:pPr>
        <w:pStyle w:val="BodyText"/>
        <w:spacing w:before="0" w:after="60"/>
        <w:rPr>
          <w:rFonts w:ascii="Times New Roman" w:hAnsi="Times New Roman"/>
          <w:sz w:val="26"/>
          <w:szCs w:val="26"/>
        </w:rPr>
      </w:pPr>
      <w:r>
        <w:rPr>
          <w:rFonts w:ascii="Times New Roman" w:hAnsi="Times New Roman"/>
          <w:sz w:val="26"/>
          <w:szCs w:val="26"/>
        </w:rPr>
        <w:t>Cán bộ, công chức, viên chức và người lao động chấp hành nghiêm các quy định trong thời gian nghỉ lễ; thực hiện đúng thời gian nghỉ và trở lại làm việc theo quy định.</w:t>
      </w:r>
    </w:p>
    <w:p>
      <w:pPr>
        <w:pStyle w:val="BodyText"/>
        <w:spacing w:before="0" w:after="60"/>
        <w:rPr>
          <w:rFonts w:ascii="Times New Roman" w:hAnsi="Times New Roman"/>
          <w:sz w:val="26"/>
          <w:szCs w:val="26"/>
        </w:rPr>
      </w:pPr>
      <w:r>
        <w:rPr>
          <w:rFonts w:ascii="Times New Roman" w:hAnsi="Times New Roman"/>
          <w:sz w:val="26"/>
          <w:szCs w:val="26"/>
        </w:rPr>
        <w:t>Số trường hợp vi phạm quy định (nếu có): …</w:t>
        <w:br/>
        <w:t>Nội dung vi phạm và biện pháp xử lý: …</w:t>
      </w:r>
    </w:p>
    <w:p>
      <w:pPr>
        <w:pStyle w:val="Heading2"/>
        <w:spacing w:before="0" w:after="60"/>
        <w:rPr>
          <w:rFonts w:ascii="Times New Roman" w:hAnsi="Times New Roman" w:cstheme="minorBidi" w:eastAsiaTheme="minorEastAsia"/>
          <w:b w:val="false"/>
          <w:color w:val="auto"/>
          <w:sz w:val="26"/>
          <w:szCs w:val="26"/>
        </w:rPr>
      </w:pPr>
      <w:r>
        <w:rPr>
          <w:rFonts w:cstheme="minorBidi" w:eastAsiaTheme="minorEastAsia" w:ascii="Times New Roman" w:hAnsi="Times New Roman"/>
          <w:b/>
          <w:bCs/>
          <w:color w:val="auto"/>
          <w:sz w:val="26"/>
          <w:szCs w:val="26"/>
        </w:rPr>
        <w:t xml:space="preserve">III. </w:t>
      </w:r>
      <w:r>
        <w:rPr>
          <w:rFonts w:cstheme="minorBidi" w:eastAsiaTheme="minorEastAsia" w:ascii="Times New Roman" w:hAnsi="Times New Roman"/>
          <w:b/>
          <w:bCs/>
          <w:color w:val="auto"/>
          <w:sz w:val="26"/>
          <w:szCs w:val="26"/>
        </w:rPr>
        <w:t>ĐÁNH GIÁ CHUNG</w:t>
      </w:r>
    </w:p>
    <w:p>
      <w:pPr>
        <w:pStyle w:val="Heading3"/>
        <w:spacing w:before="0" w:after="60"/>
        <w:rPr>
          <w:rFonts w:ascii="Times New Roman" w:hAnsi="Times New Roman" w:cstheme="minorBidi" w:eastAsiaTheme="minorEastAsia"/>
          <w:b w:val="false"/>
          <w:color w:val="auto"/>
          <w:sz w:val="26"/>
          <w:szCs w:val="26"/>
        </w:rPr>
      </w:pPr>
      <w:r>
        <w:rPr>
          <w:rFonts w:cstheme="minorBidi" w:eastAsiaTheme="minorEastAsia" w:ascii="Times New Roman" w:hAnsi="Times New Roman"/>
          <w:b w:val="false"/>
          <w:color w:val="auto"/>
          <w:sz w:val="26"/>
          <w:szCs w:val="26"/>
        </w:rPr>
        <w:t>1. Kết quả đạt được</w:t>
      </w:r>
    </w:p>
    <w:p>
      <w:pPr>
        <w:pStyle w:val="BodyText"/>
        <w:spacing w:before="0" w:after="60"/>
        <w:rPr>
          <w:rFonts w:ascii="Times New Roman" w:hAnsi="Times New Roman"/>
          <w:sz w:val="26"/>
          <w:szCs w:val="26"/>
        </w:rPr>
      </w:pPr>
      <w:r>
        <w:rPr>
          <w:rFonts w:ascii="Times New Roman" w:hAnsi="Times New Roman"/>
          <w:sz w:val="26"/>
          <w:szCs w:val="26"/>
        </w:rPr>
        <w:t>Các hoạt động kỷ niệm Ngày Quốc khánh 02/9/2026 được triển khai [đúng kế hoạch, nghiêm túc, thiết thực, tiết kiệm và hiệu quả].</w:t>
      </w:r>
    </w:p>
    <w:p>
      <w:pPr>
        <w:pStyle w:val="BodyText"/>
        <w:spacing w:before="0" w:after="60"/>
        <w:rPr>
          <w:rFonts w:ascii="Times New Roman" w:hAnsi="Times New Roman"/>
          <w:sz w:val="26"/>
          <w:szCs w:val="26"/>
        </w:rPr>
      </w:pPr>
      <w:r>
        <w:rPr>
          <w:rFonts w:ascii="Times New Roman" w:hAnsi="Times New Roman"/>
          <w:sz w:val="26"/>
          <w:szCs w:val="26"/>
        </w:rPr>
        <w:t>Công tác tuyên truyền được thực hiện kịp thời, góp phần nâng cao nhận thức của cán bộ, công chức, viên chức, người lao động và [người dân/học sinh/phụ huynh…] về ý nghĩa lịch sử của Ngày Quốc khánh.</w:t>
      </w:r>
    </w:p>
    <w:p>
      <w:pPr>
        <w:pStyle w:val="BodyText"/>
        <w:spacing w:before="0" w:after="60"/>
        <w:rPr>
          <w:rFonts w:ascii="Times New Roman" w:hAnsi="Times New Roman"/>
          <w:sz w:val="26"/>
          <w:szCs w:val="26"/>
        </w:rPr>
      </w:pPr>
      <w:r>
        <w:rPr>
          <w:rFonts w:ascii="Times New Roman" w:hAnsi="Times New Roman"/>
          <w:sz w:val="26"/>
          <w:szCs w:val="26"/>
        </w:rPr>
        <w:t>Tình hình an ninh, trật tự, an toàn cơ quan, đơn vị trong thời gian nghỉ lễ được bảo đảm.</w:t>
      </w:r>
    </w:p>
    <w:p>
      <w:pPr>
        <w:pStyle w:val="Normal"/>
        <w:spacing w:before="0" w:after="100"/>
        <w:rPr>
          <w:rFonts w:ascii="Times New Roman" w:hAnsi="Times New Roman"/>
          <w:sz w:val="26"/>
          <w:szCs w:val="26"/>
        </w:rPr>
      </w:pPr>
      <w:r>
        <w:rPr>
          <w:rFonts w:ascii="Times New Roman" w:hAnsi="Times New Roman"/>
          <w:b/>
          <w:i w:val="false"/>
          <w:sz w:val="26"/>
          <w:szCs w:val="26"/>
        </w:rPr>
        <w:t>IV. KHÓ KHĂN, VƯỚNG MẮC</w:t>
      </w:r>
    </w:p>
    <w:p>
      <w:pPr>
        <w:pStyle w:val="Normal"/>
        <w:spacing w:before="0" w:after="80"/>
        <w:rPr>
          <w:rFonts w:ascii="Times New Roman" w:hAnsi="Times New Roman"/>
          <w:sz w:val="26"/>
          <w:szCs w:val="26"/>
        </w:rPr>
      </w:pPr>
      <w:r>
        <w:rPr>
          <w:rFonts w:ascii="Times New Roman" w:hAnsi="Times New Roman"/>
          <w:b w:val="false"/>
          <w:i w:val="false"/>
          <w:sz w:val="26"/>
          <w:szCs w:val="26"/>
        </w:rPr>
        <w:t>Trong quá trình triển khai thực hiện, đơn vị gặp một số khó khăn, vướng mắc như:</w:t>
      </w:r>
    </w:p>
    <w:p>
      <w:pPr>
        <w:pStyle w:val="Normal"/>
        <w:spacing w:before="0" w:after="80"/>
        <w:rPr>
          <w:rFonts w:ascii="Times New Roman" w:hAnsi="Times New Roman"/>
          <w:sz w:val="26"/>
          <w:szCs w:val="26"/>
        </w:rPr>
      </w:pPr>
      <w:r>
        <w:rPr>
          <w:rFonts w:ascii="Times New Roman" w:hAnsi="Times New Roman"/>
          <w:b w:val="false"/>
          <w:i w:val="false"/>
          <w:sz w:val="26"/>
          <w:szCs w:val="26"/>
        </w:rPr>
        <w:t>- …………………………………………………………………;</w:t>
        <w:br/>
        <w:t>- …………………………………………………………………;</w:t>
        <w:br/>
        <w:t>- ………………………………………………………………….</w:t>
      </w:r>
    </w:p>
    <w:p>
      <w:pPr>
        <w:pStyle w:val="Normal"/>
        <w:spacing w:before="0" w:after="100"/>
        <w:rPr>
          <w:rFonts w:ascii="Times New Roman" w:hAnsi="Times New Roman"/>
          <w:sz w:val="26"/>
          <w:szCs w:val="26"/>
        </w:rPr>
      </w:pPr>
      <w:r>
        <w:rPr>
          <w:rFonts w:ascii="Times New Roman" w:hAnsi="Times New Roman"/>
          <w:b/>
          <w:i w:val="false"/>
          <w:sz w:val="26"/>
          <w:szCs w:val="26"/>
        </w:rPr>
        <w:t>VI. KIẾN NGHỊ, ĐỀ XUẤT</w:t>
      </w:r>
    </w:p>
    <w:p>
      <w:pPr>
        <w:pStyle w:val="Normal"/>
        <w:spacing w:before="0" w:after="80"/>
        <w:rPr>
          <w:rFonts w:ascii="Times New Roman" w:hAnsi="Times New Roman"/>
          <w:sz w:val="26"/>
          <w:szCs w:val="26"/>
        </w:rPr>
      </w:pPr>
      <w:r>
        <w:rPr>
          <w:rFonts w:ascii="Times New Roman" w:hAnsi="Times New Roman"/>
          <w:b w:val="false"/>
          <w:i w:val="false"/>
          <w:sz w:val="26"/>
          <w:szCs w:val="26"/>
        </w:rPr>
        <w:t>Để việc tổ chức các hoạt động trong các dịp lễ, tết tiếp theo được thực hiện hiệu quả, [tên cơ quan/đơn vị] kiến nghị, đề xuất:</w:t>
      </w:r>
    </w:p>
    <w:p>
      <w:pPr>
        <w:pStyle w:val="Normal"/>
        <w:spacing w:before="0" w:after="80"/>
        <w:rPr>
          <w:rFonts w:ascii="Times New Roman" w:hAnsi="Times New Roman"/>
          <w:sz w:val="26"/>
          <w:szCs w:val="26"/>
        </w:rPr>
      </w:pPr>
      <w:r>
        <w:rPr>
          <w:rFonts w:ascii="Times New Roman" w:hAnsi="Times New Roman"/>
          <w:b w:val="false"/>
          <w:i w:val="false"/>
          <w:sz w:val="26"/>
          <w:szCs w:val="26"/>
        </w:rPr>
        <w:t>- …………………………………………………………………;</w:t>
        <w:br/>
        <w:t>- ………………………………………………………………….</w:t>
      </w:r>
    </w:p>
    <w:p>
      <w:pPr>
        <w:pStyle w:val="Normal"/>
        <w:spacing w:before="0" w:after="240"/>
        <w:rPr>
          <w:rFonts w:ascii="Times New Roman" w:hAnsi="Times New Roman"/>
          <w:sz w:val="26"/>
          <w:szCs w:val="26"/>
        </w:rPr>
      </w:pPr>
      <w:r>
        <w:rPr>
          <w:rFonts w:ascii="Times New Roman" w:hAnsi="Times New Roman"/>
          <w:b w:val="false"/>
          <w:i w:val="false"/>
          <w:sz w:val="26"/>
          <w:szCs w:val="26"/>
        </w:rPr>
        <w:t xml:space="preserve">Trên đây là Báo cáo tình hình tổ chức, thực hiện các hoạt động dịp lễ Quốc khánh 02/9/2026 của [tên cơ quan/đơn vị]. </w:t>
      </w:r>
    </w:p>
    <w:tbl>
      <w:tblPr>
        <w:tblW w:w="9070"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535"/>
        <w:gridCol w:w="4535"/>
      </w:tblGrid>
      <w:tr>
        <w:trPr/>
        <w:tc>
          <w:tcPr>
            <w:tcW w:w="4535" w:type="dxa"/>
            <w:tcBorders/>
          </w:tcPr>
          <w:p>
            <w:pPr>
              <w:pStyle w:val="Normal"/>
              <w:rPr>
                <w:rFonts w:ascii="Times New Roman" w:hAnsi="Times New Roman"/>
                <w:sz w:val="26"/>
                <w:szCs w:val="26"/>
              </w:rPr>
            </w:pPr>
            <w:r>
              <w:rPr>
                <w:rFonts w:ascii="Times New Roman" w:hAnsi="Times New Roman"/>
                <w:b/>
                <w:sz w:val="26"/>
                <w:szCs w:val="26"/>
              </w:rPr>
              <w:t>Nơi nhận:</w:t>
            </w:r>
          </w:p>
          <w:p>
            <w:pPr>
              <w:pStyle w:val="Normal"/>
              <w:spacing w:before="0" w:after="0"/>
              <w:rPr>
                <w:rFonts w:ascii="Times New Roman" w:hAnsi="Times New Roman"/>
                <w:sz w:val="26"/>
                <w:szCs w:val="26"/>
              </w:rPr>
            </w:pPr>
            <w:r>
              <w:rPr>
                <w:rFonts w:ascii="Times New Roman" w:hAnsi="Times New Roman"/>
                <w:sz w:val="26"/>
                <w:szCs w:val="26"/>
              </w:rPr>
              <w:t>- Như trên;</w:t>
            </w:r>
          </w:p>
          <w:p>
            <w:pPr>
              <w:pStyle w:val="Normal"/>
              <w:spacing w:before="0" w:after="0"/>
              <w:rPr>
                <w:rFonts w:ascii="Times New Roman" w:hAnsi="Times New Roman"/>
                <w:sz w:val="26"/>
                <w:szCs w:val="26"/>
              </w:rPr>
            </w:pPr>
            <w:r>
              <w:rPr>
                <w:rFonts w:ascii="Times New Roman" w:hAnsi="Times New Roman"/>
                <w:sz w:val="26"/>
                <w:szCs w:val="26"/>
              </w:rPr>
              <w:t>- …………………;</w:t>
            </w:r>
          </w:p>
          <w:p>
            <w:pPr>
              <w:pStyle w:val="Normal"/>
              <w:spacing w:before="0" w:after="0"/>
              <w:rPr>
                <w:rFonts w:ascii="Times New Roman" w:hAnsi="Times New Roman"/>
                <w:sz w:val="26"/>
                <w:szCs w:val="26"/>
              </w:rPr>
            </w:pPr>
            <w:r>
              <w:rPr>
                <w:rFonts w:ascii="Times New Roman" w:hAnsi="Times New Roman"/>
                <w:sz w:val="26"/>
                <w:szCs w:val="26"/>
              </w:rPr>
              <w:t>- Lưu: VT, …….</w:t>
            </w:r>
          </w:p>
        </w:tc>
        <w:tc>
          <w:tcPr>
            <w:tcW w:w="4535" w:type="dxa"/>
            <w:tcBorders/>
          </w:tcPr>
          <w:p>
            <w:pPr>
              <w:pStyle w:val="Normal"/>
              <w:spacing w:before="0" w:after="200"/>
              <w:jc w:val="center"/>
              <w:rPr>
                <w:rFonts w:ascii="Times New Roman" w:hAnsi="Times New Roman"/>
                <w:sz w:val="26"/>
                <w:szCs w:val="26"/>
              </w:rPr>
            </w:pPr>
            <w:r>
              <w:rPr>
                <w:rFonts w:ascii="Times New Roman" w:hAnsi="Times New Roman"/>
                <w:b/>
                <w:sz w:val="26"/>
                <w:szCs w:val="26"/>
              </w:rPr>
              <w:t>ĐẠI DIỆN CƠ QUAN/ĐƠN VỊ</w:t>
              <w:br/>
              <w:br/>
              <w:br/>
              <w:br/>
            </w:r>
          </w:p>
        </w:tc>
      </w:tr>
    </w:tbl>
    <w:sectPr>
      <w:type w:val="nextPage"/>
      <w:pgSz w:w="12240" w:h="15840"/>
      <w:pgMar w:left="1701"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start"/>
    </w:pPr>
    <w:rPr>
      <w:rFonts w:ascii="Times New Roman" w:hAnsi="Times New Roman" w:eastAsia="" w:cs="" w:cstheme="minorBidi" w:eastAsiaTheme="minorEastAsia"/>
      <w:color w:val="auto"/>
      <w:kern w:val="0"/>
      <w:sz w:val="26"/>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LibreOffice/26.2.5.2$Windows_X86_64 LibreOffice_project/cd7284b4cbbfeb507e630c1aac019f4157393acb</Application>
  <AppVersion>15.0000</AppVersion>
  <Pages>3</Pages>
  <Words>735</Words>
  <Characters>2988</Characters>
  <CharactersWithSpaces>3684</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2026-08-29T14:20:47Z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