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4651B" w14:textId="77777777" w:rsidR="0014152B" w:rsidRDefault="00000000">
      <w:pPr>
        <w:spacing w:before="120" w:after="40"/>
        <w:jc w:val="center"/>
      </w:pPr>
      <w:r>
        <w:rPr>
          <w:b/>
        </w:rPr>
        <w:t>CỘNG HÒA XÃ HỘI CHỦ NGHĨA VIỆT NAM</w:t>
      </w:r>
      <w:r>
        <w:rPr>
          <w:b/>
        </w:rPr>
        <w:br/>
      </w:r>
      <w:r>
        <w:rPr>
          <w:b/>
          <w:sz w:val="26"/>
        </w:rPr>
        <w:t>Độc lập - Tự do - Hạnh phúc</w:t>
      </w:r>
      <w:r>
        <w:rPr>
          <w:b/>
          <w:sz w:val="26"/>
        </w:rPr>
        <w:br/>
      </w:r>
      <w:r>
        <w:t>________________</w:t>
      </w:r>
    </w:p>
    <w:p w14:paraId="3547AFE6" w14:textId="77777777" w:rsidR="0014152B" w:rsidRDefault="00000000">
      <w:pPr>
        <w:spacing w:before="400" w:after="240"/>
        <w:jc w:val="center"/>
      </w:pPr>
      <w:r>
        <w:rPr>
          <w:b/>
          <w:sz w:val="28"/>
        </w:rPr>
        <w:t>VĂN BẢN ĐỀ NGHỊ GIA HẠN NỘP THUẾ</w:t>
      </w:r>
      <w:r>
        <w:rPr>
          <w:b/>
          <w:sz w:val="28"/>
        </w:rPr>
        <w:br/>
        <w:t>VÀ TIỀN THUÊ ĐẤT</w:t>
      </w:r>
    </w:p>
    <w:p w14:paraId="1A33E465" w14:textId="77777777" w:rsidR="0014152B" w:rsidRDefault="00000000">
      <w:pPr>
        <w:spacing w:after="320"/>
        <w:jc w:val="center"/>
      </w:pPr>
      <w:r>
        <w:t>☐ Lần đầu           ☐ Thay thế</w:t>
      </w:r>
    </w:p>
    <w:p w14:paraId="53CDC85D" w14:textId="77777777" w:rsidR="0014152B" w:rsidRDefault="00000000">
      <w:pPr>
        <w:spacing w:after="320"/>
        <w:jc w:val="center"/>
      </w:pPr>
      <w:r>
        <w:rPr>
          <w:i/>
        </w:rPr>
        <w:t>Kính gửi: Cơ quan thuế....................................</w:t>
      </w:r>
    </w:p>
    <w:p w14:paraId="188C712D" w14:textId="77777777" w:rsidR="0014152B" w:rsidRDefault="00000000">
      <w:pPr>
        <w:spacing w:after="120" w:line="288" w:lineRule="auto"/>
      </w:pPr>
      <w:r>
        <w:rPr>
          <w:b/>
        </w:rPr>
        <w:t>[01] Tên người nộp thuế:</w:t>
      </w:r>
      <w:r>
        <w:t>......................................................................................................................</w:t>
      </w:r>
    </w:p>
    <w:p w14:paraId="5EDE9992" w14:textId="77777777" w:rsidR="0014152B" w:rsidRDefault="00000000">
      <w:pPr>
        <w:spacing w:after="120"/>
      </w:pPr>
      <w:r>
        <w:rPr>
          <w:b/>
        </w:rPr>
        <w:t xml:space="preserve">[02] Mã số thuế: </w:t>
      </w:r>
    </w:p>
    <w:tbl>
      <w:tblPr>
        <w:tblW w:w="0" w:type="auto"/>
        <w:jc w:val="center"/>
        <w:tblLook w:val="04A0" w:firstRow="1" w:lastRow="0" w:firstColumn="1" w:lastColumn="0" w:noHBand="0" w:noVBand="1"/>
      </w:tblPr>
      <w:tblGrid>
        <w:gridCol w:w="346"/>
        <w:gridCol w:w="346"/>
        <w:gridCol w:w="346"/>
        <w:gridCol w:w="346"/>
        <w:gridCol w:w="346"/>
        <w:gridCol w:w="346"/>
        <w:gridCol w:w="346"/>
        <w:gridCol w:w="346"/>
        <w:gridCol w:w="346"/>
        <w:gridCol w:w="346"/>
        <w:gridCol w:w="576"/>
        <w:gridCol w:w="346"/>
        <w:gridCol w:w="346"/>
        <w:gridCol w:w="346"/>
      </w:tblGrid>
      <w:tr w:rsidR="0014152B" w14:paraId="2B56942B" w14:textId="77777777">
        <w:trPr>
          <w:jc w:val="center"/>
        </w:trPr>
        <w:tc>
          <w:tcPr>
            <w:tcW w:w="34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CB66828" w14:textId="77777777" w:rsidR="0014152B" w:rsidRDefault="0014152B"/>
        </w:tc>
        <w:tc>
          <w:tcPr>
            <w:tcW w:w="34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CC69283" w14:textId="77777777" w:rsidR="0014152B" w:rsidRDefault="0014152B"/>
        </w:tc>
        <w:tc>
          <w:tcPr>
            <w:tcW w:w="34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8EF661D" w14:textId="77777777" w:rsidR="0014152B" w:rsidRDefault="0014152B"/>
        </w:tc>
        <w:tc>
          <w:tcPr>
            <w:tcW w:w="34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32D14B0" w14:textId="77777777" w:rsidR="0014152B" w:rsidRDefault="0014152B"/>
        </w:tc>
        <w:tc>
          <w:tcPr>
            <w:tcW w:w="34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37F9FF1" w14:textId="77777777" w:rsidR="0014152B" w:rsidRDefault="0014152B"/>
        </w:tc>
        <w:tc>
          <w:tcPr>
            <w:tcW w:w="34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227D1FE" w14:textId="77777777" w:rsidR="0014152B" w:rsidRDefault="0014152B"/>
        </w:tc>
        <w:tc>
          <w:tcPr>
            <w:tcW w:w="34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CAFD744" w14:textId="77777777" w:rsidR="0014152B" w:rsidRDefault="0014152B"/>
        </w:tc>
        <w:tc>
          <w:tcPr>
            <w:tcW w:w="34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70E204F2" w14:textId="77777777" w:rsidR="0014152B" w:rsidRDefault="0014152B"/>
        </w:tc>
        <w:tc>
          <w:tcPr>
            <w:tcW w:w="34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9E4AF6D" w14:textId="77777777" w:rsidR="0014152B" w:rsidRDefault="0014152B"/>
        </w:tc>
        <w:tc>
          <w:tcPr>
            <w:tcW w:w="34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52AB7A6" w14:textId="77777777" w:rsidR="0014152B" w:rsidRDefault="0014152B"/>
        </w:tc>
        <w:tc>
          <w:tcPr>
            <w:tcW w:w="576" w:type="dxa"/>
          </w:tcPr>
          <w:p w14:paraId="12D426FC" w14:textId="77777777" w:rsidR="0014152B" w:rsidRDefault="0014152B"/>
        </w:tc>
        <w:tc>
          <w:tcPr>
            <w:tcW w:w="34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FE8568E" w14:textId="77777777" w:rsidR="0014152B" w:rsidRDefault="0014152B"/>
        </w:tc>
        <w:tc>
          <w:tcPr>
            <w:tcW w:w="34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F4D6A97" w14:textId="77777777" w:rsidR="0014152B" w:rsidRDefault="0014152B"/>
        </w:tc>
        <w:tc>
          <w:tcPr>
            <w:tcW w:w="34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7FEF701" w14:textId="77777777" w:rsidR="0014152B" w:rsidRDefault="0014152B"/>
        </w:tc>
      </w:tr>
    </w:tbl>
    <w:p w14:paraId="337EEEF1" w14:textId="77777777" w:rsidR="0014152B" w:rsidRDefault="00000000">
      <w:pPr>
        <w:spacing w:after="120" w:line="288" w:lineRule="auto"/>
      </w:pPr>
      <w:r>
        <w:rPr>
          <w:b/>
        </w:rPr>
        <w:t>[03] Địa chỉ:</w:t>
      </w:r>
      <w:r>
        <w:t xml:space="preserve"> ...........................................................................................................................................</w:t>
      </w:r>
    </w:p>
    <w:p w14:paraId="27A16BAB" w14:textId="77777777" w:rsidR="0014152B" w:rsidRDefault="00000000">
      <w:pPr>
        <w:spacing w:after="120" w:line="288" w:lineRule="auto"/>
      </w:pPr>
      <w:r>
        <w:rPr>
          <w:b/>
        </w:rPr>
        <w:t>[04] Số điện thoại:</w:t>
      </w:r>
      <w:r>
        <w:t xml:space="preserve"> ...................................................................................................................................</w:t>
      </w:r>
    </w:p>
    <w:p w14:paraId="76AC49F9" w14:textId="77777777" w:rsidR="0014152B" w:rsidRDefault="00000000">
      <w:pPr>
        <w:spacing w:after="120" w:line="288" w:lineRule="auto"/>
      </w:pPr>
      <w:r>
        <w:rPr>
          <w:b/>
        </w:rPr>
        <w:t>[05] Tên đại lý thuế (nếu có):</w:t>
      </w:r>
      <w:r>
        <w:t xml:space="preserve"> .................................................................................................................</w:t>
      </w:r>
    </w:p>
    <w:p w14:paraId="4A9EC0E7" w14:textId="77777777" w:rsidR="0014152B" w:rsidRDefault="00000000">
      <w:pPr>
        <w:spacing w:after="120"/>
      </w:pPr>
      <w:r>
        <w:rPr>
          <w:b/>
        </w:rPr>
        <w:t xml:space="preserve">[06] Mã số thuế: </w:t>
      </w:r>
    </w:p>
    <w:tbl>
      <w:tblPr>
        <w:tblW w:w="0" w:type="auto"/>
        <w:jc w:val="center"/>
        <w:tblLook w:val="04A0" w:firstRow="1" w:lastRow="0" w:firstColumn="1" w:lastColumn="0" w:noHBand="0" w:noVBand="1"/>
      </w:tblPr>
      <w:tblGrid>
        <w:gridCol w:w="346"/>
        <w:gridCol w:w="346"/>
        <w:gridCol w:w="346"/>
        <w:gridCol w:w="346"/>
        <w:gridCol w:w="346"/>
        <w:gridCol w:w="346"/>
        <w:gridCol w:w="346"/>
        <w:gridCol w:w="346"/>
        <w:gridCol w:w="346"/>
        <w:gridCol w:w="346"/>
        <w:gridCol w:w="576"/>
        <w:gridCol w:w="346"/>
        <w:gridCol w:w="346"/>
        <w:gridCol w:w="346"/>
      </w:tblGrid>
      <w:tr w:rsidR="0014152B" w14:paraId="0A77F34D" w14:textId="77777777">
        <w:trPr>
          <w:jc w:val="center"/>
        </w:trPr>
        <w:tc>
          <w:tcPr>
            <w:tcW w:w="34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75B4A0A" w14:textId="77777777" w:rsidR="0014152B" w:rsidRDefault="0014152B"/>
        </w:tc>
        <w:tc>
          <w:tcPr>
            <w:tcW w:w="34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4343F99" w14:textId="77777777" w:rsidR="0014152B" w:rsidRDefault="0014152B"/>
        </w:tc>
        <w:tc>
          <w:tcPr>
            <w:tcW w:w="34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3787B84" w14:textId="77777777" w:rsidR="0014152B" w:rsidRDefault="0014152B"/>
        </w:tc>
        <w:tc>
          <w:tcPr>
            <w:tcW w:w="34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02753DE" w14:textId="77777777" w:rsidR="0014152B" w:rsidRDefault="0014152B"/>
        </w:tc>
        <w:tc>
          <w:tcPr>
            <w:tcW w:w="34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FC9281D" w14:textId="77777777" w:rsidR="0014152B" w:rsidRDefault="0014152B"/>
        </w:tc>
        <w:tc>
          <w:tcPr>
            <w:tcW w:w="34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1314D0C8" w14:textId="77777777" w:rsidR="0014152B" w:rsidRDefault="0014152B"/>
        </w:tc>
        <w:tc>
          <w:tcPr>
            <w:tcW w:w="34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209A4008" w14:textId="77777777" w:rsidR="0014152B" w:rsidRDefault="0014152B"/>
        </w:tc>
        <w:tc>
          <w:tcPr>
            <w:tcW w:w="34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58972F4C" w14:textId="77777777" w:rsidR="0014152B" w:rsidRDefault="0014152B"/>
        </w:tc>
        <w:tc>
          <w:tcPr>
            <w:tcW w:w="34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3AFE5FE2" w14:textId="77777777" w:rsidR="0014152B" w:rsidRDefault="0014152B"/>
        </w:tc>
        <w:tc>
          <w:tcPr>
            <w:tcW w:w="34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4BB142CF" w14:textId="77777777" w:rsidR="0014152B" w:rsidRDefault="0014152B"/>
        </w:tc>
        <w:tc>
          <w:tcPr>
            <w:tcW w:w="576" w:type="dxa"/>
          </w:tcPr>
          <w:p w14:paraId="6A5CD3A4" w14:textId="77777777" w:rsidR="0014152B" w:rsidRDefault="0014152B"/>
        </w:tc>
        <w:tc>
          <w:tcPr>
            <w:tcW w:w="34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6302F9F" w14:textId="77777777" w:rsidR="0014152B" w:rsidRDefault="0014152B"/>
        </w:tc>
        <w:tc>
          <w:tcPr>
            <w:tcW w:w="34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019F8F9A" w14:textId="77777777" w:rsidR="0014152B" w:rsidRDefault="0014152B"/>
        </w:tc>
        <w:tc>
          <w:tcPr>
            <w:tcW w:w="346"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14:paraId="6154BA32" w14:textId="77777777" w:rsidR="0014152B" w:rsidRDefault="0014152B"/>
        </w:tc>
      </w:tr>
    </w:tbl>
    <w:p w14:paraId="36BD7577" w14:textId="77777777" w:rsidR="0014152B" w:rsidRDefault="00000000">
      <w:pPr>
        <w:spacing w:after="80" w:line="288" w:lineRule="auto"/>
      </w:pPr>
      <w:r>
        <w:rPr>
          <w:b/>
        </w:rPr>
        <w:t>[07] Loại thuế đề nghị gia hạn:</w:t>
      </w:r>
    </w:p>
    <w:p w14:paraId="1D501B51" w14:textId="77777777" w:rsidR="0014152B" w:rsidRDefault="00000000">
      <w:pPr>
        <w:spacing w:after="80" w:line="288" w:lineRule="auto"/>
        <w:ind w:left="360"/>
      </w:pPr>
      <w:r>
        <w:t>☐ a) Thuế giá trị gia tăng</w:t>
      </w:r>
    </w:p>
    <w:p w14:paraId="2534B809" w14:textId="77777777" w:rsidR="0014152B" w:rsidRDefault="00000000">
      <w:pPr>
        <w:spacing w:after="80" w:line="288" w:lineRule="auto"/>
        <w:ind w:left="360"/>
      </w:pPr>
      <w:r>
        <w:t>☐ b) Thuế thu nhập doanh nghiệp</w:t>
      </w:r>
    </w:p>
    <w:p w14:paraId="7285014A" w14:textId="77777777" w:rsidR="0014152B" w:rsidRDefault="00000000">
      <w:pPr>
        <w:spacing w:after="80" w:line="288" w:lineRule="auto"/>
        <w:ind w:left="360"/>
      </w:pPr>
      <w:r>
        <w:t>☐ c) Thuế thu nhập cá nhân của hộ kinh doanh, cá nhân kinh doanh</w:t>
      </w:r>
    </w:p>
    <w:p w14:paraId="738F73C8" w14:textId="77777777" w:rsidR="0014152B" w:rsidRDefault="00000000">
      <w:pPr>
        <w:spacing w:after="80" w:line="288" w:lineRule="auto"/>
        <w:ind w:left="360"/>
      </w:pPr>
      <w:r>
        <w:t>☐ d) Tiền thuê đất (kê chi tiết địa chỉ từng khu đất thuê thuộc đối tượng gia hạn tiền thuê đất)</w:t>
      </w:r>
    </w:p>
    <w:p w14:paraId="6159C241" w14:textId="77777777" w:rsidR="0014152B" w:rsidRDefault="00000000">
      <w:pPr>
        <w:spacing w:after="80" w:line="288" w:lineRule="auto"/>
        <w:ind w:left="720"/>
      </w:pPr>
      <w:r>
        <w:t>- Khu đất 1 theo Quyết định/Hợp đồng số....., ngày..../..../.....</w:t>
      </w:r>
    </w:p>
    <w:p w14:paraId="4B7E2888" w14:textId="77777777" w:rsidR="0014152B" w:rsidRDefault="00000000">
      <w:pPr>
        <w:spacing w:after="80" w:line="288" w:lineRule="auto"/>
        <w:ind w:left="720"/>
      </w:pPr>
      <w:r>
        <w:t>- Khu đất 2 theo Quyết định/Hợp đồng số....., ngày..../..../.....</w:t>
      </w:r>
    </w:p>
    <w:p w14:paraId="41E5B8FB" w14:textId="77777777" w:rsidR="0014152B" w:rsidRDefault="00000000">
      <w:pPr>
        <w:spacing w:after="80" w:line="288" w:lineRule="auto"/>
        <w:ind w:left="720"/>
      </w:pPr>
      <w:r>
        <w:t>....</w:t>
      </w:r>
    </w:p>
    <w:p w14:paraId="24F64B47" w14:textId="77777777" w:rsidR="0014152B" w:rsidRDefault="00000000">
      <w:pPr>
        <w:spacing w:after="120" w:line="288" w:lineRule="auto"/>
      </w:pPr>
      <w:r>
        <w:rPr>
          <w:b/>
        </w:rPr>
        <w:t>[08] Trường hợp được gia hạn:</w:t>
      </w:r>
      <w:r>
        <w:t>...................................................................................................................</w:t>
      </w:r>
    </w:p>
    <w:p w14:paraId="17B2B152" w14:textId="27BD639F" w:rsidR="0014152B" w:rsidRDefault="00CC3B65">
      <w:pPr>
        <w:spacing w:before="360" w:after="120"/>
      </w:pPr>
      <w:r>
        <w:rPr>
          <w:b/>
          <w:lang w:val="vi-VN"/>
        </w:rPr>
        <w:lastRenderedPageBreak/>
        <w:br/>
      </w:r>
      <w:r>
        <w:rPr>
          <w:b/>
          <w:lang w:val="vi-VN"/>
        </w:rPr>
        <w:br/>
      </w:r>
      <w:r w:rsidR="00000000">
        <w:rPr>
          <w:b/>
        </w:rPr>
        <w:t>I. DOANH NGHIỆP NHỎ VÀ SIÊU NHỎ</w:t>
      </w:r>
    </w:p>
    <w:p w14:paraId="3D49580D" w14:textId="77777777" w:rsidR="0014152B" w:rsidRDefault="00000000">
      <w:pPr>
        <w:spacing w:after="80" w:line="288" w:lineRule="auto"/>
      </w:pPr>
      <w:r>
        <w:t>☐ 1. Doanh nghiệp nhỏ:</w:t>
      </w:r>
    </w:p>
    <w:tbl>
      <w:tblPr>
        <w:tblW w:w="0" w:type="auto"/>
        <w:jc w:val="center"/>
        <w:tblLook w:val="04A0" w:firstRow="1" w:lastRow="0" w:firstColumn="1" w:lastColumn="0" w:noHBand="0" w:noVBand="1"/>
      </w:tblPr>
      <w:tblGrid>
        <w:gridCol w:w="2421"/>
        <w:gridCol w:w="2420"/>
        <w:gridCol w:w="2420"/>
        <w:gridCol w:w="2420"/>
      </w:tblGrid>
      <w:tr w:rsidR="0014152B" w14:paraId="3477BCBE" w14:textId="77777777">
        <w:trPr>
          <w:jc w:val="center"/>
        </w:trPr>
        <w:tc>
          <w:tcPr>
            <w:tcW w:w="2423"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14:paraId="41C3CC94" w14:textId="77777777" w:rsidR="0014152B" w:rsidRDefault="00000000">
            <w:pPr>
              <w:jc w:val="center"/>
            </w:pPr>
            <w:r>
              <w:rPr>
                <w:b/>
              </w:rPr>
              <w:t>Lĩnh vực hoạt động</w:t>
            </w:r>
          </w:p>
        </w:tc>
        <w:tc>
          <w:tcPr>
            <w:tcW w:w="2423"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14:paraId="0F8C2C26" w14:textId="77777777" w:rsidR="0014152B" w:rsidRDefault="00000000">
            <w:pPr>
              <w:jc w:val="center"/>
            </w:pPr>
            <w:r>
              <w:rPr>
                <w:b/>
              </w:rPr>
              <w:t>Số lao động</w:t>
            </w:r>
          </w:p>
        </w:tc>
        <w:tc>
          <w:tcPr>
            <w:tcW w:w="2423"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14:paraId="0F86743E" w14:textId="77777777" w:rsidR="0014152B" w:rsidRDefault="00000000">
            <w:pPr>
              <w:jc w:val="center"/>
            </w:pPr>
            <w:r>
              <w:rPr>
                <w:b/>
              </w:rPr>
              <w:t>Doanh thu (VNĐ)</w:t>
            </w:r>
          </w:p>
        </w:tc>
        <w:tc>
          <w:tcPr>
            <w:tcW w:w="2423"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14:paraId="3426181C" w14:textId="77777777" w:rsidR="0014152B" w:rsidRDefault="00000000">
            <w:pPr>
              <w:jc w:val="center"/>
            </w:pPr>
            <w:r>
              <w:rPr>
                <w:b/>
              </w:rPr>
              <w:t>Nguồn vốn (VNĐ)</w:t>
            </w:r>
          </w:p>
        </w:tc>
      </w:tr>
      <w:tr w:rsidR="0014152B" w14:paraId="727C25BA" w14:textId="77777777">
        <w:trPr>
          <w:jc w:val="center"/>
        </w:trPr>
        <w:tc>
          <w:tcPr>
            <w:tcW w:w="2423"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14:paraId="7090A54E" w14:textId="77777777" w:rsidR="0014152B" w:rsidRDefault="0014152B"/>
        </w:tc>
        <w:tc>
          <w:tcPr>
            <w:tcW w:w="2423"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14:paraId="78228AD5" w14:textId="77777777" w:rsidR="0014152B" w:rsidRDefault="0014152B"/>
        </w:tc>
        <w:tc>
          <w:tcPr>
            <w:tcW w:w="2423"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14:paraId="603503FD" w14:textId="77777777" w:rsidR="0014152B" w:rsidRDefault="0014152B"/>
        </w:tc>
        <w:tc>
          <w:tcPr>
            <w:tcW w:w="2423"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14:paraId="6CE6EF6D" w14:textId="77777777" w:rsidR="0014152B" w:rsidRDefault="0014152B"/>
        </w:tc>
      </w:tr>
    </w:tbl>
    <w:p w14:paraId="1FC03799" w14:textId="77777777" w:rsidR="0014152B" w:rsidRDefault="0014152B">
      <w:pPr>
        <w:spacing w:after="80"/>
      </w:pPr>
    </w:p>
    <w:p w14:paraId="2C21B922" w14:textId="77777777" w:rsidR="0014152B" w:rsidRDefault="00000000">
      <w:pPr>
        <w:spacing w:after="80" w:line="288" w:lineRule="auto"/>
      </w:pPr>
      <w:r>
        <w:t>☐ 2. Doanh nghiệp siêu nhỏ:</w:t>
      </w:r>
    </w:p>
    <w:tbl>
      <w:tblPr>
        <w:tblW w:w="0" w:type="auto"/>
        <w:jc w:val="center"/>
        <w:tblLook w:val="04A0" w:firstRow="1" w:lastRow="0" w:firstColumn="1" w:lastColumn="0" w:noHBand="0" w:noVBand="1"/>
      </w:tblPr>
      <w:tblGrid>
        <w:gridCol w:w="2421"/>
        <w:gridCol w:w="2420"/>
        <w:gridCol w:w="2420"/>
        <w:gridCol w:w="2420"/>
      </w:tblGrid>
      <w:tr w:rsidR="0014152B" w14:paraId="0343DA98" w14:textId="77777777">
        <w:trPr>
          <w:jc w:val="center"/>
        </w:trPr>
        <w:tc>
          <w:tcPr>
            <w:tcW w:w="2423"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14:paraId="24C80AF2" w14:textId="77777777" w:rsidR="0014152B" w:rsidRDefault="00000000">
            <w:pPr>
              <w:jc w:val="center"/>
            </w:pPr>
            <w:r>
              <w:rPr>
                <w:b/>
              </w:rPr>
              <w:t>Lĩnh vực hoạt động</w:t>
            </w:r>
          </w:p>
        </w:tc>
        <w:tc>
          <w:tcPr>
            <w:tcW w:w="2423"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14:paraId="2958A53B" w14:textId="77777777" w:rsidR="0014152B" w:rsidRDefault="00000000">
            <w:pPr>
              <w:jc w:val="center"/>
            </w:pPr>
            <w:r>
              <w:rPr>
                <w:b/>
              </w:rPr>
              <w:t>Số lao động</w:t>
            </w:r>
          </w:p>
        </w:tc>
        <w:tc>
          <w:tcPr>
            <w:tcW w:w="2423"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14:paraId="48C78E91" w14:textId="77777777" w:rsidR="0014152B" w:rsidRDefault="00000000">
            <w:pPr>
              <w:jc w:val="center"/>
            </w:pPr>
            <w:r>
              <w:rPr>
                <w:b/>
              </w:rPr>
              <w:t>Doanh thu (VNĐ)</w:t>
            </w:r>
          </w:p>
        </w:tc>
        <w:tc>
          <w:tcPr>
            <w:tcW w:w="2423"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14:paraId="2AB52B1E" w14:textId="77777777" w:rsidR="0014152B" w:rsidRDefault="00000000">
            <w:pPr>
              <w:jc w:val="center"/>
            </w:pPr>
            <w:r>
              <w:rPr>
                <w:b/>
              </w:rPr>
              <w:t>Nguồn vốn (VNĐ)</w:t>
            </w:r>
          </w:p>
        </w:tc>
      </w:tr>
      <w:tr w:rsidR="0014152B" w14:paraId="67BA6CCE" w14:textId="77777777">
        <w:trPr>
          <w:jc w:val="center"/>
        </w:trPr>
        <w:tc>
          <w:tcPr>
            <w:tcW w:w="2423"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14:paraId="5D25B1A3" w14:textId="77777777" w:rsidR="0014152B" w:rsidRDefault="0014152B"/>
        </w:tc>
        <w:tc>
          <w:tcPr>
            <w:tcW w:w="2423"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14:paraId="0A1CB1CE" w14:textId="77777777" w:rsidR="0014152B" w:rsidRDefault="0014152B"/>
        </w:tc>
        <w:tc>
          <w:tcPr>
            <w:tcW w:w="2423"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14:paraId="09DDF26C" w14:textId="77777777" w:rsidR="0014152B" w:rsidRDefault="0014152B"/>
        </w:tc>
        <w:tc>
          <w:tcPr>
            <w:tcW w:w="2423" w:type="dxa"/>
            <w:tcBorders>
              <w:top w:val="single" w:sz="4" w:space="0" w:color="000000"/>
              <w:left w:val="single" w:sz="4" w:space="0" w:color="000000"/>
              <w:bottom w:val="single" w:sz="4" w:space="0" w:color="000000"/>
              <w:right w:val="single" w:sz="4" w:space="0" w:color="000000"/>
            </w:tcBorders>
            <w:tcMar>
              <w:top w:w="100" w:type="dxa"/>
              <w:left w:w="150" w:type="dxa"/>
              <w:bottom w:w="100" w:type="dxa"/>
              <w:right w:w="150" w:type="dxa"/>
            </w:tcMar>
          </w:tcPr>
          <w:p w14:paraId="22A9D0C2" w14:textId="77777777" w:rsidR="0014152B" w:rsidRDefault="0014152B"/>
        </w:tc>
      </w:tr>
    </w:tbl>
    <w:p w14:paraId="75ECFBDD" w14:textId="77777777" w:rsidR="0014152B" w:rsidRDefault="0014152B">
      <w:pPr>
        <w:spacing w:after="80"/>
      </w:pPr>
    </w:p>
    <w:p w14:paraId="1F87561B" w14:textId="77777777" w:rsidR="0014152B" w:rsidRDefault="00000000">
      <w:pPr>
        <w:spacing w:before="240" w:after="120"/>
      </w:pPr>
      <w:r>
        <w:rPr>
          <w:b/>
        </w:rPr>
        <w:t>II. DOANH NGHIỆP, TỔ CHỨC, HỘ KINH DOANH, CÁ NHÂN HOẠT ĐỘNG TRONG CÁC LĨNH VỰC:</w:t>
      </w:r>
    </w:p>
    <w:p w14:paraId="25FF175C" w14:textId="77777777" w:rsidR="0014152B" w:rsidRDefault="00000000">
      <w:pPr>
        <w:spacing w:after="60" w:line="288" w:lineRule="auto"/>
        <w:ind w:left="360"/>
      </w:pPr>
      <w:r>
        <w:t>☐ 1. Nông nghiệp, lâm nghiệp và thủy sản;</w:t>
      </w:r>
    </w:p>
    <w:p w14:paraId="462FFE30" w14:textId="487361B5" w:rsidR="0014152B" w:rsidRDefault="00000000">
      <w:pPr>
        <w:spacing w:after="60" w:line="288" w:lineRule="auto"/>
        <w:ind w:left="360"/>
      </w:pPr>
      <w:r>
        <w:t xml:space="preserve">☐ 2. Sản xuất, chế biến thực phẩm; </w:t>
      </w:r>
      <w:r w:rsidR="00CC3B65">
        <w:rPr>
          <w:lang w:val="vi-VN"/>
        </w:rPr>
        <w:br/>
      </w:r>
      <w:r>
        <w:t xml:space="preserve">☐ 3. Dệt; </w:t>
      </w:r>
      <w:r w:rsidR="00CC3B65">
        <w:rPr>
          <w:lang w:val="vi-VN"/>
        </w:rPr>
        <w:br/>
      </w:r>
      <w:r>
        <w:t>☐ 4. Sản xuất trang phục;</w:t>
      </w:r>
    </w:p>
    <w:p w14:paraId="316C8B67" w14:textId="77777777" w:rsidR="00CC3B65" w:rsidRDefault="00000000">
      <w:pPr>
        <w:spacing w:after="60" w:line="288" w:lineRule="auto"/>
        <w:ind w:left="360"/>
        <w:rPr>
          <w:lang w:val="vi-VN"/>
        </w:rPr>
      </w:pPr>
      <w:r>
        <w:t xml:space="preserve">☐ 5. Sản xuất da và các sản phẩm có liên quan; </w:t>
      </w:r>
      <w:r w:rsidR="00CC3B65">
        <w:rPr>
          <w:lang w:val="vi-VN"/>
        </w:rPr>
        <w:br/>
      </w:r>
      <w:r>
        <w:t xml:space="preserve">☐ 6. Chế biến gỗ và sản xuất sản phẩm từ gỗ, tre, nứa (trừ giường, tủ, bàn, ghế); sản xuất sản phẩm từ rơm, rạ và vật liệu tết bện; </w:t>
      </w:r>
      <w:r w:rsidR="00CC3B65">
        <w:rPr>
          <w:lang w:val="vi-VN"/>
        </w:rPr>
        <w:br/>
      </w:r>
      <w:r>
        <w:t xml:space="preserve">☐ 7. Sản xuất giấy và sản phẩm từ giấy; </w:t>
      </w:r>
      <w:r w:rsidR="00CC3B65">
        <w:rPr>
          <w:lang w:val="vi-VN"/>
        </w:rPr>
        <w:br/>
      </w:r>
      <w:r>
        <w:t xml:space="preserve">☐ 8. Sản xuất sản phẩm từ cao su và plastic; </w:t>
      </w:r>
    </w:p>
    <w:p w14:paraId="4DE2F3F3" w14:textId="77777777" w:rsidR="00CC3B65" w:rsidRDefault="00000000">
      <w:pPr>
        <w:spacing w:after="60" w:line="288" w:lineRule="auto"/>
        <w:ind w:left="360"/>
        <w:rPr>
          <w:lang w:val="vi-VN"/>
        </w:rPr>
      </w:pPr>
      <w:r>
        <w:t xml:space="preserve">☐ 9. Sản xuất sản phẩm từ khoáng phi kim loại khác; </w:t>
      </w:r>
    </w:p>
    <w:p w14:paraId="4D423419" w14:textId="77777777" w:rsidR="00CC3B65" w:rsidRDefault="00000000">
      <w:pPr>
        <w:spacing w:after="60" w:line="288" w:lineRule="auto"/>
        <w:ind w:left="360"/>
        <w:rPr>
          <w:lang w:val="vi-VN"/>
        </w:rPr>
      </w:pPr>
      <w:r>
        <w:t xml:space="preserve">☐ 10. Sản xuất kim loại; </w:t>
      </w:r>
    </w:p>
    <w:p w14:paraId="3AB36C17" w14:textId="77777777" w:rsidR="00CC3B65" w:rsidRDefault="00000000">
      <w:pPr>
        <w:spacing w:after="60" w:line="288" w:lineRule="auto"/>
        <w:ind w:left="360"/>
        <w:rPr>
          <w:lang w:val="vi-VN"/>
        </w:rPr>
      </w:pPr>
      <w:r>
        <w:t xml:space="preserve">☐ 11. Gia công cơ khí; xử lý và tráng phủ kim loại; </w:t>
      </w:r>
    </w:p>
    <w:p w14:paraId="7C0381EC" w14:textId="77777777" w:rsidR="00CC3B65" w:rsidRDefault="00000000">
      <w:pPr>
        <w:spacing w:after="60" w:line="288" w:lineRule="auto"/>
        <w:ind w:left="360"/>
        <w:rPr>
          <w:lang w:val="vi-VN"/>
        </w:rPr>
      </w:pPr>
      <w:r>
        <w:t xml:space="preserve">☐ 12. Sản xuất sản phẩm điện tử, máy tính và sản phẩm quang học; </w:t>
      </w:r>
    </w:p>
    <w:p w14:paraId="59EA84D6" w14:textId="77777777" w:rsidR="00CC3B65" w:rsidRDefault="00000000">
      <w:pPr>
        <w:spacing w:after="60" w:line="288" w:lineRule="auto"/>
        <w:ind w:left="360"/>
        <w:rPr>
          <w:lang w:val="vi-VN"/>
        </w:rPr>
      </w:pPr>
      <w:r>
        <w:t xml:space="preserve">☐ 13. Sản xuất ô tô và xe có động cơ khác; </w:t>
      </w:r>
    </w:p>
    <w:p w14:paraId="3A374224" w14:textId="2D9C22A9" w:rsidR="0014152B" w:rsidRDefault="00000000">
      <w:pPr>
        <w:spacing w:after="60" w:line="288" w:lineRule="auto"/>
        <w:ind w:left="360"/>
      </w:pPr>
      <w:r>
        <w:t>☐ 14. Sản xuất giường, tủ, bàn, ghế;</w:t>
      </w:r>
    </w:p>
    <w:p w14:paraId="74F13C96" w14:textId="77777777" w:rsidR="0014152B" w:rsidRDefault="00000000">
      <w:pPr>
        <w:spacing w:after="60" w:line="288" w:lineRule="auto"/>
        <w:ind w:left="360"/>
      </w:pPr>
      <w:r>
        <w:t>☐ 15. Xây dựng;</w:t>
      </w:r>
    </w:p>
    <w:p w14:paraId="5DC6CA7B" w14:textId="77777777" w:rsidR="00CC3B65" w:rsidRDefault="00000000">
      <w:pPr>
        <w:spacing w:after="60" w:line="288" w:lineRule="auto"/>
        <w:ind w:left="360"/>
        <w:rPr>
          <w:lang w:val="vi-VN"/>
        </w:rPr>
      </w:pPr>
      <w:r>
        <w:t xml:space="preserve">☐ 16. Vận tải, kho bãi; </w:t>
      </w:r>
    </w:p>
    <w:p w14:paraId="369AEEE0" w14:textId="77777777" w:rsidR="00CC3B65" w:rsidRDefault="00000000">
      <w:pPr>
        <w:spacing w:after="60" w:line="288" w:lineRule="auto"/>
        <w:ind w:left="360"/>
        <w:rPr>
          <w:lang w:val="vi-VN"/>
        </w:rPr>
      </w:pPr>
      <w:r>
        <w:t xml:space="preserve">☐ 17. Dịch vụ lưu trú và ăn uống; </w:t>
      </w:r>
    </w:p>
    <w:p w14:paraId="312EF82A" w14:textId="77777777" w:rsidR="00CC3B65" w:rsidRDefault="00000000">
      <w:pPr>
        <w:spacing w:after="60" w:line="288" w:lineRule="auto"/>
        <w:ind w:left="360"/>
        <w:rPr>
          <w:lang w:val="vi-VN"/>
        </w:rPr>
      </w:pPr>
      <w:r>
        <w:t xml:space="preserve">☐ 18. Giáo dục và đào tạo; </w:t>
      </w:r>
    </w:p>
    <w:p w14:paraId="18E69780" w14:textId="77777777" w:rsidR="00CC3B65" w:rsidRDefault="00000000">
      <w:pPr>
        <w:spacing w:after="60" w:line="288" w:lineRule="auto"/>
        <w:ind w:left="360"/>
        <w:rPr>
          <w:lang w:val="vi-VN"/>
        </w:rPr>
      </w:pPr>
      <w:r>
        <w:t xml:space="preserve">☐ 19. Y tế và hoạt động trợ giúp xã hội; </w:t>
      </w:r>
    </w:p>
    <w:p w14:paraId="09EBA986" w14:textId="77777777" w:rsidR="00803B06" w:rsidRDefault="00000000">
      <w:pPr>
        <w:spacing w:after="60" w:line="288" w:lineRule="auto"/>
        <w:ind w:left="360"/>
        <w:rPr>
          <w:lang w:val="vi-VN"/>
        </w:rPr>
      </w:pPr>
      <w:r>
        <w:t xml:space="preserve">☐ 20. Hoạt động kinh doanh bất động sản; </w:t>
      </w:r>
    </w:p>
    <w:p w14:paraId="33A2C4BC" w14:textId="77777777" w:rsidR="00803B06" w:rsidRDefault="00000000">
      <w:pPr>
        <w:spacing w:after="60" w:line="288" w:lineRule="auto"/>
        <w:ind w:left="360"/>
        <w:rPr>
          <w:lang w:val="vi-VN"/>
        </w:rPr>
      </w:pPr>
      <w:r>
        <w:t xml:space="preserve">☐ 21. Hoạt động dịch vụ lao động và việc làm; </w:t>
      </w:r>
    </w:p>
    <w:p w14:paraId="65AE3AB4" w14:textId="30D34249" w:rsidR="0014152B" w:rsidRDefault="00000000">
      <w:pPr>
        <w:spacing w:after="60" w:line="288" w:lineRule="auto"/>
        <w:ind w:left="360"/>
      </w:pPr>
      <w:r>
        <w:t>☐ 22. Hoạt động của các đại lý lữ hành, kinh doanh tua du lịch và các dịch vụ liên quan đến du lịch khác;</w:t>
      </w:r>
    </w:p>
    <w:p w14:paraId="7F9CB68F" w14:textId="77777777" w:rsidR="00803B06" w:rsidRDefault="00000000">
      <w:pPr>
        <w:spacing w:after="60" w:line="288" w:lineRule="auto"/>
        <w:ind w:left="360"/>
        <w:rPr>
          <w:lang w:val="vi-VN"/>
        </w:rPr>
      </w:pPr>
      <w:r>
        <w:t xml:space="preserve">☐ 23. Hoạt động sáng tạo nghệ thuật và biểu diễn nghệ thuật; </w:t>
      </w:r>
    </w:p>
    <w:p w14:paraId="3FDBD6BA" w14:textId="77777777" w:rsidR="00803B06" w:rsidRDefault="00000000">
      <w:pPr>
        <w:spacing w:after="60" w:line="288" w:lineRule="auto"/>
        <w:ind w:left="360"/>
        <w:rPr>
          <w:lang w:val="vi-VN"/>
        </w:rPr>
      </w:pPr>
      <w:r>
        <w:t xml:space="preserve">☐ 24. Hoạt động của thư viện, lưu trữ, bảo tàng và các hoạt động văn hóa khác; </w:t>
      </w:r>
    </w:p>
    <w:p w14:paraId="680F011A" w14:textId="3A148269" w:rsidR="0014152B" w:rsidRDefault="00000000">
      <w:pPr>
        <w:spacing w:after="60" w:line="288" w:lineRule="auto"/>
        <w:ind w:left="360"/>
      </w:pPr>
      <w:r>
        <w:t>☐ 25. Hoạt động thể thao, vui chơi và giải trí;</w:t>
      </w:r>
    </w:p>
    <w:p w14:paraId="22AA2A00" w14:textId="77777777" w:rsidR="0014152B" w:rsidRDefault="00000000">
      <w:pPr>
        <w:spacing w:after="60" w:line="288" w:lineRule="auto"/>
        <w:ind w:left="360"/>
      </w:pPr>
      <w:r>
        <w:t>☐ 26. Hoạt động chiếu phim;</w:t>
      </w:r>
    </w:p>
    <w:p w14:paraId="7519F686" w14:textId="77777777" w:rsidR="0014152B" w:rsidRDefault="00000000">
      <w:pPr>
        <w:spacing w:after="60" w:line="288" w:lineRule="auto"/>
        <w:ind w:left="360"/>
      </w:pPr>
      <w:r>
        <w:t>☐ 27. Sản xuất sản phẩm công nghiệp hỗ trợ ưu tiên phát triển;</w:t>
      </w:r>
    </w:p>
    <w:p w14:paraId="00135930" w14:textId="77777777" w:rsidR="0014152B" w:rsidRDefault="00000000">
      <w:pPr>
        <w:spacing w:after="60" w:line="288" w:lineRule="auto"/>
        <w:ind w:left="360"/>
      </w:pPr>
      <w:r>
        <w:t>☐ 28. Sản xuất sản phẩm cơ khí trọng điểm;</w:t>
      </w:r>
    </w:p>
    <w:p w14:paraId="1FBD1FE5" w14:textId="77777777" w:rsidR="00803B06" w:rsidRDefault="00000000">
      <w:pPr>
        <w:spacing w:after="60" w:line="288" w:lineRule="auto"/>
        <w:ind w:left="360"/>
        <w:rPr>
          <w:lang w:val="vi-VN"/>
        </w:rPr>
      </w:pPr>
      <w:r>
        <w:t xml:space="preserve">☐ 29. Hoạt động xuất bản; </w:t>
      </w:r>
    </w:p>
    <w:p w14:paraId="01512623" w14:textId="6FC97C94" w:rsidR="0014152B" w:rsidRDefault="00000000">
      <w:pPr>
        <w:spacing w:after="60" w:line="288" w:lineRule="auto"/>
        <w:ind w:left="360"/>
      </w:pPr>
      <w:r>
        <w:t>☐ 30. Hoạt động sản xuất phim điện ảnh, video, chương trình truyền hình, ghi âm và xuất bản âm nhạc;</w:t>
      </w:r>
    </w:p>
    <w:p w14:paraId="2130B9D3" w14:textId="77777777" w:rsidR="0014152B" w:rsidRDefault="00000000">
      <w:pPr>
        <w:spacing w:after="60" w:line="288" w:lineRule="auto"/>
        <w:ind w:left="360"/>
      </w:pPr>
      <w:r>
        <w:t>☐ 31. Hoạt động xây dựng chương trình, phát sóng, thông tấn và phân phối nội dung khác;</w:t>
      </w:r>
    </w:p>
    <w:p w14:paraId="6555A21E" w14:textId="77777777" w:rsidR="0014152B" w:rsidRDefault="00000000">
      <w:pPr>
        <w:spacing w:after="60" w:line="288" w:lineRule="auto"/>
        <w:ind w:left="360"/>
      </w:pPr>
      <w:r>
        <w:t>☐ 32. Lập trình máy tính, dịch vụ tư vấn và các hoạt động liên quan;</w:t>
      </w:r>
    </w:p>
    <w:p w14:paraId="21394C97" w14:textId="77777777" w:rsidR="0014152B" w:rsidRDefault="00000000">
      <w:pPr>
        <w:spacing w:after="60" w:line="288" w:lineRule="auto"/>
        <w:ind w:left="360"/>
      </w:pPr>
      <w:r>
        <w:t>☐ 33. Cơ sở hạ tầng công nghệ thông tin, xử lý dữ liệu, lưu trữ và các dịch vụ thông tin liên quan khác;</w:t>
      </w:r>
    </w:p>
    <w:p w14:paraId="2E3C01B7" w14:textId="77777777" w:rsidR="0014152B" w:rsidRDefault="00000000">
      <w:pPr>
        <w:spacing w:after="60" w:line="288" w:lineRule="auto"/>
        <w:ind w:left="360"/>
      </w:pPr>
      <w:r>
        <w:t>☐ 34. Khai thác dầu thô và khí đốt tự nhiên (không gia hạn đối với thuế thu nhập doanh nghiệp của dầu thô, condensate, khí thiên nhiên thu theo hiệp định, hợp đồng);</w:t>
      </w:r>
    </w:p>
    <w:p w14:paraId="4F1AA08C" w14:textId="77777777" w:rsidR="0014152B" w:rsidRDefault="00000000">
      <w:pPr>
        <w:spacing w:after="60" w:line="288" w:lineRule="auto"/>
        <w:ind w:left="360"/>
      </w:pPr>
      <w:r>
        <w:t>☐ 35. Hoạt động dịch vụ hỗ trợ khai khoáng;</w:t>
      </w:r>
    </w:p>
    <w:p w14:paraId="4B8DF73F" w14:textId="77777777" w:rsidR="0014152B" w:rsidRDefault="00000000">
      <w:pPr>
        <w:spacing w:after="60" w:line="288" w:lineRule="auto"/>
        <w:ind w:left="360"/>
      </w:pPr>
      <w:r>
        <w:t>☐ 36. Sản xuất đồ uống;</w:t>
      </w:r>
    </w:p>
    <w:p w14:paraId="2053044E" w14:textId="77777777" w:rsidR="0014152B" w:rsidRDefault="00000000">
      <w:pPr>
        <w:spacing w:after="60" w:line="288" w:lineRule="auto"/>
        <w:ind w:left="360"/>
      </w:pPr>
      <w:r>
        <w:t>☐ 37. In, sao chép bản ghi các loại;</w:t>
      </w:r>
    </w:p>
    <w:p w14:paraId="2BD8E4B3" w14:textId="77777777" w:rsidR="0014152B" w:rsidRDefault="00000000">
      <w:pPr>
        <w:spacing w:after="60" w:line="288" w:lineRule="auto"/>
        <w:ind w:left="360"/>
      </w:pPr>
      <w:r>
        <w:t>☐ 38. Sản xuất than cốc, sản phẩm dầu mỏ tinh chế;</w:t>
      </w:r>
    </w:p>
    <w:p w14:paraId="3ACA81FE" w14:textId="77777777" w:rsidR="0014152B" w:rsidRDefault="00000000">
      <w:pPr>
        <w:spacing w:after="60" w:line="288" w:lineRule="auto"/>
        <w:ind w:left="360"/>
      </w:pPr>
      <w:r>
        <w:t>☐ 39. Sản xuất hóa chất và sản phẩm hóa chất;</w:t>
      </w:r>
    </w:p>
    <w:p w14:paraId="05E9B462" w14:textId="77777777" w:rsidR="0014152B" w:rsidRDefault="00000000">
      <w:pPr>
        <w:spacing w:after="60" w:line="288" w:lineRule="auto"/>
        <w:ind w:left="360"/>
      </w:pPr>
      <w:r>
        <w:t>☐ 40. Sản xuất sản phẩm từ kim loại đúc sẵn (trừ máy móc, thiết bị);</w:t>
      </w:r>
    </w:p>
    <w:p w14:paraId="71B9D589" w14:textId="77777777" w:rsidR="0014152B" w:rsidRDefault="00000000">
      <w:pPr>
        <w:spacing w:after="60" w:line="288" w:lineRule="auto"/>
        <w:ind w:left="360"/>
      </w:pPr>
      <w:r>
        <w:t>☐ 41. Sản xuất mô tô, xe máy;</w:t>
      </w:r>
    </w:p>
    <w:p w14:paraId="0141E2FB" w14:textId="77777777" w:rsidR="0014152B" w:rsidRDefault="00000000">
      <w:pPr>
        <w:spacing w:after="60" w:line="288" w:lineRule="auto"/>
        <w:ind w:left="360"/>
      </w:pPr>
      <w:r>
        <w:t>☐ 42. Sửa chữa, bảo dưỡng và lắp đặt máy móc và thiết bị;</w:t>
      </w:r>
    </w:p>
    <w:p w14:paraId="57AD748C" w14:textId="77777777" w:rsidR="0014152B" w:rsidRDefault="00000000">
      <w:pPr>
        <w:spacing w:after="60" w:line="288" w:lineRule="auto"/>
        <w:ind w:left="360"/>
      </w:pPr>
      <w:r>
        <w:t>☐ 43. Thoát nước và xử lý nước thải.</w:t>
      </w:r>
    </w:p>
    <w:p w14:paraId="345D15FF" w14:textId="77777777" w:rsidR="0014152B" w:rsidRDefault="00000000">
      <w:pPr>
        <w:spacing w:before="280" w:after="280" w:line="300" w:lineRule="auto"/>
        <w:ind w:left="360"/>
      </w:pPr>
      <w:r>
        <w:t>Tôi cam đoan những nội dung kê khai trên là đúng và chịu trách nhiệm trước pháp luật về những thông tin đã khai; tôi cam kết nộp đầy đủ số tiền thuế theo thời hạn nộp thuế được gia hạn.</w:t>
      </w:r>
    </w:p>
    <w:p w14:paraId="7221B598" w14:textId="77777777" w:rsidR="0014152B" w:rsidRDefault="00000000">
      <w:pPr>
        <w:spacing w:after="160"/>
        <w:jc w:val="right"/>
      </w:pPr>
      <w:r>
        <w:rPr>
          <w:i/>
        </w:rPr>
        <w:t>...., ngày.....tháng...năm...</w:t>
      </w:r>
    </w:p>
    <w:tbl>
      <w:tblPr>
        <w:tblW w:w="0" w:type="auto"/>
        <w:jc w:val="center"/>
        <w:tblLook w:val="04A0" w:firstRow="1" w:lastRow="0" w:firstColumn="1" w:lastColumn="0" w:noHBand="0" w:noVBand="1"/>
      </w:tblPr>
      <w:tblGrid>
        <w:gridCol w:w="4852"/>
        <w:gridCol w:w="4839"/>
      </w:tblGrid>
      <w:tr w:rsidR="0014152B" w14:paraId="15C89D07" w14:textId="77777777">
        <w:trPr>
          <w:jc w:val="center"/>
        </w:trPr>
        <w:tc>
          <w:tcPr>
            <w:tcW w:w="4896" w:type="dxa"/>
          </w:tcPr>
          <w:p w14:paraId="12407FE2" w14:textId="77777777" w:rsidR="0014152B" w:rsidRDefault="00000000">
            <w:pPr>
              <w:spacing w:after="80"/>
              <w:jc w:val="center"/>
            </w:pPr>
            <w:r>
              <w:rPr>
                <w:b/>
              </w:rPr>
              <w:t>NHÂN VIÊN ĐẠI LÝ THUẾ</w:t>
            </w:r>
          </w:p>
          <w:p w14:paraId="4F76B7B9" w14:textId="77777777" w:rsidR="0014152B" w:rsidRDefault="00000000">
            <w:pPr>
              <w:spacing w:after="60"/>
            </w:pPr>
            <w:r>
              <w:t>Họ và tên: .............................</w:t>
            </w:r>
          </w:p>
          <w:p w14:paraId="18731E02" w14:textId="77777777" w:rsidR="0014152B" w:rsidRDefault="00000000">
            <w:pPr>
              <w:spacing w:after="60"/>
            </w:pPr>
            <w:r>
              <w:t>Chứng chỉ hành nghề số:..........</w:t>
            </w:r>
          </w:p>
        </w:tc>
        <w:tc>
          <w:tcPr>
            <w:tcW w:w="4896" w:type="dxa"/>
          </w:tcPr>
          <w:p w14:paraId="1352F87D" w14:textId="77777777" w:rsidR="0014152B" w:rsidRDefault="00000000">
            <w:pPr>
              <w:spacing w:after="80"/>
              <w:jc w:val="center"/>
            </w:pPr>
            <w:r>
              <w:rPr>
                <w:b/>
              </w:rPr>
              <w:t>NGƯỜI NỘP THUẾ hoặc</w:t>
            </w:r>
            <w:r>
              <w:rPr>
                <w:b/>
              </w:rPr>
              <w:br/>
              <w:t>ĐẠI DIỆN HỢP PHÁP CỦA NGƯỜI NỘP THUẾ</w:t>
            </w:r>
          </w:p>
          <w:p w14:paraId="71138B01" w14:textId="77777777" w:rsidR="0014152B" w:rsidRDefault="00000000">
            <w:pPr>
              <w:spacing w:after="60"/>
              <w:jc w:val="center"/>
            </w:pPr>
            <w:r>
              <w:rPr>
                <w:i/>
              </w:rPr>
              <w:t>(Chữ ký, ghi rõ họ tên; chức vụ và đóng dấu</w:t>
            </w:r>
            <w:r>
              <w:rPr>
                <w:i/>
              </w:rPr>
              <w:br/>
              <w:t>(nếu có)/Ký điện tử)</w:t>
            </w:r>
          </w:p>
        </w:tc>
      </w:tr>
    </w:tbl>
    <w:p w14:paraId="4C3CCC2A" w14:textId="77777777" w:rsidR="0014152B" w:rsidRDefault="00000000">
      <w:pPr>
        <w:spacing w:before="600" w:after="80"/>
      </w:pPr>
      <w:r>
        <w:rPr>
          <w:b/>
          <w:i/>
        </w:rPr>
        <w:t>Ghi chú:</w:t>
      </w:r>
    </w:p>
    <w:p w14:paraId="5371510E" w14:textId="77777777" w:rsidR="0014152B" w:rsidRDefault="00000000">
      <w:pPr>
        <w:spacing w:after="80"/>
      </w:pPr>
      <w:r>
        <w:rPr>
          <w:sz w:val="22"/>
        </w:rPr>
        <w:t>- Mục I: NNT tự xác định theo quy định của Luật Hỗ trợ doanh nghiệp nhỏ và vừa năm 2017 và Nghị định số 80/2021/NĐ-CP ngày 26/8/2021 của Chính phủ quy định chi tiết một số điều của Luật Hỗ trợ doanh nghiệp nhỏ và vừa.</w:t>
      </w:r>
    </w:p>
    <w:p w14:paraId="3D3F7235" w14:textId="77777777" w:rsidR="0014152B" w:rsidRDefault="00000000">
      <w:pPr>
        <w:spacing w:after="80"/>
      </w:pPr>
      <w:r>
        <w:rPr>
          <w:sz w:val="22"/>
        </w:rPr>
        <w:t>- Mục II: NNT tự xác định theo quy định tại Quyết định số 36/2025/QĐ-TTg ngày 29 tháng 9 năm 2025; Nghị định số 111/2015/NĐ-CP ngày 03/11/2015 của Chính phủ (được sửa đổi, bổ sung tại Nghị định số 205/2025/NĐ-CP ngày 14 tháng 7 năm 2025); Quyết định số 319/QĐ-TTg ngày 15/3/2018 của Thủ tướng Chính phủ.</w:t>
      </w:r>
    </w:p>
    <w:p w14:paraId="460D3937" w14:textId="77777777" w:rsidR="0014152B" w:rsidRDefault="00000000">
      <w:pPr>
        <w:spacing w:after="80"/>
      </w:pPr>
      <w:r>
        <w:rPr>
          <w:sz w:val="22"/>
        </w:rPr>
        <w:t>- Văn bản đề nghị gia hạn nộp thuế, tiền thuê đất chỉ gửi 01 lần cho cơ quan thuế quản lý trực tiếp cho toàn bộ số thuế, tiền thuê đất phát sinh trong các kỳ tính thuế được gia hạn. Phương thức nộp người nộp thuế lựa chọn như sau:</w:t>
      </w:r>
      <w:r>
        <w:rPr>
          <w:sz w:val="22"/>
        </w:rPr>
        <w:br/>
        <w:t xml:space="preserve">  + Người nộp thuế nộp theo phương thức điện tử gửi tới Cổng thông tin điện tử của cơ quan thuế.</w:t>
      </w:r>
      <w:r>
        <w:rPr>
          <w:sz w:val="22"/>
        </w:rPr>
        <w:br/>
        <w:t xml:space="preserve">  + Người nộp thuế nộp trực tiếp tới cơ quan thuế hoặc nộp qua dịch vụ bưu chính.</w:t>
      </w:r>
    </w:p>
    <w:sectPr w:rsidR="0014152B" w:rsidSect="00034616">
      <w:pgSz w:w="12240" w:h="15840"/>
      <w:pgMar w:top="1138" w:right="850" w:bottom="1138"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9669741">
    <w:abstractNumId w:val="8"/>
  </w:num>
  <w:num w:numId="2" w16cid:durableId="400103266">
    <w:abstractNumId w:val="6"/>
  </w:num>
  <w:num w:numId="3" w16cid:durableId="367146800">
    <w:abstractNumId w:val="5"/>
  </w:num>
  <w:num w:numId="4" w16cid:durableId="1508867424">
    <w:abstractNumId w:val="4"/>
  </w:num>
  <w:num w:numId="5" w16cid:durableId="1549608653">
    <w:abstractNumId w:val="7"/>
  </w:num>
  <w:num w:numId="6" w16cid:durableId="110979759">
    <w:abstractNumId w:val="3"/>
  </w:num>
  <w:num w:numId="7" w16cid:durableId="850414923">
    <w:abstractNumId w:val="2"/>
  </w:num>
  <w:num w:numId="8" w16cid:durableId="1074549244">
    <w:abstractNumId w:val="1"/>
  </w:num>
  <w:num w:numId="9" w16cid:durableId="5369682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152B"/>
    <w:rsid w:val="0015074B"/>
    <w:rsid w:val="0029639D"/>
    <w:rsid w:val="00326F90"/>
    <w:rsid w:val="00803B06"/>
    <w:rsid w:val="00AA1D8D"/>
    <w:rsid w:val="00B47730"/>
    <w:rsid w:val="00CB0664"/>
    <w:rsid w:val="00CC3B65"/>
    <w:rsid w:val="00DA72C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079495"/>
  <w14:defaultImageDpi w14:val="300"/>
  <w15:docId w15:val="{FE0EB21B-A199-4DDE-8F28-F82EB2B5D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802</Words>
  <Characters>4574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PHÚ NGUYỄN</cp:lastModifiedBy>
  <cp:revision>2</cp:revision>
  <dcterms:created xsi:type="dcterms:W3CDTF">2026-06-28T12:16:00Z</dcterms:created>
  <dcterms:modified xsi:type="dcterms:W3CDTF">2026-06-28T12:16:00Z</dcterms:modified>
  <cp:category/>
</cp:coreProperties>
</file>