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67FA0" w14:textId="77777777" w:rsidR="00F516F9" w:rsidRPr="00BC2211" w:rsidRDefault="00F516F9" w:rsidP="00F516F9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BC2211">
        <w:rPr>
          <w:rFonts w:ascii="Times New Roman" w:hAnsi="Times New Roman" w:cs="Times New Roman"/>
          <w:b/>
          <w:bCs/>
          <w:sz w:val="26"/>
          <w:szCs w:val="26"/>
        </w:rPr>
        <w:t>TÊN THƯƠNG NHÂN</w:t>
      </w:r>
    </w:p>
    <w:p w14:paraId="7AFFC019" w14:textId="135EEB6A" w:rsidR="002B7D00" w:rsidRPr="00F516F9" w:rsidRDefault="00F516F9" w:rsidP="00F516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00000" w:rsidRPr="00F516F9">
        <w:rPr>
          <w:rFonts w:ascii="Times New Roman" w:hAnsi="Times New Roman" w:cs="Times New Roman"/>
          <w:sz w:val="24"/>
          <w:szCs w:val="24"/>
        </w:rPr>
        <w:t>Số:....</w:t>
      </w:r>
    </w:p>
    <w:p w14:paraId="40797B77" w14:textId="3B7A0458" w:rsidR="002B7D00" w:rsidRPr="00F516F9" w:rsidRDefault="00000000" w:rsidP="00F516F9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F516F9">
        <w:rPr>
          <w:rFonts w:ascii="Times New Roman" w:hAnsi="Times New Roman" w:cs="Times New Roman"/>
          <w:i/>
          <w:iCs/>
          <w:sz w:val="24"/>
          <w:szCs w:val="24"/>
        </w:rPr>
        <w:t>....., ngày ..... tháng ..... năm .....</w:t>
      </w:r>
    </w:p>
    <w:p w14:paraId="0F824BCA" w14:textId="77777777" w:rsidR="002B7D00" w:rsidRPr="00F516F9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F516F9">
        <w:rPr>
          <w:rFonts w:ascii="Times New Roman" w:hAnsi="Times New Roman" w:cs="Times New Roman"/>
          <w:b/>
          <w:sz w:val="24"/>
          <w:szCs w:val="24"/>
        </w:rPr>
        <w:t>ĐƠN ĐỀ NGHỊ CẤP GIẤY PHÉP QUÁ CẢNH HÀNG HÓA</w:t>
      </w:r>
    </w:p>
    <w:p w14:paraId="14A249C5" w14:textId="77777777" w:rsidR="002B7D00" w:rsidRPr="00F516F9" w:rsidRDefault="00000000" w:rsidP="00F516F9">
      <w:pPr>
        <w:jc w:val="center"/>
        <w:rPr>
          <w:rFonts w:ascii="Times New Roman" w:hAnsi="Times New Roman" w:cs="Times New Roman"/>
          <w:sz w:val="24"/>
          <w:szCs w:val="24"/>
        </w:rPr>
      </w:pPr>
      <w:r w:rsidRPr="00F516F9">
        <w:rPr>
          <w:rFonts w:ascii="Times New Roman" w:hAnsi="Times New Roman" w:cs="Times New Roman"/>
          <w:sz w:val="24"/>
          <w:szCs w:val="24"/>
        </w:rPr>
        <w:t>Kính gửi: [Cơ quan cấp phép]</w:t>
      </w:r>
    </w:p>
    <w:p w14:paraId="231B2FF2" w14:textId="0EC2CC6D" w:rsidR="00F516F9" w:rsidRPr="00F516F9" w:rsidRDefault="00000000">
      <w:pPr>
        <w:rPr>
          <w:rFonts w:ascii="Times New Roman" w:hAnsi="Times New Roman" w:cs="Times New Roman"/>
          <w:sz w:val="24"/>
          <w:szCs w:val="24"/>
        </w:rPr>
      </w:pPr>
      <w:r w:rsidRPr="00F516F9">
        <w:rPr>
          <w:rFonts w:ascii="Times New Roman" w:hAnsi="Times New Roman" w:cs="Times New Roman"/>
          <w:sz w:val="24"/>
          <w:szCs w:val="24"/>
        </w:rPr>
        <w:t>I. Tên chủ hàng:</w:t>
      </w:r>
      <w:r w:rsidRPr="00F516F9">
        <w:rPr>
          <w:rFonts w:ascii="Times New Roman" w:hAnsi="Times New Roman" w:cs="Times New Roman"/>
          <w:sz w:val="24"/>
          <w:szCs w:val="24"/>
        </w:rPr>
        <w:br/>
        <w:t>- Địa chỉ:</w:t>
      </w:r>
      <w:r w:rsidRPr="00F516F9">
        <w:rPr>
          <w:rFonts w:ascii="Times New Roman" w:hAnsi="Times New Roman" w:cs="Times New Roman"/>
          <w:sz w:val="24"/>
          <w:szCs w:val="24"/>
        </w:rPr>
        <w:br/>
        <w:t>- Địa chỉ trang web (nếu có):</w:t>
      </w:r>
      <w:r w:rsidRPr="00F516F9">
        <w:rPr>
          <w:rFonts w:ascii="Times New Roman" w:hAnsi="Times New Roman" w:cs="Times New Roman"/>
          <w:sz w:val="24"/>
          <w:szCs w:val="24"/>
        </w:rPr>
        <w:br/>
        <w:t>- Phương thức liên lạc:</w:t>
      </w:r>
      <w:r w:rsidRPr="00F516F9">
        <w:rPr>
          <w:rFonts w:ascii="Times New Roman" w:hAnsi="Times New Roman" w:cs="Times New Roman"/>
          <w:sz w:val="24"/>
          <w:szCs w:val="24"/>
        </w:rPr>
        <w:br/>
        <w:t>- Điện thoại:                 E-mail:</w:t>
      </w:r>
      <w:r w:rsidRPr="00F516F9">
        <w:rPr>
          <w:rFonts w:ascii="Times New Roman" w:hAnsi="Times New Roman" w:cs="Times New Roman"/>
          <w:sz w:val="24"/>
          <w:szCs w:val="24"/>
        </w:rPr>
        <w:br/>
        <w:t>- Cá nhân chịu trách nhiệm khi được liên lạc:</w:t>
      </w:r>
      <w:r w:rsidRPr="00F516F9">
        <w:rPr>
          <w:rFonts w:ascii="Times New Roman" w:hAnsi="Times New Roman" w:cs="Times New Roman"/>
          <w:sz w:val="24"/>
          <w:szCs w:val="24"/>
        </w:rPr>
        <w:br/>
        <w:t>Đề nghị [Cơ quan cấp phép] cấp Giấy phép quá cảnh hàng hóa theo các nội dung sau:</w:t>
      </w:r>
      <w:r w:rsidRPr="00F516F9">
        <w:rPr>
          <w:rFonts w:ascii="Times New Roman" w:hAnsi="Times New Roman" w:cs="Times New Roman"/>
          <w:sz w:val="24"/>
          <w:szCs w:val="24"/>
        </w:rPr>
        <w:br/>
        <w:t>1. Hàng hóa quá cảnh: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1236"/>
        <w:gridCol w:w="1232"/>
        <w:gridCol w:w="1241"/>
        <w:gridCol w:w="1226"/>
        <w:gridCol w:w="1232"/>
        <w:gridCol w:w="1230"/>
      </w:tblGrid>
      <w:tr w:rsidR="00F516F9" w14:paraId="1A8C4EE1" w14:textId="77777777" w:rsidTr="00F516F9">
        <w:tc>
          <w:tcPr>
            <w:tcW w:w="1265" w:type="dxa"/>
          </w:tcPr>
          <w:p w14:paraId="56E20C35" w14:textId="5A6A2B31" w:rsidR="00F516F9" w:rsidRPr="00F516F9" w:rsidRDefault="00F516F9" w:rsidP="00F516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16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265" w:type="dxa"/>
          </w:tcPr>
          <w:p w14:paraId="38FB40F2" w14:textId="55B09286" w:rsidR="00F516F9" w:rsidRPr="00F516F9" w:rsidRDefault="00F516F9" w:rsidP="00F516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16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Tên hàng</w:t>
            </w:r>
          </w:p>
        </w:tc>
        <w:tc>
          <w:tcPr>
            <w:tcW w:w="1265" w:type="dxa"/>
          </w:tcPr>
          <w:p w14:paraId="19F748C7" w14:textId="0ED3AE90" w:rsidR="00F516F9" w:rsidRPr="00F516F9" w:rsidRDefault="00F516F9" w:rsidP="00F516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16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Đơn vị tính</w:t>
            </w:r>
          </w:p>
        </w:tc>
        <w:tc>
          <w:tcPr>
            <w:tcW w:w="1265" w:type="dxa"/>
          </w:tcPr>
          <w:p w14:paraId="3EAFAAFF" w14:textId="678FED83" w:rsidR="00F516F9" w:rsidRPr="00F516F9" w:rsidRDefault="00F516F9" w:rsidP="00F516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16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Số lượng</w:t>
            </w:r>
          </w:p>
        </w:tc>
        <w:tc>
          <w:tcPr>
            <w:tcW w:w="1265" w:type="dxa"/>
          </w:tcPr>
          <w:p w14:paraId="743FD505" w14:textId="40568C67" w:rsidR="00F516F9" w:rsidRPr="00F516F9" w:rsidRDefault="00F516F9" w:rsidP="00F516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16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Trị giá</w:t>
            </w:r>
          </w:p>
        </w:tc>
        <w:tc>
          <w:tcPr>
            <w:tcW w:w="1265" w:type="dxa"/>
          </w:tcPr>
          <w:p w14:paraId="4FDC1F98" w14:textId="36335118" w:rsidR="00F516F9" w:rsidRPr="00F516F9" w:rsidRDefault="00F516F9" w:rsidP="00F516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16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Bao bì và ký mã hiệu</w:t>
            </w:r>
          </w:p>
        </w:tc>
        <w:tc>
          <w:tcPr>
            <w:tcW w:w="1266" w:type="dxa"/>
          </w:tcPr>
          <w:p w14:paraId="4AB4F0F2" w14:textId="338A8F87" w:rsidR="00F516F9" w:rsidRPr="00F516F9" w:rsidRDefault="00F516F9" w:rsidP="00F516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16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F516F9" w14:paraId="4F08E8CB" w14:textId="77777777" w:rsidTr="00F516F9">
        <w:tc>
          <w:tcPr>
            <w:tcW w:w="1265" w:type="dxa"/>
          </w:tcPr>
          <w:p w14:paraId="13BAD4D9" w14:textId="24296A8E" w:rsidR="00F516F9" w:rsidRDefault="00F516F9" w:rsidP="00F51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14:paraId="01844AC6" w14:textId="77777777" w:rsidR="00F516F9" w:rsidRDefault="00F51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4B353B69" w14:textId="77777777" w:rsidR="00F516F9" w:rsidRDefault="00F51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54350ECD" w14:textId="77777777" w:rsidR="00F516F9" w:rsidRDefault="00F51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1285A3BF" w14:textId="77777777" w:rsidR="00F516F9" w:rsidRDefault="00F51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BE77EA0" w14:textId="77777777" w:rsidR="00F516F9" w:rsidRDefault="00F51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14:paraId="6AF1885B" w14:textId="77777777" w:rsidR="00F516F9" w:rsidRDefault="00F51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6F9" w14:paraId="4FA9237B" w14:textId="77777777" w:rsidTr="00F516F9">
        <w:tc>
          <w:tcPr>
            <w:tcW w:w="1265" w:type="dxa"/>
          </w:tcPr>
          <w:p w14:paraId="23D79694" w14:textId="63E99530" w:rsidR="00F516F9" w:rsidRPr="00F516F9" w:rsidRDefault="00F516F9" w:rsidP="00F516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16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65" w:type="dxa"/>
          </w:tcPr>
          <w:p w14:paraId="20B875A6" w14:textId="77777777" w:rsidR="00F516F9" w:rsidRDefault="00F51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5F861886" w14:textId="77777777" w:rsidR="00F516F9" w:rsidRDefault="00F51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3667C7DD" w14:textId="77777777" w:rsidR="00F516F9" w:rsidRDefault="00F51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466B3470" w14:textId="77777777" w:rsidR="00F516F9" w:rsidRDefault="00F51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19C78DA6" w14:textId="77777777" w:rsidR="00F516F9" w:rsidRDefault="00F51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14:paraId="1791CE6F" w14:textId="77777777" w:rsidR="00F516F9" w:rsidRDefault="00F51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A3C431" w14:textId="62291F3A" w:rsidR="002B7D00" w:rsidRPr="00F516F9" w:rsidRDefault="00F516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000000" w:rsidRPr="00F516F9">
        <w:rPr>
          <w:rFonts w:ascii="Times New Roman" w:hAnsi="Times New Roman" w:cs="Times New Roman"/>
          <w:sz w:val="24"/>
          <w:szCs w:val="24"/>
        </w:rPr>
        <w:t>2. Cửa khẩu nhập hàng: ........................................</w:t>
      </w:r>
    </w:p>
    <w:p w14:paraId="4BAA6351" w14:textId="77777777" w:rsidR="002B7D00" w:rsidRPr="00F516F9" w:rsidRDefault="00000000">
      <w:pPr>
        <w:rPr>
          <w:rFonts w:ascii="Times New Roman" w:hAnsi="Times New Roman" w:cs="Times New Roman"/>
          <w:sz w:val="24"/>
          <w:szCs w:val="24"/>
        </w:rPr>
      </w:pPr>
      <w:r w:rsidRPr="00F516F9">
        <w:rPr>
          <w:rFonts w:ascii="Times New Roman" w:hAnsi="Times New Roman" w:cs="Times New Roman"/>
          <w:sz w:val="24"/>
          <w:szCs w:val="24"/>
        </w:rPr>
        <w:t>3. Cửa khẩu xuất hàng: ........................................</w:t>
      </w:r>
    </w:p>
    <w:p w14:paraId="62B0FA42" w14:textId="77777777" w:rsidR="002B7D00" w:rsidRPr="00F516F9" w:rsidRDefault="00000000">
      <w:pPr>
        <w:rPr>
          <w:rFonts w:ascii="Times New Roman" w:hAnsi="Times New Roman" w:cs="Times New Roman"/>
          <w:sz w:val="24"/>
          <w:szCs w:val="24"/>
        </w:rPr>
      </w:pPr>
      <w:r w:rsidRPr="00F516F9">
        <w:rPr>
          <w:rFonts w:ascii="Times New Roman" w:hAnsi="Times New Roman" w:cs="Times New Roman"/>
          <w:sz w:val="24"/>
          <w:szCs w:val="24"/>
        </w:rPr>
        <w:t>4. Tuyến đường vận chuyển: ........................................</w:t>
      </w:r>
    </w:p>
    <w:p w14:paraId="3A7D9C08" w14:textId="77777777" w:rsidR="002B7D00" w:rsidRPr="00F516F9" w:rsidRDefault="00000000">
      <w:pPr>
        <w:rPr>
          <w:rFonts w:ascii="Times New Roman" w:hAnsi="Times New Roman" w:cs="Times New Roman"/>
          <w:sz w:val="24"/>
          <w:szCs w:val="24"/>
        </w:rPr>
      </w:pPr>
      <w:r w:rsidRPr="00F516F9">
        <w:rPr>
          <w:rFonts w:ascii="Times New Roman" w:hAnsi="Times New Roman" w:cs="Times New Roman"/>
          <w:sz w:val="24"/>
          <w:szCs w:val="24"/>
        </w:rPr>
        <w:t>5. Phương tiện vận chuyển: ........................................</w:t>
      </w:r>
    </w:p>
    <w:p w14:paraId="7FD7A184" w14:textId="77777777" w:rsidR="002B7D00" w:rsidRPr="00F516F9" w:rsidRDefault="00000000">
      <w:pPr>
        <w:rPr>
          <w:rFonts w:ascii="Times New Roman" w:hAnsi="Times New Roman" w:cs="Times New Roman"/>
          <w:sz w:val="24"/>
          <w:szCs w:val="24"/>
        </w:rPr>
      </w:pPr>
      <w:r w:rsidRPr="00F516F9">
        <w:rPr>
          <w:rFonts w:ascii="Times New Roman" w:hAnsi="Times New Roman" w:cs="Times New Roman"/>
          <w:sz w:val="24"/>
          <w:szCs w:val="24"/>
        </w:rPr>
        <w:t>6. Thời gian dự kiến quá cảnh: ........................................</w:t>
      </w:r>
    </w:p>
    <w:p w14:paraId="0E5C3127" w14:textId="77777777" w:rsidR="002B7D00" w:rsidRPr="00F516F9" w:rsidRDefault="00000000">
      <w:pPr>
        <w:rPr>
          <w:rFonts w:ascii="Times New Roman" w:hAnsi="Times New Roman" w:cs="Times New Roman"/>
          <w:sz w:val="24"/>
          <w:szCs w:val="24"/>
        </w:rPr>
      </w:pPr>
      <w:r w:rsidRPr="00F516F9">
        <w:rPr>
          <w:rFonts w:ascii="Times New Roman" w:hAnsi="Times New Roman" w:cs="Times New Roman"/>
          <w:sz w:val="24"/>
          <w:szCs w:val="24"/>
        </w:rPr>
        <w:t>II. Người chuyển chở: (Nếu chủ hàng tự vận chuyển thì ghi “tự vận chuyển”). Nếu ký hợp đồng vận chuyển với doanh nghiệp Việt Nam hoặc doanh nghiệp nước thứ 3 thì ghi rõ tên, địa chỉ, điện thoại và số fax, e-mail của doanh nghiệp vận chuyển).</w:t>
      </w:r>
    </w:p>
    <w:p w14:paraId="01D663BD" w14:textId="77777777" w:rsidR="002B7D00" w:rsidRPr="00F516F9" w:rsidRDefault="00000000">
      <w:pPr>
        <w:rPr>
          <w:rFonts w:ascii="Times New Roman" w:hAnsi="Times New Roman" w:cs="Times New Roman"/>
          <w:sz w:val="24"/>
          <w:szCs w:val="24"/>
        </w:rPr>
      </w:pPr>
      <w:r w:rsidRPr="00F516F9">
        <w:rPr>
          <w:rFonts w:ascii="Times New Roman" w:hAnsi="Times New Roman" w:cs="Times New Roman"/>
          <w:sz w:val="24"/>
          <w:szCs w:val="24"/>
        </w:rPr>
        <w:t>III. Địa chỉ nhận giấy phép (của chủ hàng):</w:t>
      </w:r>
      <w:r w:rsidRPr="00F516F9">
        <w:rPr>
          <w:rFonts w:ascii="Times New Roman" w:hAnsi="Times New Roman" w:cs="Times New Roman"/>
          <w:sz w:val="24"/>
          <w:szCs w:val="24"/>
        </w:rPr>
        <w:br/>
        <w:t>................................</w:t>
      </w:r>
      <w:r w:rsidRPr="00F516F9">
        <w:rPr>
          <w:rFonts w:ascii="Times New Roman" w:hAnsi="Times New Roman" w:cs="Times New Roman"/>
          <w:sz w:val="24"/>
          <w:szCs w:val="24"/>
        </w:rPr>
        <w:br/>
        <w:t>................................</w:t>
      </w:r>
    </w:p>
    <w:p w14:paraId="18BCF07A" w14:textId="77777777" w:rsidR="002B7D00" w:rsidRPr="00F516F9" w:rsidRDefault="00000000">
      <w:pPr>
        <w:jc w:val="right"/>
        <w:rPr>
          <w:rFonts w:ascii="Times New Roman" w:hAnsi="Times New Roman" w:cs="Times New Roman"/>
          <w:sz w:val="24"/>
          <w:szCs w:val="24"/>
        </w:rPr>
      </w:pPr>
      <w:r w:rsidRPr="00F516F9">
        <w:rPr>
          <w:rFonts w:ascii="Times New Roman" w:hAnsi="Times New Roman" w:cs="Times New Roman"/>
          <w:b/>
          <w:sz w:val="24"/>
          <w:szCs w:val="24"/>
        </w:rPr>
        <w:t>Người đại diện theo pháp luật của chủ hàng</w:t>
      </w:r>
      <w:r w:rsidRPr="00F516F9">
        <w:rPr>
          <w:rFonts w:ascii="Times New Roman" w:hAnsi="Times New Roman" w:cs="Times New Roman"/>
          <w:b/>
          <w:sz w:val="24"/>
          <w:szCs w:val="24"/>
        </w:rPr>
        <w:br/>
      </w:r>
      <w:r w:rsidRPr="00F516F9">
        <w:rPr>
          <w:rFonts w:ascii="Times New Roman" w:hAnsi="Times New Roman" w:cs="Times New Roman"/>
          <w:sz w:val="24"/>
          <w:szCs w:val="24"/>
        </w:rPr>
        <w:t>(Ký tên, ghi rõ họ tên và đóng dấu)</w:t>
      </w:r>
    </w:p>
    <w:sectPr w:rsidR="002B7D00" w:rsidRPr="00F516F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3527674">
    <w:abstractNumId w:val="8"/>
  </w:num>
  <w:num w:numId="2" w16cid:durableId="201283011">
    <w:abstractNumId w:val="6"/>
  </w:num>
  <w:num w:numId="3" w16cid:durableId="2118137117">
    <w:abstractNumId w:val="5"/>
  </w:num>
  <w:num w:numId="4" w16cid:durableId="20211243">
    <w:abstractNumId w:val="4"/>
  </w:num>
  <w:num w:numId="5" w16cid:durableId="667250495">
    <w:abstractNumId w:val="7"/>
  </w:num>
  <w:num w:numId="6" w16cid:durableId="1392341179">
    <w:abstractNumId w:val="3"/>
  </w:num>
  <w:num w:numId="7" w16cid:durableId="1881547191">
    <w:abstractNumId w:val="2"/>
  </w:num>
  <w:num w:numId="8" w16cid:durableId="827986795">
    <w:abstractNumId w:val="1"/>
  </w:num>
  <w:num w:numId="9" w16cid:durableId="1041325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7D00"/>
    <w:rsid w:val="00326F90"/>
    <w:rsid w:val="005B3798"/>
    <w:rsid w:val="00AA1D8D"/>
    <w:rsid w:val="00B47730"/>
    <w:rsid w:val="00CB0664"/>
    <w:rsid w:val="00F516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9ADC59"/>
  <w14:defaultImageDpi w14:val="300"/>
  <w15:docId w15:val="{96F89A35-E23E-4168-8509-9E24FDA5C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Anh Vân TV DAPL</cp:lastModifiedBy>
  <cp:revision>2</cp:revision>
  <dcterms:created xsi:type="dcterms:W3CDTF">2026-07-24T09:06:00Z</dcterms:created>
  <dcterms:modified xsi:type="dcterms:W3CDTF">2026-07-24T09:06:00Z</dcterms:modified>
  <cp:category/>
</cp:coreProperties>
</file>