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3652"/>
        <w:gridCol w:w="284"/>
        <w:gridCol w:w="5424"/>
      </w:tblGrid>
      <w:tr w:rsidR="00945CFD" w:rsidRPr="00BC2211" w14:paraId="6DE26062" w14:textId="77777777" w:rsidTr="00BC2211">
        <w:tc>
          <w:tcPr>
            <w:tcW w:w="3652" w:type="dxa"/>
          </w:tcPr>
          <w:p w14:paraId="50E1630E" w14:textId="6FA524FB" w:rsidR="00945CFD" w:rsidRPr="00BC2211" w:rsidRDefault="00000000">
            <w:pPr>
              <w:jc w:val="center"/>
              <w:rPr>
                <w:rFonts w:ascii="Times New Roman" w:hAnsi="Times New Roman" w:cs="Times New Roman"/>
                <w:b/>
                <w:bCs/>
                <w:sz w:val="26"/>
                <w:szCs w:val="26"/>
              </w:rPr>
            </w:pPr>
            <w:r w:rsidRPr="00BC2211">
              <w:rPr>
                <w:rFonts w:ascii="Times New Roman" w:hAnsi="Times New Roman" w:cs="Times New Roman"/>
                <w:b/>
                <w:bCs/>
                <w:sz w:val="26"/>
                <w:szCs w:val="26"/>
              </w:rPr>
              <w:t>TÊN THƯƠNG NHÂN</w:t>
            </w:r>
          </w:p>
        </w:tc>
        <w:tc>
          <w:tcPr>
            <w:tcW w:w="5708" w:type="dxa"/>
            <w:gridSpan w:val="2"/>
          </w:tcPr>
          <w:p w14:paraId="71A1F935" w14:textId="58AA2EBB" w:rsidR="00945CFD" w:rsidRPr="00BC2211" w:rsidRDefault="00BC2211" w:rsidP="00BC2211">
            <w:pPr>
              <w:rPr>
                <w:rFonts w:ascii="Times New Roman" w:hAnsi="Times New Roman" w:cs="Times New Roman"/>
                <w:b/>
                <w:bCs/>
                <w:sz w:val="26"/>
                <w:szCs w:val="26"/>
              </w:rPr>
            </w:pPr>
            <w:r>
              <w:rPr>
                <w:rFonts w:ascii="Times New Roman" w:hAnsi="Times New Roman" w:cs="Times New Roman"/>
                <w:b/>
                <w:bCs/>
                <w:noProof/>
                <w:sz w:val="26"/>
                <w:szCs w:val="26"/>
              </w:rPr>
              <mc:AlternateContent>
                <mc:Choice Requires="wps">
                  <w:drawing>
                    <wp:anchor distT="0" distB="0" distL="114300" distR="114300" simplePos="0" relativeHeight="251660288" behindDoc="0" locked="0" layoutInCell="1" allowOverlap="1" wp14:anchorId="327ED23D" wp14:editId="1C01AB86">
                      <wp:simplePos x="0" y="0"/>
                      <wp:positionH relativeFrom="column">
                        <wp:posOffset>805181</wp:posOffset>
                      </wp:positionH>
                      <wp:positionV relativeFrom="paragraph">
                        <wp:posOffset>466724</wp:posOffset>
                      </wp:positionV>
                      <wp:extent cx="1885950" cy="9525"/>
                      <wp:effectExtent l="0" t="0" r="19050" b="28575"/>
                      <wp:wrapNone/>
                      <wp:docPr id="348600339" name="Straight Connector 1"/>
                      <wp:cNvGraphicFramePr/>
                      <a:graphic xmlns:a="http://schemas.openxmlformats.org/drawingml/2006/main">
                        <a:graphicData uri="http://schemas.microsoft.com/office/word/2010/wordprocessingShape">
                          <wps:wsp>
                            <wps:cNvCnPr/>
                            <wps:spPr>
                              <a:xfrm>
                                <a:off x="0" y="0"/>
                                <a:ext cx="1885950" cy="9525"/>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D5C38F"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3.4pt,36.75pt" to="211.9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" strokecolor="black [3213]"/>
                  </w:pict>
                </mc:Fallback>
              </mc:AlternateContent>
            </w:r>
            <w:r w:rsidR="00000000" w:rsidRPr="00BC2211">
              <w:rPr>
                <w:rFonts w:ascii="Times New Roman" w:hAnsi="Times New Roman" w:cs="Times New Roman"/>
                <w:b/>
                <w:bCs/>
                <w:sz w:val="26"/>
                <w:szCs w:val="26"/>
              </w:rPr>
              <w:t>CỘNG HÒA XÃ HỘI CHỦ NGHĨAVIỆT</w:t>
            </w:r>
            <w:r w:rsidRPr="00BC2211">
              <w:rPr>
                <w:rFonts w:ascii="Times New Roman" w:hAnsi="Times New Roman" w:cs="Times New Roman"/>
                <w:b/>
                <w:bCs/>
                <w:sz w:val="26"/>
                <w:szCs w:val="26"/>
              </w:rPr>
              <w:t xml:space="preserve"> </w:t>
            </w:r>
            <w:r w:rsidR="00000000" w:rsidRPr="00BC2211">
              <w:rPr>
                <w:rFonts w:ascii="Times New Roman" w:hAnsi="Times New Roman" w:cs="Times New Roman"/>
                <w:b/>
                <w:bCs/>
                <w:sz w:val="26"/>
                <w:szCs w:val="26"/>
              </w:rPr>
              <w:t>NAM</w:t>
            </w:r>
            <w:r w:rsidR="00000000" w:rsidRPr="00BC2211">
              <w:rPr>
                <w:rFonts w:ascii="Times New Roman" w:hAnsi="Times New Roman" w:cs="Times New Roman"/>
                <w:b/>
                <w:bCs/>
                <w:sz w:val="26"/>
                <w:szCs w:val="26"/>
              </w:rPr>
              <w:br/>
            </w:r>
            <w:r w:rsidRPr="00BC2211">
              <w:rPr>
                <w:rFonts w:ascii="Times New Roman" w:hAnsi="Times New Roman" w:cs="Times New Roman"/>
                <w:b/>
                <w:bCs/>
                <w:sz w:val="26"/>
                <w:szCs w:val="26"/>
              </w:rPr>
              <w:t xml:space="preserve">                  </w:t>
            </w:r>
            <w:r w:rsidR="00000000" w:rsidRPr="00BC2211">
              <w:rPr>
                <w:rFonts w:ascii="Times New Roman" w:hAnsi="Times New Roman" w:cs="Times New Roman"/>
                <w:b/>
                <w:bCs/>
                <w:sz w:val="26"/>
                <w:szCs w:val="26"/>
              </w:rPr>
              <w:t>Độc lập - Tự do - Hạnh phúc</w:t>
            </w:r>
          </w:p>
        </w:tc>
      </w:tr>
      <w:tr w:rsidR="00945CFD" w:rsidRPr="00BC2211" w14:paraId="1B7DF71E" w14:textId="77777777" w:rsidTr="00BC2211">
        <w:tc>
          <w:tcPr>
            <w:tcW w:w="3936" w:type="dxa"/>
            <w:gridSpan w:val="2"/>
          </w:tcPr>
          <w:p w14:paraId="209892CE" w14:textId="1384DDEE" w:rsidR="00945CFD" w:rsidRPr="00BC2211" w:rsidRDefault="00BC2211" w:rsidP="00BC2211">
            <w:pPr>
              <w:rPr>
                <w:rFonts w:ascii="Times New Roman" w:hAnsi="Times New Roman" w:cs="Times New Roman"/>
                <w:sz w:val="26"/>
                <w:szCs w:val="26"/>
              </w:rPr>
            </w:pPr>
            <w:r w:rsidRPr="00BC2211">
              <w:rPr>
                <w:rFonts w:ascii="Times New Roman" w:hAnsi="Times New Roman" w:cs="Times New Roman"/>
                <w:sz w:val="26"/>
                <w:szCs w:val="26"/>
              </w:rPr>
              <w:t xml:space="preserve">                      </w:t>
            </w:r>
            <w:r w:rsidR="00000000" w:rsidRPr="00BC2211">
              <w:rPr>
                <w:rFonts w:ascii="Times New Roman" w:hAnsi="Times New Roman" w:cs="Times New Roman"/>
                <w:sz w:val="26"/>
                <w:szCs w:val="26"/>
              </w:rPr>
              <w:t>Số:...</w:t>
            </w:r>
          </w:p>
        </w:tc>
        <w:tc>
          <w:tcPr>
            <w:tcW w:w="5424" w:type="dxa"/>
          </w:tcPr>
          <w:p w14:paraId="18449E6A" w14:textId="4E0A9FDF" w:rsidR="00945CFD" w:rsidRPr="00BC2211" w:rsidRDefault="00000000">
            <w:pPr>
              <w:jc w:val="center"/>
              <w:rPr>
                <w:rFonts w:ascii="Times New Roman" w:hAnsi="Times New Roman" w:cs="Times New Roman"/>
                <w:sz w:val="26"/>
                <w:szCs w:val="26"/>
              </w:rPr>
            </w:pPr>
            <w:r w:rsidRPr="00BC2211">
              <w:rPr>
                <w:rFonts w:ascii="Times New Roman" w:hAnsi="Times New Roman" w:cs="Times New Roman"/>
                <w:sz w:val="26"/>
                <w:szCs w:val="26"/>
              </w:rPr>
              <w:t>....., ngày .... tháng .... năm ......</w:t>
            </w:r>
          </w:p>
        </w:tc>
      </w:tr>
    </w:tbl>
    <w:p w14:paraId="5BEB8ED7" w14:textId="2D88A1E1" w:rsidR="00945CFD" w:rsidRPr="00BC2211" w:rsidRDefault="00BC2211" w:rsidP="00BC2211">
      <w:pPr>
        <w:jc w:val="center"/>
        <w:rPr>
          <w:rFonts w:ascii="Times New Roman" w:hAnsi="Times New Roman" w:cs="Times New Roman"/>
          <w:sz w:val="32"/>
          <w:szCs w:val="32"/>
        </w:rPr>
      </w:pPr>
      <w:r>
        <w:rPr>
          <w:rFonts w:ascii="Times New Roman" w:hAnsi="Times New Roman" w:cs="Times New Roman"/>
          <w:b/>
          <w:bCs/>
          <w:noProof/>
          <w:sz w:val="26"/>
          <w:szCs w:val="26"/>
        </w:rPr>
        <mc:AlternateContent>
          <mc:Choice Requires="wps">
            <w:drawing>
              <wp:anchor distT="0" distB="0" distL="114300" distR="114300" simplePos="0" relativeHeight="251656192" behindDoc="0" locked="0" layoutInCell="1" allowOverlap="1" wp14:anchorId="5D152FE7" wp14:editId="28C1F7D5">
                <wp:simplePos x="0" y="0"/>
                <wp:positionH relativeFrom="column">
                  <wp:posOffset>723900</wp:posOffset>
                </wp:positionH>
                <wp:positionV relativeFrom="paragraph">
                  <wp:posOffset>-641350</wp:posOffset>
                </wp:positionV>
                <wp:extent cx="666750" cy="0"/>
                <wp:effectExtent l="0" t="0" r="0" b="0"/>
                <wp:wrapNone/>
                <wp:docPr id="723864153" name="Straight Connector 1"/>
                <wp:cNvGraphicFramePr/>
                <a:graphic xmlns:a="http://schemas.openxmlformats.org/drawingml/2006/main">
                  <a:graphicData uri="http://schemas.microsoft.com/office/word/2010/wordprocessingShape">
                    <wps:wsp>
                      <wps:cNvCnPr/>
                      <wps:spPr>
                        <a:xfrm>
                          <a:off x="0" y="0"/>
                          <a:ext cx="666750" cy="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EF1866F" id="Straight Connector 1"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pt,-50.5pt" to="109.5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" strokecolor="black [3213]"/>
            </w:pict>
          </mc:Fallback>
        </mc:AlternateContent>
      </w:r>
      <w:r>
        <w:rPr>
          <w:rFonts w:ascii="Times New Roman" w:hAnsi="Times New Roman" w:cs="Times New Roman"/>
          <w:b/>
          <w:sz w:val="32"/>
          <w:szCs w:val="32"/>
        </w:rPr>
        <w:br/>
      </w:r>
      <w:r w:rsidR="00000000" w:rsidRPr="00BC2211">
        <w:rPr>
          <w:rFonts w:ascii="Times New Roman" w:hAnsi="Times New Roman" w:cs="Times New Roman"/>
          <w:b/>
          <w:sz w:val="32"/>
          <w:szCs w:val="32"/>
        </w:rPr>
        <w:t>ĐƠN ĐỀ NGHỊ SỬA ĐỔI, BỔ SUNG/ CẤP LẠI GIẤY PHÉP</w:t>
      </w:r>
    </w:p>
    <w:p w14:paraId="313ABC73" w14:textId="13DE77E4" w:rsidR="00945CFD" w:rsidRPr="00BC2211" w:rsidRDefault="00000000">
      <w:pPr>
        <w:rPr>
          <w:rFonts w:ascii="Times New Roman" w:hAnsi="Times New Roman" w:cs="Times New Roman"/>
          <w:sz w:val="26"/>
          <w:szCs w:val="26"/>
        </w:rPr>
      </w:pPr>
      <w:r w:rsidRPr="00BC2211">
        <w:rPr>
          <w:rFonts w:ascii="Times New Roman" w:hAnsi="Times New Roman" w:cs="Times New Roman"/>
          <w:sz w:val="26"/>
          <w:szCs w:val="26"/>
        </w:rPr>
        <w:t>Kính gửi: [Cơ quan cấp phép]</w:t>
      </w:r>
      <w:r w:rsidR="00BC2211" w:rsidRPr="00BC2211">
        <w:rPr>
          <w:rFonts w:ascii="Times New Roman" w:hAnsi="Times New Roman" w:cs="Times New Roman"/>
          <w:b/>
          <w:bCs/>
          <w:noProof/>
          <w:sz w:val="26"/>
          <w:szCs w:val="26"/>
        </w:rPr>
        <w:t xml:space="preserve"> </w:t>
      </w:r>
    </w:p>
    <w:p w14:paraId="355C5089" w14:textId="77777777" w:rsidR="00945CFD" w:rsidRPr="00BC2211" w:rsidRDefault="00000000">
      <w:pPr>
        <w:rPr>
          <w:rFonts w:ascii="Times New Roman" w:hAnsi="Times New Roman" w:cs="Times New Roman"/>
          <w:sz w:val="26"/>
          <w:szCs w:val="26"/>
        </w:rPr>
      </w:pPr>
      <w:r w:rsidRPr="00BC2211">
        <w:rPr>
          <w:rFonts w:ascii="Times New Roman" w:hAnsi="Times New Roman" w:cs="Times New Roman"/>
          <w:sz w:val="26"/>
          <w:szCs w:val="26"/>
        </w:rPr>
        <w:t>- Tên thương nhân:</w:t>
      </w:r>
    </w:p>
    <w:p w14:paraId="318A598F" w14:textId="77777777" w:rsidR="00945CFD" w:rsidRPr="00BC2211" w:rsidRDefault="00000000">
      <w:pPr>
        <w:rPr>
          <w:rFonts w:ascii="Times New Roman" w:hAnsi="Times New Roman" w:cs="Times New Roman"/>
          <w:sz w:val="26"/>
          <w:szCs w:val="26"/>
        </w:rPr>
      </w:pPr>
      <w:r w:rsidRPr="00BC2211">
        <w:rPr>
          <w:rFonts w:ascii="Times New Roman" w:hAnsi="Times New Roman" w:cs="Times New Roman"/>
          <w:sz w:val="26"/>
          <w:szCs w:val="26"/>
        </w:rPr>
        <w:t>- Mã số doanh nghiệp:</w:t>
      </w:r>
    </w:p>
    <w:p w14:paraId="239A88DC" w14:textId="77777777" w:rsidR="00945CFD" w:rsidRPr="00BC2211" w:rsidRDefault="00000000">
      <w:pPr>
        <w:rPr>
          <w:rFonts w:ascii="Times New Roman" w:hAnsi="Times New Roman" w:cs="Times New Roman"/>
          <w:sz w:val="26"/>
          <w:szCs w:val="26"/>
        </w:rPr>
      </w:pPr>
      <w:r w:rsidRPr="00BC2211">
        <w:rPr>
          <w:rFonts w:ascii="Times New Roman" w:hAnsi="Times New Roman" w:cs="Times New Roman"/>
          <w:sz w:val="26"/>
          <w:szCs w:val="26"/>
        </w:rPr>
        <w:t>- Địa chỉ:</w:t>
      </w:r>
    </w:p>
    <w:p w14:paraId="7A812574" w14:textId="77777777" w:rsidR="00945CFD" w:rsidRPr="00BC2211" w:rsidRDefault="00000000">
      <w:pPr>
        <w:rPr>
          <w:rFonts w:ascii="Times New Roman" w:hAnsi="Times New Roman" w:cs="Times New Roman"/>
          <w:sz w:val="26"/>
          <w:szCs w:val="26"/>
        </w:rPr>
      </w:pPr>
      <w:r w:rsidRPr="00BC2211">
        <w:rPr>
          <w:rFonts w:ascii="Times New Roman" w:hAnsi="Times New Roman" w:cs="Times New Roman"/>
          <w:sz w:val="26"/>
          <w:szCs w:val="26"/>
        </w:rPr>
        <w:t>- Địa chỉ trang web (nếu có):</w:t>
      </w:r>
    </w:p>
    <w:p w14:paraId="4786C28F" w14:textId="77777777" w:rsidR="00945CFD" w:rsidRPr="00BC2211" w:rsidRDefault="00000000">
      <w:pPr>
        <w:rPr>
          <w:rFonts w:ascii="Times New Roman" w:hAnsi="Times New Roman" w:cs="Times New Roman"/>
          <w:sz w:val="26"/>
          <w:szCs w:val="26"/>
        </w:rPr>
      </w:pPr>
      <w:r w:rsidRPr="00BC2211">
        <w:rPr>
          <w:rFonts w:ascii="Times New Roman" w:hAnsi="Times New Roman" w:cs="Times New Roman"/>
          <w:sz w:val="26"/>
          <w:szCs w:val="26"/>
        </w:rPr>
        <w:t>- Phương thức liên lạc:</w:t>
      </w:r>
    </w:p>
    <w:p w14:paraId="17E2C5B0" w14:textId="77777777" w:rsidR="00945CFD" w:rsidRPr="00BC2211" w:rsidRDefault="00000000">
      <w:pPr>
        <w:rPr>
          <w:rFonts w:ascii="Times New Roman" w:hAnsi="Times New Roman" w:cs="Times New Roman"/>
          <w:sz w:val="26"/>
          <w:szCs w:val="26"/>
        </w:rPr>
      </w:pPr>
      <w:r w:rsidRPr="00BC2211">
        <w:rPr>
          <w:rFonts w:ascii="Times New Roman" w:hAnsi="Times New Roman" w:cs="Times New Roman"/>
          <w:sz w:val="26"/>
          <w:szCs w:val="26"/>
        </w:rPr>
        <w:t xml:space="preserve">  Điện thoại:                    E-mail:</w:t>
      </w:r>
    </w:p>
    <w:p w14:paraId="71C6AD54" w14:textId="77777777" w:rsidR="00945CFD" w:rsidRPr="00BC2211" w:rsidRDefault="00000000">
      <w:pPr>
        <w:rPr>
          <w:rFonts w:ascii="Times New Roman" w:hAnsi="Times New Roman" w:cs="Times New Roman"/>
          <w:sz w:val="26"/>
          <w:szCs w:val="26"/>
        </w:rPr>
      </w:pPr>
      <w:r w:rsidRPr="00BC2211">
        <w:rPr>
          <w:rFonts w:ascii="Times New Roman" w:hAnsi="Times New Roman" w:cs="Times New Roman"/>
          <w:sz w:val="26"/>
          <w:szCs w:val="26"/>
        </w:rPr>
        <w:t>- Cá nhân chịu trách nhiệm khi được liên lạc:</w:t>
      </w:r>
    </w:p>
    <w:p w14:paraId="6DF458CA" w14:textId="77777777" w:rsidR="00945CFD" w:rsidRPr="00BC2211" w:rsidRDefault="00000000">
      <w:pPr>
        <w:rPr>
          <w:rFonts w:ascii="Times New Roman" w:hAnsi="Times New Roman" w:cs="Times New Roman"/>
          <w:sz w:val="26"/>
          <w:szCs w:val="26"/>
        </w:rPr>
      </w:pPr>
      <w:r w:rsidRPr="00BC2211">
        <w:rPr>
          <w:rFonts w:ascii="Times New Roman" w:hAnsi="Times New Roman" w:cs="Times New Roman"/>
          <w:sz w:val="26"/>
          <w:szCs w:val="26"/>
        </w:rPr>
        <w:t>- Đã được cấp [Giấy phép...] ngày ... tháng ... năm, hiệu lực đến ....</w:t>
      </w:r>
    </w:p>
    <w:p w14:paraId="51FF1F2A" w14:textId="77777777" w:rsidR="00945CFD" w:rsidRPr="00BC2211" w:rsidRDefault="00000000">
      <w:pPr>
        <w:rPr>
          <w:rFonts w:ascii="Times New Roman" w:hAnsi="Times New Roman" w:cs="Times New Roman"/>
          <w:sz w:val="26"/>
          <w:szCs w:val="26"/>
        </w:rPr>
      </w:pPr>
      <w:r w:rsidRPr="00BC2211">
        <w:rPr>
          <w:rFonts w:ascii="Times New Roman" w:hAnsi="Times New Roman" w:cs="Times New Roman"/>
          <w:sz w:val="26"/>
          <w:szCs w:val="26"/>
        </w:rPr>
        <w:t>[Thương nhân] xin đề nghị [Cơ quan cấp phép] xem xét sửa đổi, bổ sung/ cấp lại [Giấy phép...] theo các nội dung sau:</w:t>
      </w:r>
    </w:p>
    <w:p w14:paraId="435B69BF" w14:textId="77777777" w:rsidR="00945CFD" w:rsidRPr="00BC2211" w:rsidRDefault="00000000">
      <w:pPr>
        <w:rPr>
          <w:rFonts w:ascii="Times New Roman" w:hAnsi="Times New Roman" w:cs="Times New Roman"/>
          <w:sz w:val="26"/>
          <w:szCs w:val="26"/>
        </w:rPr>
      </w:pPr>
      <w:r w:rsidRPr="00BC2211">
        <w:rPr>
          <w:rFonts w:ascii="Times New Roman" w:hAnsi="Times New Roman" w:cs="Times New Roman"/>
          <w:sz w:val="26"/>
          <w:szCs w:val="26"/>
        </w:rPr>
        <w:t>1. Nội dung sửa đổi, bổ sung (đối với trường hợp sửa đổi, bổ sung)</w:t>
      </w:r>
    </w:p>
    <w:p w14:paraId="24F495E9" w14:textId="77777777" w:rsidR="00945CFD" w:rsidRPr="00BC2211" w:rsidRDefault="00000000">
      <w:pPr>
        <w:rPr>
          <w:rFonts w:ascii="Times New Roman" w:hAnsi="Times New Roman" w:cs="Times New Roman"/>
          <w:sz w:val="26"/>
          <w:szCs w:val="26"/>
        </w:rPr>
      </w:pPr>
      <w:r w:rsidRPr="00BC2211">
        <w:rPr>
          <w:rFonts w:ascii="Times New Roman" w:hAnsi="Times New Roman" w:cs="Times New Roman"/>
          <w:sz w:val="26"/>
          <w:szCs w:val="26"/>
        </w:rPr>
        <w:t>Thông tin cũ:</w:t>
      </w:r>
    </w:p>
    <w:p w14:paraId="5627D719" w14:textId="77777777" w:rsidR="00945CFD" w:rsidRPr="00BC2211" w:rsidRDefault="00000000">
      <w:pPr>
        <w:rPr>
          <w:rFonts w:ascii="Times New Roman" w:hAnsi="Times New Roman" w:cs="Times New Roman"/>
          <w:sz w:val="26"/>
          <w:szCs w:val="26"/>
        </w:rPr>
      </w:pPr>
      <w:r w:rsidRPr="00BC2211">
        <w:rPr>
          <w:rFonts w:ascii="Times New Roman" w:hAnsi="Times New Roman" w:cs="Times New Roman"/>
          <w:sz w:val="26"/>
          <w:szCs w:val="26"/>
        </w:rPr>
        <w:t>Thông tin mới:</w:t>
      </w:r>
    </w:p>
    <w:p w14:paraId="5173B08C" w14:textId="77777777" w:rsidR="00945CFD" w:rsidRPr="00BC2211" w:rsidRDefault="00000000">
      <w:pPr>
        <w:rPr>
          <w:rFonts w:ascii="Times New Roman" w:hAnsi="Times New Roman" w:cs="Times New Roman"/>
          <w:sz w:val="26"/>
          <w:szCs w:val="26"/>
        </w:rPr>
      </w:pPr>
      <w:r w:rsidRPr="00BC2211">
        <w:rPr>
          <w:rFonts w:ascii="Times New Roman" w:hAnsi="Times New Roman" w:cs="Times New Roman"/>
          <w:sz w:val="26"/>
          <w:szCs w:val="26"/>
        </w:rPr>
        <w:t>2. Lý do sửa đổi, bổ sung/ lý do đề nghị cấp lại</w:t>
      </w:r>
    </w:p>
    <w:p w14:paraId="2C357018" w14:textId="0D60C083" w:rsidR="00945CFD" w:rsidRPr="00BC2211" w:rsidRDefault="00000000">
      <w:pPr>
        <w:rPr>
          <w:rFonts w:ascii="Times New Roman" w:hAnsi="Times New Roman" w:cs="Times New Roman"/>
          <w:sz w:val="26"/>
          <w:szCs w:val="26"/>
        </w:rPr>
      </w:pPr>
      <w:r w:rsidRPr="00BC2211">
        <w:rPr>
          <w:rFonts w:ascii="Times New Roman" w:hAnsi="Times New Roman" w:cs="Times New Roman"/>
          <w:sz w:val="26"/>
          <w:szCs w:val="26"/>
        </w:rPr>
        <w:t>3. Hồ sơ kèm theo: …</w:t>
      </w:r>
    </w:p>
    <w:p w14:paraId="191A0616" w14:textId="77777777" w:rsidR="00945CFD" w:rsidRPr="00BC2211" w:rsidRDefault="00000000">
      <w:pPr>
        <w:rPr>
          <w:rFonts w:ascii="Times New Roman" w:hAnsi="Times New Roman" w:cs="Times New Roman"/>
          <w:sz w:val="26"/>
          <w:szCs w:val="26"/>
        </w:rPr>
      </w:pPr>
      <w:r w:rsidRPr="00BC2211">
        <w:rPr>
          <w:rFonts w:ascii="Times New Roman" w:hAnsi="Times New Roman" w:cs="Times New Roman"/>
          <w:sz w:val="26"/>
          <w:szCs w:val="26"/>
        </w:rPr>
        <w:t>[Thương nhân] xin chịu trách nhiệm trước pháp luật về nội dung các giấy tờ, tài liệu trong hồ sơ gửi kèm theo Đơn này và cam kết thực hiện đúng các quy định của pháp luật về quản lý ngoại thương./.</w:t>
      </w:r>
    </w:p>
    <w:p w14:paraId="16684AC5" w14:textId="77777777" w:rsidR="00945CFD" w:rsidRPr="00BC2211" w:rsidRDefault="00000000">
      <w:pPr>
        <w:jc w:val="right"/>
        <w:rPr>
          <w:rFonts w:ascii="Times New Roman" w:hAnsi="Times New Roman" w:cs="Times New Roman"/>
          <w:sz w:val="26"/>
          <w:szCs w:val="26"/>
        </w:rPr>
      </w:pPr>
      <w:r w:rsidRPr="00BC2211">
        <w:rPr>
          <w:rFonts w:ascii="Times New Roman" w:hAnsi="Times New Roman" w:cs="Times New Roman"/>
          <w:b/>
          <w:sz w:val="26"/>
          <w:szCs w:val="26"/>
        </w:rPr>
        <w:t>Người đại diện theo pháp luật của thương nhân</w:t>
      </w:r>
      <w:r w:rsidRPr="00BC2211">
        <w:rPr>
          <w:rFonts w:ascii="Times New Roman" w:hAnsi="Times New Roman" w:cs="Times New Roman"/>
          <w:b/>
          <w:sz w:val="26"/>
          <w:szCs w:val="26"/>
        </w:rPr>
        <w:br/>
      </w:r>
      <w:r w:rsidRPr="00BC2211">
        <w:rPr>
          <w:rFonts w:ascii="Times New Roman" w:hAnsi="Times New Roman" w:cs="Times New Roman"/>
          <w:sz w:val="26"/>
          <w:szCs w:val="26"/>
        </w:rPr>
        <w:t>(Ký tên, ghi rõ họ, tên, chức danh và đóng dấu)</w:t>
      </w:r>
    </w:p>
    <w:sectPr w:rsidR="00945CFD" w:rsidRPr="00BC2211"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46718034">
    <w:abstractNumId w:val="8"/>
  </w:num>
  <w:num w:numId="2" w16cid:durableId="1457724840">
    <w:abstractNumId w:val="6"/>
  </w:num>
  <w:num w:numId="3" w16cid:durableId="2126650479">
    <w:abstractNumId w:val="5"/>
  </w:num>
  <w:num w:numId="4" w16cid:durableId="714741596">
    <w:abstractNumId w:val="4"/>
  </w:num>
  <w:num w:numId="5" w16cid:durableId="2021539683">
    <w:abstractNumId w:val="7"/>
  </w:num>
  <w:num w:numId="6" w16cid:durableId="686099865">
    <w:abstractNumId w:val="3"/>
  </w:num>
  <w:num w:numId="7" w16cid:durableId="641152849">
    <w:abstractNumId w:val="2"/>
  </w:num>
  <w:num w:numId="8" w16cid:durableId="912853058">
    <w:abstractNumId w:val="1"/>
  </w:num>
  <w:num w:numId="9" w16cid:durableId="9012575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945CFD"/>
    <w:rsid w:val="00AA1D8D"/>
    <w:rsid w:val="00B47730"/>
    <w:rsid w:val="00BC2211"/>
    <w:rsid w:val="00CB0664"/>
    <w:rsid w:val="00FC03F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055A6F2"/>
  <w14:defaultImageDpi w14:val="300"/>
  <w15:docId w15:val="{CCBB32ED-6CBA-4CCE-B00E-37AF35DA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162</Words>
  <Characters>924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Anh Vân TV DAPL</cp:lastModifiedBy>
  <cp:revision>2</cp:revision>
  <dcterms:created xsi:type="dcterms:W3CDTF">2026-07-23T09:27:00Z</dcterms:created>
  <dcterms:modified xsi:type="dcterms:W3CDTF">2026-07-23T09:27:00Z</dcterms:modified>
  <cp:category/>
</cp:coreProperties>
</file>