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58A" w:rsidRPr="003D2A50" w:rsidRDefault="003D2A50" w:rsidP="00A546C1">
      <w:pPr>
        <w:jc w:val="both"/>
        <w:rPr>
          <w:rFonts w:ascii="Times New Roman" w:hAnsi="Times New Roman" w:cs="Times New Roman"/>
          <w:b/>
          <w:color w:val="000000" w:themeColor="text1"/>
          <w:sz w:val="28"/>
          <w:szCs w:val="28"/>
        </w:rPr>
      </w:pPr>
      <w:r w:rsidRPr="003D2A50">
        <w:rPr>
          <w:rFonts w:ascii="Times New Roman" w:hAnsi="Times New Roman" w:cs="Times New Roman"/>
          <w:b/>
          <w:color w:val="000000" w:themeColor="text1"/>
          <w:sz w:val="28"/>
          <w:szCs w:val="28"/>
        </w:rPr>
        <w:t>CÔNG TY ……………</w:t>
      </w:r>
      <w:bookmarkStart w:id="0" w:name="_GoBack"/>
      <w:bookmarkEnd w:id="0"/>
    </w:p>
    <w:p w:rsidR="0037558A" w:rsidRPr="003D2A50" w:rsidRDefault="003D2A50" w:rsidP="00A546C1">
      <w:pPr>
        <w:jc w:val="both"/>
        <w:rPr>
          <w:rFonts w:ascii="Times New Roman" w:hAnsi="Times New Roman" w:cs="Times New Roman"/>
          <w:b/>
          <w:color w:val="000000" w:themeColor="text1"/>
          <w:sz w:val="28"/>
          <w:szCs w:val="28"/>
        </w:rPr>
      </w:pPr>
      <w:r w:rsidRPr="003D2A50">
        <w:rPr>
          <w:rFonts w:ascii="Times New Roman" w:hAnsi="Times New Roman" w:cs="Times New Roman"/>
          <w:b/>
          <w:color w:val="000000" w:themeColor="text1"/>
          <w:sz w:val="28"/>
          <w:szCs w:val="28"/>
        </w:rPr>
        <w:t>Số: …/TB-…</w:t>
      </w:r>
    </w:p>
    <w:p w:rsidR="0037558A" w:rsidRPr="003D2A50" w:rsidRDefault="003D2A50" w:rsidP="00A546C1">
      <w:pPr>
        <w:jc w:val="right"/>
        <w:rPr>
          <w:rFonts w:ascii="Times New Roman" w:hAnsi="Times New Roman" w:cs="Times New Roman"/>
          <w:i/>
          <w:color w:val="000000" w:themeColor="text1"/>
          <w:sz w:val="28"/>
          <w:szCs w:val="28"/>
        </w:rPr>
      </w:pPr>
      <w:r w:rsidRPr="003D2A50">
        <w:rPr>
          <w:rFonts w:ascii="Times New Roman" w:hAnsi="Times New Roman" w:cs="Times New Roman"/>
          <w:i/>
          <w:color w:val="000000" w:themeColor="text1"/>
          <w:sz w:val="28"/>
          <w:szCs w:val="28"/>
        </w:rPr>
        <w:t>…, ngày … tháng … năm …</w:t>
      </w:r>
    </w:p>
    <w:p w:rsidR="0037558A" w:rsidRPr="003D2A50" w:rsidRDefault="003D2A50" w:rsidP="00A546C1">
      <w:pPr>
        <w:jc w:val="center"/>
        <w:rPr>
          <w:rFonts w:ascii="Times New Roman" w:hAnsi="Times New Roman" w:cs="Times New Roman"/>
          <w:b/>
          <w:color w:val="000000" w:themeColor="text1"/>
          <w:sz w:val="28"/>
          <w:szCs w:val="28"/>
        </w:rPr>
      </w:pPr>
      <w:r w:rsidRPr="003D2A50">
        <w:rPr>
          <w:rFonts w:ascii="Times New Roman" w:hAnsi="Times New Roman" w:cs="Times New Roman"/>
          <w:b/>
          <w:color w:val="000000" w:themeColor="text1"/>
          <w:sz w:val="28"/>
          <w:szCs w:val="28"/>
        </w:rPr>
        <w:br/>
        <w:t>THÔNG BÁO</w:t>
      </w:r>
    </w:p>
    <w:p w:rsidR="0037558A" w:rsidRPr="003D2A50" w:rsidRDefault="003D2A50" w:rsidP="00A546C1">
      <w:pPr>
        <w:jc w:val="center"/>
        <w:rPr>
          <w:rFonts w:ascii="Times New Roman" w:hAnsi="Times New Roman" w:cs="Times New Roman"/>
          <w:b/>
          <w:color w:val="000000" w:themeColor="text1"/>
          <w:sz w:val="28"/>
          <w:szCs w:val="28"/>
        </w:rPr>
      </w:pPr>
      <w:r w:rsidRPr="003D2A50">
        <w:rPr>
          <w:rFonts w:ascii="Times New Roman" w:hAnsi="Times New Roman" w:cs="Times New Roman"/>
          <w:b/>
          <w:color w:val="000000" w:themeColor="text1"/>
          <w:sz w:val="28"/>
          <w:szCs w:val="28"/>
        </w:rPr>
        <w:t>(V/v tặng quà Tết Trung thu cho cán bộ, nhân viên)</w:t>
      </w:r>
    </w:p>
    <w:p w:rsidR="0037558A" w:rsidRPr="003D2A50" w:rsidRDefault="003D2A50" w:rsidP="00A546C1">
      <w:pPr>
        <w:jc w:val="both"/>
        <w:rPr>
          <w:rFonts w:ascii="Times New Roman" w:hAnsi="Times New Roman" w:cs="Times New Roman"/>
          <w:color w:val="000000" w:themeColor="text1"/>
          <w:sz w:val="28"/>
          <w:szCs w:val="28"/>
        </w:rPr>
      </w:pPr>
      <w:r w:rsidRPr="003D2A50">
        <w:rPr>
          <w:rFonts w:ascii="Times New Roman" w:hAnsi="Times New Roman" w:cs="Times New Roman"/>
          <w:color w:val="000000" w:themeColor="text1"/>
          <w:sz w:val="28"/>
          <w:szCs w:val="28"/>
        </w:rPr>
        <w:br/>
        <w:t>Kính gửi: Toàn thể cán bộ, nhân viên Công ty …………..</w:t>
      </w:r>
    </w:p>
    <w:p w:rsidR="00A546C1" w:rsidRDefault="00A546C1" w:rsidP="00A546C1">
      <w:pPr>
        <w:jc w:val="both"/>
        <w:rPr>
          <w:rFonts w:ascii="Times New Roman" w:hAnsi="Times New Roman" w:cs="Times New Roman"/>
          <w:color w:val="000000" w:themeColor="text1"/>
          <w:sz w:val="28"/>
          <w:szCs w:val="28"/>
        </w:rPr>
      </w:pPr>
      <w:r w:rsidRPr="00A546C1">
        <w:rPr>
          <w:rFonts w:ascii="Times New Roman" w:hAnsi="Times New Roman" w:cs="Times New Roman"/>
          <w:color w:val="000000" w:themeColor="text1"/>
          <w:sz w:val="28"/>
          <w:szCs w:val="28"/>
        </w:rPr>
        <w:t>Nhân dịp Tết Trung thu năm …, Ban Lãnh đạo Công ty xin gửi đến toàn thể cán bộ, nhân viên cùng gia đình lời chúc sức khỏe, hạnh phúc, đoàn viên và trọn vẹn niềm vui.</w:t>
      </w:r>
    </w:p>
    <w:p w:rsidR="00A546C1" w:rsidRDefault="00A546C1" w:rsidP="00A546C1">
      <w:pPr>
        <w:jc w:val="both"/>
        <w:rPr>
          <w:rFonts w:ascii="Times New Roman" w:hAnsi="Times New Roman" w:cs="Times New Roman"/>
          <w:color w:val="000000" w:themeColor="text1"/>
          <w:sz w:val="28"/>
          <w:szCs w:val="28"/>
        </w:rPr>
      </w:pPr>
      <w:r w:rsidRPr="00A546C1">
        <w:rPr>
          <w:rFonts w:ascii="Times New Roman" w:hAnsi="Times New Roman" w:cs="Times New Roman"/>
          <w:color w:val="000000" w:themeColor="text1"/>
          <w:sz w:val="28"/>
          <w:szCs w:val="28"/>
        </w:rPr>
        <w:t>Nhằm thể hiện sự quan tâm, tri ân đối với những đóng góp của tập thể trong thời gian qua, Công ty sẽ tổ chức tặng quà Tết Trung thu cụ thể như sau:</w:t>
      </w:r>
    </w:p>
    <w:p w:rsidR="0037558A" w:rsidRPr="003D2A50" w:rsidRDefault="003D2A50" w:rsidP="00A546C1">
      <w:pPr>
        <w:jc w:val="both"/>
        <w:rPr>
          <w:rFonts w:ascii="Times New Roman" w:hAnsi="Times New Roman" w:cs="Times New Roman"/>
          <w:color w:val="000000" w:themeColor="text1"/>
          <w:sz w:val="28"/>
          <w:szCs w:val="28"/>
        </w:rPr>
      </w:pPr>
      <w:r w:rsidRPr="003D2A50">
        <w:rPr>
          <w:rFonts w:ascii="Times New Roman" w:hAnsi="Times New Roman" w:cs="Times New Roman"/>
          <w:color w:val="000000" w:themeColor="text1"/>
          <w:sz w:val="28"/>
          <w:szCs w:val="28"/>
        </w:rPr>
        <w:t>- Đối tượng nhận quà: Toàn thể cán bộ, nhân viên đang làm việc tại Công ty tính đến ngày … tháng … năm …</w:t>
      </w:r>
    </w:p>
    <w:p w:rsidR="0037558A" w:rsidRPr="003D2A50" w:rsidRDefault="003D2A50" w:rsidP="00A546C1">
      <w:pPr>
        <w:jc w:val="both"/>
        <w:rPr>
          <w:rFonts w:ascii="Times New Roman" w:hAnsi="Times New Roman" w:cs="Times New Roman"/>
          <w:color w:val="000000" w:themeColor="text1"/>
          <w:sz w:val="28"/>
          <w:szCs w:val="28"/>
        </w:rPr>
      </w:pPr>
      <w:r w:rsidRPr="003D2A50">
        <w:rPr>
          <w:rFonts w:ascii="Times New Roman" w:hAnsi="Times New Roman" w:cs="Times New Roman"/>
          <w:color w:val="000000" w:themeColor="text1"/>
          <w:sz w:val="28"/>
          <w:szCs w:val="28"/>
        </w:rPr>
        <w:t>- Hình thức quà tặng: … (ví dụ: 01 hộp bánh Trung thu/nhân viên hoặc phần quà trị giá … đồng)</w:t>
      </w:r>
    </w:p>
    <w:p w:rsidR="0037558A" w:rsidRPr="003D2A50" w:rsidRDefault="003D2A50" w:rsidP="00A546C1">
      <w:pPr>
        <w:jc w:val="both"/>
        <w:rPr>
          <w:rFonts w:ascii="Times New Roman" w:hAnsi="Times New Roman" w:cs="Times New Roman"/>
          <w:color w:val="000000" w:themeColor="text1"/>
          <w:sz w:val="28"/>
          <w:szCs w:val="28"/>
        </w:rPr>
      </w:pPr>
      <w:r w:rsidRPr="003D2A50">
        <w:rPr>
          <w:rFonts w:ascii="Times New Roman" w:hAnsi="Times New Roman" w:cs="Times New Roman"/>
          <w:color w:val="000000" w:themeColor="text1"/>
          <w:sz w:val="28"/>
          <w:szCs w:val="28"/>
        </w:rPr>
        <w:t>- Thời gian phát quà: Từ ngày … đến ngày … tháng … năm …</w:t>
      </w:r>
    </w:p>
    <w:p w:rsidR="0037558A" w:rsidRPr="003D2A50" w:rsidRDefault="003D2A50" w:rsidP="00A546C1">
      <w:pPr>
        <w:jc w:val="both"/>
        <w:rPr>
          <w:rFonts w:ascii="Times New Roman" w:hAnsi="Times New Roman" w:cs="Times New Roman"/>
          <w:color w:val="000000" w:themeColor="text1"/>
          <w:sz w:val="28"/>
          <w:szCs w:val="28"/>
        </w:rPr>
      </w:pPr>
      <w:r w:rsidRPr="003D2A50">
        <w:rPr>
          <w:rFonts w:ascii="Times New Roman" w:hAnsi="Times New Roman" w:cs="Times New Roman"/>
          <w:color w:val="000000" w:themeColor="text1"/>
          <w:sz w:val="28"/>
          <w:szCs w:val="28"/>
        </w:rPr>
        <w:t>- Địa điểm nhận quà: Phòng Hành chính – Nhân sự (hoặc tại bộ phận quản lý trực tiếp).</w:t>
      </w:r>
    </w:p>
    <w:p w:rsidR="0037558A" w:rsidRPr="003D2A50" w:rsidRDefault="003D2A50" w:rsidP="00A546C1">
      <w:pPr>
        <w:jc w:val="both"/>
        <w:rPr>
          <w:rFonts w:ascii="Times New Roman" w:hAnsi="Times New Roman" w:cs="Times New Roman"/>
          <w:color w:val="000000" w:themeColor="text1"/>
          <w:sz w:val="28"/>
          <w:szCs w:val="28"/>
        </w:rPr>
      </w:pPr>
      <w:r w:rsidRPr="003D2A50">
        <w:rPr>
          <w:rFonts w:ascii="Times New Roman" w:hAnsi="Times New Roman" w:cs="Times New Roman"/>
          <w:color w:val="000000" w:themeColor="text1"/>
          <w:sz w:val="28"/>
          <w:szCs w:val="28"/>
        </w:rPr>
        <w:t>Đề nghị các Trưởng phòng, Quản lý bộ phận phối hợp thông báo và tạo điều kiện để nhân viên nhận quà đầy đủ, đúng thời gian quy định.</w:t>
      </w:r>
    </w:p>
    <w:p w:rsidR="00A546C1" w:rsidRDefault="00A546C1" w:rsidP="00A546C1">
      <w:pPr>
        <w:jc w:val="both"/>
        <w:rPr>
          <w:rFonts w:ascii="Times New Roman" w:hAnsi="Times New Roman" w:cs="Times New Roman"/>
          <w:color w:val="000000" w:themeColor="text1"/>
          <w:sz w:val="28"/>
          <w:szCs w:val="28"/>
        </w:rPr>
      </w:pPr>
      <w:r w:rsidRPr="00A546C1">
        <w:rPr>
          <w:rFonts w:ascii="Times New Roman" w:hAnsi="Times New Roman" w:cs="Times New Roman"/>
          <w:color w:val="000000" w:themeColor="text1"/>
          <w:sz w:val="28"/>
          <w:szCs w:val="28"/>
        </w:rPr>
        <w:t>Ban Lãnh đạo Công ty trân trọng cảm ơn những nỗ lực và đóng góp của toàn thể cán bộ, nhân viên. Kính chúc các bạn và gia đình có một mùa Trung thu vui vẻ, ấm áp và hạnh phúc.</w:t>
      </w:r>
    </w:p>
    <w:p w:rsidR="0037558A" w:rsidRPr="003D2A50" w:rsidRDefault="003D2A50" w:rsidP="00A546C1">
      <w:pPr>
        <w:jc w:val="both"/>
        <w:rPr>
          <w:rFonts w:ascii="Times New Roman" w:hAnsi="Times New Roman" w:cs="Times New Roman"/>
          <w:color w:val="000000" w:themeColor="text1"/>
          <w:sz w:val="28"/>
          <w:szCs w:val="28"/>
        </w:rPr>
      </w:pPr>
      <w:r w:rsidRPr="003D2A50">
        <w:rPr>
          <w:rFonts w:ascii="Times New Roman" w:hAnsi="Times New Roman" w:cs="Times New Roman"/>
          <w:color w:val="000000" w:themeColor="text1"/>
          <w:sz w:val="28"/>
          <w:szCs w:val="28"/>
        </w:rPr>
        <w:br/>
        <w:t>Trân trọng,</w:t>
      </w:r>
    </w:p>
    <w:p w:rsidR="0037558A" w:rsidRPr="003D2A50" w:rsidRDefault="003D2A50" w:rsidP="00A546C1">
      <w:pPr>
        <w:jc w:val="right"/>
        <w:rPr>
          <w:rFonts w:ascii="Times New Roman" w:hAnsi="Times New Roman" w:cs="Times New Roman"/>
          <w:b/>
          <w:color w:val="000000" w:themeColor="text1"/>
          <w:sz w:val="28"/>
          <w:szCs w:val="28"/>
        </w:rPr>
      </w:pPr>
      <w:r w:rsidRPr="003D2A50">
        <w:rPr>
          <w:rFonts w:ascii="Times New Roman" w:hAnsi="Times New Roman" w:cs="Times New Roman"/>
          <w:b/>
          <w:color w:val="000000" w:themeColor="text1"/>
          <w:sz w:val="28"/>
          <w:szCs w:val="28"/>
        </w:rPr>
        <w:lastRenderedPageBreak/>
        <w:br/>
        <w:t>TM. BAN LÃNH ĐẠO CÔNG TY</w:t>
      </w:r>
    </w:p>
    <w:p w:rsidR="0037558A" w:rsidRPr="003D2A50" w:rsidRDefault="00A546C1" w:rsidP="00A546C1">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3D2A50" w:rsidRPr="003D2A50">
        <w:rPr>
          <w:rFonts w:ascii="Times New Roman" w:hAnsi="Times New Roman" w:cs="Times New Roman"/>
          <w:b/>
          <w:color w:val="000000" w:themeColor="text1"/>
          <w:sz w:val="28"/>
          <w:szCs w:val="28"/>
        </w:rPr>
        <w:t>(Ký, ghi rõ họ tên, đóng dấu)</w:t>
      </w:r>
    </w:p>
    <w:sectPr w:rsidR="0037558A" w:rsidRPr="003D2A5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2B22C6"/>
    <w:rsid w:val="00326F90"/>
    <w:rsid w:val="0037558A"/>
    <w:rsid w:val="003D2A50"/>
    <w:rsid w:val="00A546C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AA14F3B1-600A-4B3E-8DD7-E3BC26FED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F8163-0885-475C-9756-F6570A543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3</cp:revision>
  <dcterms:created xsi:type="dcterms:W3CDTF">2025-09-06T07:09:00Z</dcterms:created>
  <dcterms:modified xsi:type="dcterms:W3CDTF">2025-09-16T02:25:00Z</dcterms:modified>
  <cp:category/>
</cp:coreProperties>
</file>