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BBB" w:rsidRPr="00BF049A" w:rsidRDefault="00BF049A">
      <w:pPr>
        <w:jc w:val="center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C</w:t>
      </w:r>
      <w:r w:rsidRPr="00BF049A">
        <w:rPr>
          <w:b/>
          <w:sz w:val="28"/>
          <w:szCs w:val="28"/>
        </w:rPr>
        <w:t>Ộ</w:t>
      </w:r>
      <w:r w:rsidRPr="00BF049A">
        <w:rPr>
          <w:b/>
          <w:sz w:val="28"/>
          <w:szCs w:val="28"/>
        </w:rPr>
        <w:t>NG HÒA XÃ H</w:t>
      </w:r>
      <w:r w:rsidRPr="00BF049A">
        <w:rPr>
          <w:b/>
          <w:sz w:val="28"/>
          <w:szCs w:val="28"/>
        </w:rPr>
        <w:t>Ộ</w:t>
      </w:r>
      <w:r w:rsidRPr="00BF049A">
        <w:rPr>
          <w:b/>
          <w:sz w:val="28"/>
          <w:szCs w:val="28"/>
        </w:rPr>
        <w:t>I CH</w:t>
      </w:r>
      <w:r w:rsidRPr="00BF049A">
        <w:rPr>
          <w:b/>
          <w:sz w:val="28"/>
          <w:szCs w:val="28"/>
        </w:rPr>
        <w:t>Ủ</w:t>
      </w:r>
      <w:r w:rsidRPr="00BF049A">
        <w:rPr>
          <w:b/>
          <w:sz w:val="28"/>
          <w:szCs w:val="28"/>
        </w:rPr>
        <w:t xml:space="preserve"> NGHĨA VI</w:t>
      </w:r>
      <w:r w:rsidRPr="00BF049A">
        <w:rPr>
          <w:b/>
          <w:sz w:val="28"/>
          <w:szCs w:val="28"/>
        </w:rPr>
        <w:t>Ệ</w:t>
      </w:r>
      <w:r w:rsidRPr="00BF049A">
        <w:rPr>
          <w:b/>
          <w:sz w:val="28"/>
          <w:szCs w:val="28"/>
        </w:rPr>
        <w:t>T NAM</w:t>
      </w:r>
    </w:p>
    <w:p w:rsidR="004A0BBB" w:rsidRDefault="00BF049A">
      <w:pPr>
        <w:jc w:val="center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Đ</w:t>
      </w:r>
      <w:r w:rsidRPr="00BF049A">
        <w:rPr>
          <w:b/>
          <w:sz w:val="28"/>
          <w:szCs w:val="28"/>
        </w:rPr>
        <w:t>ộ</w:t>
      </w:r>
      <w:r w:rsidRPr="00BF049A">
        <w:rPr>
          <w:b/>
          <w:sz w:val="28"/>
          <w:szCs w:val="28"/>
        </w:rPr>
        <w:t>c l</w:t>
      </w:r>
      <w:r w:rsidRPr="00BF049A">
        <w:rPr>
          <w:b/>
          <w:sz w:val="28"/>
          <w:szCs w:val="28"/>
        </w:rPr>
        <w:t>ậ</w:t>
      </w:r>
      <w:r w:rsidRPr="00BF049A">
        <w:rPr>
          <w:b/>
          <w:sz w:val="28"/>
          <w:szCs w:val="28"/>
        </w:rPr>
        <w:t>p – T</w:t>
      </w:r>
      <w:r w:rsidRPr="00BF049A">
        <w:rPr>
          <w:b/>
          <w:sz w:val="28"/>
          <w:szCs w:val="28"/>
        </w:rPr>
        <w:t>ự</w:t>
      </w:r>
      <w:r w:rsidRPr="00BF049A">
        <w:rPr>
          <w:b/>
          <w:sz w:val="28"/>
          <w:szCs w:val="28"/>
        </w:rPr>
        <w:t xml:space="preserve"> do – H</w:t>
      </w:r>
      <w:r w:rsidRPr="00BF049A">
        <w:rPr>
          <w:b/>
          <w:sz w:val="28"/>
          <w:szCs w:val="28"/>
        </w:rPr>
        <w:t>ạ</w:t>
      </w:r>
      <w:r w:rsidRPr="00BF049A">
        <w:rPr>
          <w:b/>
          <w:sz w:val="28"/>
          <w:szCs w:val="28"/>
        </w:rPr>
        <w:t>nh phúc</w:t>
      </w:r>
    </w:p>
    <w:p w:rsidR="00BF049A" w:rsidRPr="00BF049A" w:rsidRDefault="00BF049A">
      <w:pPr>
        <w:jc w:val="center"/>
        <w:rPr>
          <w:b/>
          <w:sz w:val="28"/>
          <w:szCs w:val="28"/>
        </w:rPr>
      </w:pPr>
    </w:p>
    <w:p w:rsidR="004A0BBB" w:rsidRPr="00BF049A" w:rsidRDefault="00BF049A">
      <w:pPr>
        <w:jc w:val="center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BIÊN B</w:t>
      </w:r>
      <w:r w:rsidRPr="00BF049A">
        <w:rPr>
          <w:b/>
          <w:sz w:val="28"/>
          <w:szCs w:val="28"/>
        </w:rPr>
        <w:t>Ả</w:t>
      </w:r>
      <w:r w:rsidRPr="00BF049A">
        <w:rPr>
          <w:b/>
          <w:sz w:val="28"/>
          <w:szCs w:val="28"/>
        </w:rPr>
        <w:t>N BÀN GIAO CÔNG VI</w:t>
      </w:r>
      <w:r w:rsidRPr="00BF049A">
        <w:rPr>
          <w:b/>
          <w:sz w:val="28"/>
          <w:szCs w:val="28"/>
        </w:rPr>
        <w:t>Ệ</w:t>
      </w:r>
      <w:r w:rsidRPr="00BF049A">
        <w:rPr>
          <w:b/>
          <w:sz w:val="28"/>
          <w:szCs w:val="28"/>
        </w:rPr>
        <w:t>C</w:t>
      </w:r>
    </w:p>
    <w:p w:rsidR="004A0BBB" w:rsidRPr="00BF049A" w:rsidRDefault="00BF049A">
      <w:pPr>
        <w:jc w:val="center"/>
        <w:rPr>
          <w:sz w:val="28"/>
          <w:szCs w:val="28"/>
        </w:rPr>
      </w:pPr>
      <w:r w:rsidRPr="00BF049A">
        <w:rPr>
          <w:sz w:val="28"/>
          <w:szCs w:val="28"/>
        </w:rPr>
        <w:t>(Sau khi k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t thúc h</w:t>
      </w:r>
      <w:r w:rsidRPr="00BF049A">
        <w:rPr>
          <w:sz w:val="28"/>
          <w:szCs w:val="28"/>
        </w:rPr>
        <w:t>ợ</w:t>
      </w:r>
      <w:r w:rsidRPr="00BF049A">
        <w:rPr>
          <w:sz w:val="28"/>
          <w:szCs w:val="28"/>
        </w:rPr>
        <w:t>p đ</w:t>
      </w:r>
      <w:r w:rsidRPr="00BF049A">
        <w:rPr>
          <w:sz w:val="28"/>
          <w:szCs w:val="28"/>
        </w:rPr>
        <w:t>ồ</w:t>
      </w:r>
      <w:r w:rsidRPr="00BF049A">
        <w:rPr>
          <w:sz w:val="28"/>
          <w:szCs w:val="28"/>
        </w:rPr>
        <w:t>ng t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p ngh</w:t>
      </w:r>
      <w:r w:rsidRPr="00BF049A">
        <w:rPr>
          <w:sz w:val="28"/>
          <w:szCs w:val="28"/>
        </w:rPr>
        <w:t>ề</w:t>
      </w:r>
      <w:r w:rsidRPr="00BF049A">
        <w:rPr>
          <w:sz w:val="28"/>
          <w:szCs w:val="28"/>
        </w:rPr>
        <w:t>)</w:t>
      </w:r>
    </w:p>
    <w:p w:rsidR="004A0BBB" w:rsidRPr="00BF049A" w:rsidRDefault="004A0BBB">
      <w:pPr>
        <w:rPr>
          <w:sz w:val="28"/>
          <w:szCs w:val="28"/>
        </w:rPr>
      </w:pP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Hôm nay, ngày … tháng … năm …, t</w:t>
      </w:r>
      <w:r w:rsidRPr="00BF049A">
        <w:rPr>
          <w:sz w:val="28"/>
          <w:szCs w:val="28"/>
        </w:rPr>
        <w:t>ạ</w:t>
      </w:r>
      <w:r w:rsidRPr="00BF049A">
        <w:rPr>
          <w:sz w:val="28"/>
          <w:szCs w:val="28"/>
        </w:rPr>
        <w:t>i [Tên công ty], chúng tôi g</w:t>
      </w:r>
      <w:r w:rsidRPr="00BF049A">
        <w:rPr>
          <w:sz w:val="28"/>
          <w:szCs w:val="28"/>
        </w:rPr>
        <w:t>ồ</w:t>
      </w:r>
      <w:r w:rsidRPr="00BF049A">
        <w:rPr>
          <w:sz w:val="28"/>
          <w:szCs w:val="28"/>
        </w:rPr>
        <w:t>m: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1. Ngư</w:t>
      </w:r>
      <w:r w:rsidRPr="00BF049A">
        <w:rPr>
          <w:sz w:val="28"/>
          <w:szCs w:val="28"/>
        </w:rPr>
        <w:t>ờ</w:t>
      </w:r>
      <w:r w:rsidRPr="00BF049A">
        <w:rPr>
          <w:sz w:val="28"/>
          <w:szCs w:val="28"/>
        </w:rPr>
        <w:t>i bàn giao: [H</w:t>
      </w:r>
      <w:r w:rsidRPr="00BF049A">
        <w:rPr>
          <w:sz w:val="28"/>
          <w:szCs w:val="28"/>
        </w:rPr>
        <w:t>ọ</w:t>
      </w:r>
      <w:r w:rsidRPr="00BF049A">
        <w:rPr>
          <w:sz w:val="28"/>
          <w:szCs w:val="28"/>
        </w:rPr>
        <w:t xml:space="preserve"> và tên ngư</w:t>
      </w:r>
      <w:r w:rsidRPr="00BF049A">
        <w:rPr>
          <w:sz w:val="28"/>
          <w:szCs w:val="28"/>
        </w:rPr>
        <w:t>ờ</w:t>
      </w:r>
      <w:r w:rsidRPr="00BF049A">
        <w:rPr>
          <w:sz w:val="28"/>
          <w:szCs w:val="28"/>
        </w:rPr>
        <w:t>i t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p ngh</w:t>
      </w:r>
      <w:r w:rsidRPr="00BF049A">
        <w:rPr>
          <w:sz w:val="28"/>
          <w:szCs w:val="28"/>
        </w:rPr>
        <w:t>ề</w:t>
      </w:r>
      <w:r w:rsidRPr="00BF049A">
        <w:rPr>
          <w:sz w:val="28"/>
          <w:szCs w:val="28"/>
        </w:rPr>
        <w:t>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 xml:space="preserve">   - Ch</w:t>
      </w:r>
      <w:r w:rsidRPr="00BF049A">
        <w:rPr>
          <w:sz w:val="28"/>
          <w:szCs w:val="28"/>
        </w:rPr>
        <w:t>ứ</w:t>
      </w:r>
      <w:r w:rsidRPr="00BF049A">
        <w:rPr>
          <w:sz w:val="28"/>
          <w:szCs w:val="28"/>
        </w:rPr>
        <w:t>c danh: [Ch</w:t>
      </w:r>
      <w:r w:rsidRPr="00BF049A">
        <w:rPr>
          <w:sz w:val="28"/>
          <w:szCs w:val="28"/>
        </w:rPr>
        <w:t>ứ</w:t>
      </w:r>
      <w:r w:rsidRPr="00BF049A">
        <w:rPr>
          <w:sz w:val="28"/>
          <w:szCs w:val="28"/>
        </w:rPr>
        <w:t>c danh n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u có]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 xml:space="preserve">   - B</w:t>
      </w:r>
      <w:r w:rsidRPr="00BF049A">
        <w:rPr>
          <w:sz w:val="28"/>
          <w:szCs w:val="28"/>
        </w:rPr>
        <w:t>ộ</w:t>
      </w:r>
      <w:r w:rsidRPr="00BF049A">
        <w:rPr>
          <w:sz w:val="28"/>
          <w:szCs w:val="28"/>
        </w:rPr>
        <w:t xml:space="preserve"> ph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n: [Phòng/ban]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2. Ngư</w:t>
      </w:r>
      <w:r w:rsidRPr="00BF049A">
        <w:rPr>
          <w:sz w:val="28"/>
          <w:szCs w:val="28"/>
        </w:rPr>
        <w:t>ờ</w:t>
      </w:r>
      <w:r w:rsidRPr="00BF049A">
        <w:rPr>
          <w:sz w:val="28"/>
          <w:szCs w:val="28"/>
        </w:rPr>
        <w:t>i nh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n bàn giao: [H</w:t>
      </w:r>
      <w:r w:rsidRPr="00BF049A">
        <w:rPr>
          <w:sz w:val="28"/>
          <w:szCs w:val="28"/>
        </w:rPr>
        <w:t>ọ</w:t>
      </w:r>
      <w:r w:rsidRPr="00BF049A">
        <w:rPr>
          <w:sz w:val="28"/>
          <w:szCs w:val="28"/>
        </w:rPr>
        <w:t xml:space="preserve"> và tên ngư</w:t>
      </w:r>
      <w:r w:rsidRPr="00BF049A">
        <w:rPr>
          <w:sz w:val="28"/>
          <w:szCs w:val="28"/>
        </w:rPr>
        <w:t>ờ</w:t>
      </w:r>
      <w:r w:rsidRPr="00BF049A">
        <w:rPr>
          <w:sz w:val="28"/>
          <w:szCs w:val="28"/>
        </w:rPr>
        <w:t>i nh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n bàn giao]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 xml:space="preserve">   - Ch</w:t>
      </w:r>
      <w:r w:rsidRPr="00BF049A">
        <w:rPr>
          <w:sz w:val="28"/>
          <w:szCs w:val="28"/>
        </w:rPr>
        <w:t>ứ</w:t>
      </w:r>
      <w:r w:rsidRPr="00BF049A">
        <w:rPr>
          <w:sz w:val="28"/>
          <w:szCs w:val="28"/>
        </w:rPr>
        <w:t>c danh: [Ch</w:t>
      </w:r>
      <w:r w:rsidRPr="00BF049A">
        <w:rPr>
          <w:sz w:val="28"/>
          <w:szCs w:val="28"/>
        </w:rPr>
        <w:t>ứ</w:t>
      </w:r>
      <w:r w:rsidRPr="00BF049A">
        <w:rPr>
          <w:sz w:val="28"/>
          <w:szCs w:val="28"/>
        </w:rPr>
        <w:t>c danh]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 xml:space="preserve">   - B</w:t>
      </w:r>
      <w:r w:rsidRPr="00BF049A">
        <w:rPr>
          <w:sz w:val="28"/>
          <w:szCs w:val="28"/>
        </w:rPr>
        <w:t>ộ</w:t>
      </w:r>
      <w:r w:rsidRPr="00BF049A">
        <w:rPr>
          <w:sz w:val="28"/>
          <w:szCs w:val="28"/>
        </w:rPr>
        <w:t xml:space="preserve"> ph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n: [Phòng/ban]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Hai bên cùng ti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n hành bàn giao công vi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c như sau: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- Danh sách công vi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c đã th</w:t>
      </w:r>
      <w:r w:rsidRPr="00BF049A">
        <w:rPr>
          <w:sz w:val="28"/>
          <w:szCs w:val="28"/>
        </w:rPr>
        <w:t>ự</w:t>
      </w:r>
      <w:r w:rsidRPr="00BF049A">
        <w:rPr>
          <w:sz w:val="28"/>
          <w:szCs w:val="28"/>
        </w:rPr>
        <w:t>c hi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n trong th</w:t>
      </w:r>
      <w:r w:rsidRPr="00BF049A">
        <w:rPr>
          <w:sz w:val="28"/>
          <w:szCs w:val="28"/>
        </w:rPr>
        <w:t>ờ</w:t>
      </w:r>
      <w:r w:rsidRPr="00BF049A">
        <w:rPr>
          <w:sz w:val="28"/>
          <w:szCs w:val="28"/>
        </w:rPr>
        <w:t>i gian t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p ngh</w:t>
      </w:r>
      <w:r w:rsidRPr="00BF049A">
        <w:rPr>
          <w:sz w:val="28"/>
          <w:szCs w:val="28"/>
        </w:rPr>
        <w:t>ề</w:t>
      </w:r>
      <w:r w:rsidRPr="00BF049A">
        <w:rPr>
          <w:sz w:val="28"/>
          <w:szCs w:val="28"/>
        </w:rPr>
        <w:t>: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[Li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t kê c</w:t>
      </w:r>
      <w:r w:rsidRPr="00BF049A">
        <w:rPr>
          <w:sz w:val="28"/>
          <w:szCs w:val="28"/>
        </w:rPr>
        <w:t>ụ</w:t>
      </w:r>
      <w:r w:rsidRPr="00BF049A">
        <w:rPr>
          <w:sz w:val="28"/>
          <w:szCs w:val="28"/>
        </w:rPr>
        <w:t xml:space="preserve"> th</w:t>
      </w:r>
      <w:r w:rsidRPr="00BF049A">
        <w:rPr>
          <w:sz w:val="28"/>
          <w:szCs w:val="28"/>
        </w:rPr>
        <w:t>ể</w:t>
      </w:r>
      <w:r w:rsidRPr="00BF049A">
        <w:rPr>
          <w:sz w:val="28"/>
          <w:szCs w:val="28"/>
        </w:rPr>
        <w:t xml:space="preserve"> t</w:t>
      </w:r>
      <w:r w:rsidRPr="00BF049A">
        <w:rPr>
          <w:sz w:val="28"/>
          <w:szCs w:val="28"/>
        </w:rPr>
        <w:t>ừ</w:t>
      </w:r>
      <w:r w:rsidRPr="00BF049A">
        <w:rPr>
          <w:sz w:val="28"/>
          <w:szCs w:val="28"/>
        </w:rPr>
        <w:t>ng công vi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c đã th</w:t>
      </w:r>
      <w:r w:rsidRPr="00BF049A">
        <w:rPr>
          <w:sz w:val="28"/>
          <w:szCs w:val="28"/>
        </w:rPr>
        <w:t>ự</w:t>
      </w:r>
      <w:r w:rsidRPr="00BF049A">
        <w:rPr>
          <w:sz w:val="28"/>
          <w:szCs w:val="28"/>
        </w:rPr>
        <w:t>c hi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n]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- Tài li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u, h</w:t>
      </w:r>
      <w:r w:rsidRPr="00BF049A">
        <w:rPr>
          <w:sz w:val="28"/>
          <w:szCs w:val="28"/>
        </w:rPr>
        <w:t>ồ</w:t>
      </w:r>
      <w:r w:rsidRPr="00BF049A">
        <w:rPr>
          <w:sz w:val="28"/>
          <w:szCs w:val="28"/>
        </w:rPr>
        <w:t xml:space="preserve"> sơ, thi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t b</w:t>
      </w:r>
      <w:r w:rsidRPr="00BF049A">
        <w:rPr>
          <w:sz w:val="28"/>
          <w:szCs w:val="28"/>
        </w:rPr>
        <w:t>ị</w:t>
      </w:r>
      <w:r w:rsidRPr="00BF049A">
        <w:rPr>
          <w:sz w:val="28"/>
          <w:szCs w:val="28"/>
        </w:rPr>
        <w:t xml:space="preserve"> đã s</w:t>
      </w:r>
      <w:r w:rsidRPr="00BF049A">
        <w:rPr>
          <w:sz w:val="28"/>
          <w:szCs w:val="28"/>
        </w:rPr>
        <w:t>ử</w:t>
      </w:r>
      <w:r w:rsidRPr="00BF049A">
        <w:rPr>
          <w:sz w:val="28"/>
          <w:szCs w:val="28"/>
        </w:rPr>
        <w:t xml:space="preserve"> d</w:t>
      </w:r>
      <w:r w:rsidRPr="00BF049A">
        <w:rPr>
          <w:sz w:val="28"/>
          <w:szCs w:val="28"/>
        </w:rPr>
        <w:t>ụ</w:t>
      </w:r>
      <w:r w:rsidRPr="00BF049A">
        <w:rPr>
          <w:sz w:val="28"/>
          <w:szCs w:val="28"/>
        </w:rPr>
        <w:t>ng (n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u có):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[Li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t kê tài s</w:t>
      </w:r>
      <w:r w:rsidRPr="00BF049A">
        <w:rPr>
          <w:sz w:val="28"/>
          <w:szCs w:val="28"/>
        </w:rPr>
        <w:t>ả</w:t>
      </w:r>
      <w:r w:rsidRPr="00BF049A">
        <w:rPr>
          <w:sz w:val="28"/>
          <w:szCs w:val="28"/>
        </w:rPr>
        <w:t>n, thi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t b</w:t>
      </w:r>
      <w:r w:rsidRPr="00BF049A">
        <w:rPr>
          <w:sz w:val="28"/>
          <w:szCs w:val="28"/>
        </w:rPr>
        <w:t>ị</w:t>
      </w:r>
      <w:r w:rsidRPr="00BF049A">
        <w:rPr>
          <w:sz w:val="28"/>
          <w:szCs w:val="28"/>
        </w:rPr>
        <w:t>, tài li</w:t>
      </w:r>
      <w:r w:rsidRPr="00BF049A">
        <w:rPr>
          <w:sz w:val="28"/>
          <w:szCs w:val="28"/>
        </w:rPr>
        <w:t>ệ</w:t>
      </w:r>
      <w:r w:rsidRPr="00BF049A">
        <w:rPr>
          <w:sz w:val="28"/>
          <w:szCs w:val="28"/>
        </w:rPr>
        <w:t>u đã s</w:t>
      </w:r>
      <w:r w:rsidRPr="00BF049A">
        <w:rPr>
          <w:sz w:val="28"/>
          <w:szCs w:val="28"/>
        </w:rPr>
        <w:t>ử</w:t>
      </w:r>
      <w:r w:rsidRPr="00BF049A">
        <w:rPr>
          <w:sz w:val="28"/>
          <w:szCs w:val="28"/>
        </w:rPr>
        <w:t xml:space="preserve"> d</w:t>
      </w:r>
      <w:r w:rsidRPr="00BF049A">
        <w:rPr>
          <w:sz w:val="28"/>
          <w:szCs w:val="28"/>
        </w:rPr>
        <w:t>ụ</w:t>
      </w:r>
      <w:r w:rsidRPr="00BF049A">
        <w:rPr>
          <w:sz w:val="28"/>
          <w:szCs w:val="28"/>
        </w:rPr>
        <w:t>ng và bàn giao l</w:t>
      </w:r>
      <w:r w:rsidRPr="00BF049A">
        <w:rPr>
          <w:sz w:val="28"/>
          <w:szCs w:val="28"/>
        </w:rPr>
        <w:t>ạ</w:t>
      </w:r>
      <w:r w:rsidRPr="00BF049A">
        <w:rPr>
          <w:sz w:val="28"/>
          <w:szCs w:val="28"/>
        </w:rPr>
        <w:t>i]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- Các v</w:t>
      </w:r>
      <w:r w:rsidRPr="00BF049A">
        <w:rPr>
          <w:sz w:val="28"/>
          <w:szCs w:val="28"/>
        </w:rPr>
        <w:t>ấ</w:t>
      </w:r>
      <w:r w:rsidRPr="00BF049A">
        <w:rPr>
          <w:sz w:val="28"/>
          <w:szCs w:val="28"/>
        </w:rPr>
        <w:t>n đ</w:t>
      </w:r>
      <w:r w:rsidRPr="00BF049A">
        <w:rPr>
          <w:sz w:val="28"/>
          <w:szCs w:val="28"/>
        </w:rPr>
        <w:t>ề</w:t>
      </w:r>
      <w:r w:rsidRPr="00BF049A">
        <w:rPr>
          <w:sz w:val="28"/>
          <w:szCs w:val="28"/>
        </w:rPr>
        <w:t xml:space="preserve"> t</w:t>
      </w:r>
      <w:r w:rsidRPr="00BF049A">
        <w:rPr>
          <w:sz w:val="28"/>
          <w:szCs w:val="28"/>
        </w:rPr>
        <w:t>ồ</w:t>
      </w:r>
      <w:r w:rsidRPr="00BF049A">
        <w:rPr>
          <w:sz w:val="28"/>
          <w:szCs w:val="28"/>
        </w:rPr>
        <w:t>n đ</w:t>
      </w:r>
      <w:r w:rsidRPr="00BF049A">
        <w:rPr>
          <w:sz w:val="28"/>
          <w:szCs w:val="28"/>
        </w:rPr>
        <w:t>ọ</w:t>
      </w:r>
      <w:r w:rsidRPr="00BF049A">
        <w:rPr>
          <w:sz w:val="28"/>
          <w:szCs w:val="28"/>
        </w:rPr>
        <w:t>ng (n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u có):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[Ghi rõ nh</w:t>
      </w:r>
      <w:r w:rsidRPr="00BF049A">
        <w:rPr>
          <w:sz w:val="28"/>
          <w:szCs w:val="28"/>
        </w:rPr>
        <w:t>ữ</w:t>
      </w:r>
      <w:r w:rsidRPr="00BF049A">
        <w:rPr>
          <w:sz w:val="28"/>
          <w:szCs w:val="28"/>
        </w:rPr>
        <w:t>ng v</w:t>
      </w:r>
      <w:r w:rsidRPr="00BF049A">
        <w:rPr>
          <w:sz w:val="28"/>
          <w:szCs w:val="28"/>
        </w:rPr>
        <w:t>ấ</w:t>
      </w:r>
      <w:r w:rsidRPr="00BF049A">
        <w:rPr>
          <w:sz w:val="28"/>
          <w:szCs w:val="28"/>
        </w:rPr>
        <w:t>n đ</w:t>
      </w:r>
      <w:r w:rsidRPr="00BF049A">
        <w:rPr>
          <w:sz w:val="28"/>
          <w:szCs w:val="28"/>
        </w:rPr>
        <w:t>ề</w:t>
      </w:r>
      <w:r w:rsidRPr="00BF049A">
        <w:rPr>
          <w:sz w:val="28"/>
          <w:szCs w:val="28"/>
        </w:rPr>
        <w:t xml:space="preserve"> chưa hoàn thành </w:t>
      </w:r>
      <w:r w:rsidRPr="00BF049A">
        <w:rPr>
          <w:sz w:val="28"/>
          <w:szCs w:val="28"/>
        </w:rPr>
        <w:t>ho</w:t>
      </w:r>
      <w:r w:rsidRPr="00BF049A">
        <w:rPr>
          <w:sz w:val="28"/>
          <w:szCs w:val="28"/>
        </w:rPr>
        <w:t>ặ</w:t>
      </w:r>
      <w:r w:rsidRPr="00BF049A">
        <w:rPr>
          <w:sz w:val="28"/>
          <w:szCs w:val="28"/>
        </w:rPr>
        <w:t>c vư</w:t>
      </w:r>
      <w:r w:rsidRPr="00BF049A">
        <w:rPr>
          <w:sz w:val="28"/>
          <w:szCs w:val="28"/>
        </w:rPr>
        <w:t>ớ</w:t>
      </w:r>
      <w:r w:rsidRPr="00BF049A">
        <w:rPr>
          <w:sz w:val="28"/>
          <w:szCs w:val="28"/>
        </w:rPr>
        <w:t>ng m</w:t>
      </w:r>
      <w:r w:rsidRPr="00BF049A">
        <w:rPr>
          <w:sz w:val="28"/>
          <w:szCs w:val="28"/>
        </w:rPr>
        <w:t>ắ</w:t>
      </w:r>
      <w:r w:rsidRPr="00BF049A">
        <w:rPr>
          <w:sz w:val="28"/>
          <w:szCs w:val="28"/>
        </w:rPr>
        <w:t>c n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u có]</w:t>
      </w:r>
    </w:p>
    <w:p w:rsidR="004A0BBB" w:rsidRPr="00BF049A" w:rsidRDefault="00BF049A">
      <w:pPr>
        <w:rPr>
          <w:sz w:val="28"/>
          <w:szCs w:val="28"/>
        </w:rPr>
      </w:pPr>
      <w:r w:rsidRPr="00BF049A">
        <w:rPr>
          <w:sz w:val="28"/>
          <w:szCs w:val="28"/>
        </w:rPr>
        <w:t>Hai bên cam k</w:t>
      </w:r>
      <w:r w:rsidRPr="00BF049A">
        <w:rPr>
          <w:sz w:val="28"/>
          <w:szCs w:val="28"/>
        </w:rPr>
        <w:t>ế</w:t>
      </w:r>
      <w:r w:rsidRPr="00BF049A">
        <w:rPr>
          <w:sz w:val="28"/>
          <w:szCs w:val="28"/>
        </w:rPr>
        <w:t>t đã ki</w:t>
      </w:r>
      <w:r w:rsidRPr="00BF049A">
        <w:rPr>
          <w:sz w:val="28"/>
          <w:szCs w:val="28"/>
        </w:rPr>
        <w:t>ể</w:t>
      </w:r>
      <w:r w:rsidRPr="00BF049A">
        <w:rPr>
          <w:sz w:val="28"/>
          <w:szCs w:val="28"/>
        </w:rPr>
        <w:t>m tra và xác nh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n n</w:t>
      </w:r>
      <w:r w:rsidRPr="00BF049A">
        <w:rPr>
          <w:sz w:val="28"/>
          <w:szCs w:val="28"/>
        </w:rPr>
        <w:t>ộ</w:t>
      </w:r>
      <w:r w:rsidRPr="00BF049A">
        <w:rPr>
          <w:sz w:val="28"/>
          <w:szCs w:val="28"/>
        </w:rPr>
        <w:t>i dung bàn giao là đúng và đ</w:t>
      </w:r>
      <w:r w:rsidRPr="00BF049A">
        <w:rPr>
          <w:sz w:val="28"/>
          <w:szCs w:val="28"/>
        </w:rPr>
        <w:t>ầ</w:t>
      </w:r>
      <w:r w:rsidRPr="00BF049A">
        <w:rPr>
          <w:sz w:val="28"/>
          <w:szCs w:val="28"/>
        </w:rPr>
        <w:t>y đ</w:t>
      </w:r>
      <w:r w:rsidRPr="00BF049A">
        <w:rPr>
          <w:sz w:val="28"/>
          <w:szCs w:val="28"/>
        </w:rPr>
        <w:t>ủ</w:t>
      </w:r>
      <w:r w:rsidRPr="00BF049A">
        <w:rPr>
          <w:sz w:val="28"/>
          <w:szCs w:val="28"/>
        </w:rPr>
        <w:t>. Biên b</w:t>
      </w:r>
      <w:r w:rsidRPr="00BF049A">
        <w:rPr>
          <w:sz w:val="28"/>
          <w:szCs w:val="28"/>
        </w:rPr>
        <w:t>ả</w:t>
      </w:r>
      <w:r w:rsidRPr="00BF049A">
        <w:rPr>
          <w:sz w:val="28"/>
          <w:szCs w:val="28"/>
        </w:rPr>
        <w:t>n này đư</w:t>
      </w:r>
      <w:r w:rsidRPr="00BF049A">
        <w:rPr>
          <w:sz w:val="28"/>
          <w:szCs w:val="28"/>
        </w:rPr>
        <w:t>ợ</w:t>
      </w:r>
      <w:r w:rsidRPr="00BF049A">
        <w:rPr>
          <w:sz w:val="28"/>
          <w:szCs w:val="28"/>
        </w:rPr>
        <w:t>c l</w:t>
      </w:r>
      <w:r w:rsidRPr="00BF049A">
        <w:rPr>
          <w:sz w:val="28"/>
          <w:szCs w:val="28"/>
        </w:rPr>
        <w:t>ậ</w:t>
      </w:r>
      <w:r w:rsidRPr="00BF049A">
        <w:rPr>
          <w:sz w:val="28"/>
          <w:szCs w:val="28"/>
        </w:rPr>
        <w:t>p thành 02 b</w:t>
      </w:r>
      <w:r w:rsidRPr="00BF049A">
        <w:rPr>
          <w:sz w:val="28"/>
          <w:szCs w:val="28"/>
        </w:rPr>
        <w:t>ả</w:t>
      </w:r>
      <w:r w:rsidRPr="00BF049A">
        <w:rPr>
          <w:sz w:val="28"/>
          <w:szCs w:val="28"/>
        </w:rPr>
        <w:t>n, m</w:t>
      </w:r>
      <w:r w:rsidRPr="00BF049A">
        <w:rPr>
          <w:sz w:val="28"/>
          <w:szCs w:val="28"/>
        </w:rPr>
        <w:t>ỗ</w:t>
      </w:r>
      <w:r w:rsidRPr="00BF049A">
        <w:rPr>
          <w:sz w:val="28"/>
          <w:szCs w:val="28"/>
        </w:rPr>
        <w:t>i bên gi</w:t>
      </w:r>
      <w:r w:rsidRPr="00BF049A">
        <w:rPr>
          <w:sz w:val="28"/>
          <w:szCs w:val="28"/>
        </w:rPr>
        <w:t>ữ</w:t>
      </w:r>
      <w:r w:rsidRPr="00BF049A">
        <w:rPr>
          <w:sz w:val="28"/>
          <w:szCs w:val="28"/>
        </w:rPr>
        <w:t xml:space="preserve"> 01 b</w:t>
      </w:r>
      <w:r w:rsidRPr="00BF049A">
        <w:rPr>
          <w:sz w:val="28"/>
          <w:szCs w:val="28"/>
        </w:rPr>
        <w:t>ả</w:t>
      </w:r>
      <w:r w:rsidRPr="00BF049A">
        <w:rPr>
          <w:sz w:val="28"/>
          <w:szCs w:val="28"/>
        </w:rPr>
        <w:t>n có giá tr</w:t>
      </w:r>
      <w:r w:rsidRPr="00BF049A">
        <w:rPr>
          <w:sz w:val="28"/>
          <w:szCs w:val="28"/>
        </w:rPr>
        <w:t>ị</w:t>
      </w:r>
      <w:r w:rsidRPr="00BF049A">
        <w:rPr>
          <w:sz w:val="28"/>
          <w:szCs w:val="28"/>
        </w:rPr>
        <w:t xml:space="preserve"> pháp lý như nhau.</w:t>
      </w:r>
      <w:bookmarkStart w:id="0" w:name="_GoBack"/>
      <w:bookmarkEnd w:id="0"/>
    </w:p>
    <w:p w:rsidR="004A0BBB" w:rsidRPr="00BF049A" w:rsidRDefault="004A0BBB" w:rsidP="00BF049A">
      <w:pPr>
        <w:jc w:val="right"/>
        <w:rPr>
          <w:b/>
          <w:sz w:val="28"/>
          <w:szCs w:val="28"/>
        </w:rPr>
      </w:pP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Đ</w:t>
      </w:r>
      <w:r w:rsidRPr="00BF049A">
        <w:rPr>
          <w:b/>
          <w:sz w:val="28"/>
          <w:szCs w:val="28"/>
        </w:rPr>
        <w:t>Ạ</w:t>
      </w:r>
      <w:r w:rsidRPr="00BF049A">
        <w:rPr>
          <w:b/>
          <w:sz w:val="28"/>
          <w:szCs w:val="28"/>
        </w:rPr>
        <w:t>I DI</w:t>
      </w:r>
      <w:r w:rsidRPr="00BF049A">
        <w:rPr>
          <w:b/>
          <w:sz w:val="28"/>
          <w:szCs w:val="28"/>
        </w:rPr>
        <w:t>Ệ</w:t>
      </w:r>
      <w:r w:rsidRPr="00BF049A">
        <w:rPr>
          <w:b/>
          <w:sz w:val="28"/>
          <w:szCs w:val="28"/>
        </w:rPr>
        <w:t>N CÔNG TY</w:t>
      </w: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(Ký, ghi rõ h</w:t>
      </w:r>
      <w:r w:rsidRPr="00BF049A">
        <w:rPr>
          <w:b/>
          <w:sz w:val="28"/>
          <w:szCs w:val="28"/>
        </w:rPr>
        <w:t>ọ</w:t>
      </w:r>
      <w:r w:rsidRPr="00BF049A">
        <w:rPr>
          <w:b/>
          <w:sz w:val="28"/>
          <w:szCs w:val="28"/>
        </w:rPr>
        <w:t xml:space="preserve"> tên)</w:t>
      </w:r>
    </w:p>
    <w:p w:rsidR="004A0BBB" w:rsidRPr="00BF049A" w:rsidRDefault="004A0BBB" w:rsidP="00BF049A">
      <w:pPr>
        <w:jc w:val="right"/>
        <w:rPr>
          <w:b/>
          <w:sz w:val="28"/>
          <w:szCs w:val="28"/>
        </w:rPr>
      </w:pP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NGƯ</w:t>
      </w:r>
      <w:r w:rsidRPr="00BF049A">
        <w:rPr>
          <w:b/>
          <w:sz w:val="28"/>
          <w:szCs w:val="28"/>
        </w:rPr>
        <w:t>Ờ</w:t>
      </w:r>
      <w:r w:rsidRPr="00BF049A">
        <w:rPr>
          <w:b/>
          <w:sz w:val="28"/>
          <w:szCs w:val="28"/>
        </w:rPr>
        <w:t>I BÀN GIAO</w:t>
      </w: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(Ký, ghi rõ h</w:t>
      </w:r>
      <w:r w:rsidRPr="00BF049A">
        <w:rPr>
          <w:b/>
          <w:sz w:val="28"/>
          <w:szCs w:val="28"/>
        </w:rPr>
        <w:t>ọ</w:t>
      </w:r>
      <w:r w:rsidRPr="00BF049A">
        <w:rPr>
          <w:b/>
          <w:sz w:val="28"/>
          <w:szCs w:val="28"/>
        </w:rPr>
        <w:t xml:space="preserve"> </w:t>
      </w:r>
      <w:r w:rsidRPr="00BF049A">
        <w:rPr>
          <w:b/>
          <w:sz w:val="28"/>
          <w:szCs w:val="28"/>
        </w:rPr>
        <w:t>tên)</w:t>
      </w:r>
    </w:p>
    <w:p w:rsidR="004A0BBB" w:rsidRPr="00BF049A" w:rsidRDefault="004A0BBB" w:rsidP="00BF049A">
      <w:pPr>
        <w:jc w:val="right"/>
        <w:rPr>
          <w:b/>
          <w:sz w:val="28"/>
          <w:szCs w:val="28"/>
        </w:rPr>
      </w:pP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NGƯ</w:t>
      </w:r>
      <w:r w:rsidRPr="00BF049A">
        <w:rPr>
          <w:b/>
          <w:sz w:val="28"/>
          <w:szCs w:val="28"/>
        </w:rPr>
        <w:t>Ờ</w:t>
      </w:r>
      <w:r w:rsidRPr="00BF049A">
        <w:rPr>
          <w:b/>
          <w:sz w:val="28"/>
          <w:szCs w:val="28"/>
        </w:rPr>
        <w:t>I NH</w:t>
      </w:r>
      <w:r w:rsidRPr="00BF049A">
        <w:rPr>
          <w:b/>
          <w:sz w:val="28"/>
          <w:szCs w:val="28"/>
        </w:rPr>
        <w:t>Ậ</w:t>
      </w:r>
      <w:r w:rsidRPr="00BF049A">
        <w:rPr>
          <w:b/>
          <w:sz w:val="28"/>
          <w:szCs w:val="28"/>
        </w:rPr>
        <w:t>N BÀN GIAO</w:t>
      </w:r>
    </w:p>
    <w:p w:rsidR="004A0BBB" w:rsidRPr="00BF049A" w:rsidRDefault="00BF049A" w:rsidP="00BF049A">
      <w:pPr>
        <w:jc w:val="right"/>
        <w:rPr>
          <w:b/>
          <w:sz w:val="28"/>
          <w:szCs w:val="28"/>
        </w:rPr>
      </w:pPr>
      <w:r w:rsidRPr="00BF049A">
        <w:rPr>
          <w:b/>
          <w:sz w:val="28"/>
          <w:szCs w:val="28"/>
        </w:rPr>
        <w:t>(Ký, ghi rõ h</w:t>
      </w:r>
      <w:r w:rsidRPr="00BF049A">
        <w:rPr>
          <w:b/>
          <w:sz w:val="28"/>
          <w:szCs w:val="28"/>
        </w:rPr>
        <w:t>ọ</w:t>
      </w:r>
      <w:r w:rsidRPr="00BF049A">
        <w:rPr>
          <w:b/>
          <w:sz w:val="28"/>
          <w:szCs w:val="28"/>
        </w:rPr>
        <w:t xml:space="preserve"> tên)</w:t>
      </w:r>
    </w:p>
    <w:p w:rsidR="00BF049A" w:rsidRPr="00BF049A" w:rsidRDefault="00BF049A">
      <w:pPr>
        <w:jc w:val="center"/>
        <w:rPr>
          <w:sz w:val="28"/>
          <w:szCs w:val="28"/>
        </w:rPr>
      </w:pPr>
    </w:p>
    <w:sectPr w:rsidR="00BF049A" w:rsidRPr="00BF04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BBB"/>
    <w:rsid w:val="00AA1D8D"/>
    <w:rsid w:val="00B47730"/>
    <w:rsid w:val="00BF04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76279CD9-3EA9-419F-AD48-11562F36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621439-C512-46E3-8080-B8FF56C0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2025-06-06T01:18:00Z</dcterms:created>
  <dcterms:modified xsi:type="dcterms:W3CDTF">2025-06-06T01:18:00Z</dcterms:modified>
  <cp:category/>
</cp:coreProperties>
</file>