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671" w:rsidRPr="00E31A0C" w:rsidRDefault="00E31A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C</w:t>
      </w:r>
      <w:r w:rsidRPr="00E31A0C">
        <w:rPr>
          <w:rFonts w:ascii="Times New Roman" w:hAnsi="Times New Roman" w:cs="Times New Roman"/>
          <w:b/>
          <w:sz w:val="28"/>
          <w:szCs w:val="28"/>
        </w:rPr>
        <w:t>Ộ</w:t>
      </w:r>
      <w:r w:rsidRPr="00E31A0C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E31A0C">
        <w:rPr>
          <w:rFonts w:ascii="Times New Roman" w:hAnsi="Times New Roman" w:cs="Times New Roman"/>
          <w:b/>
          <w:sz w:val="28"/>
          <w:szCs w:val="28"/>
        </w:rPr>
        <w:t>Ộ</w:t>
      </w:r>
      <w:r w:rsidRPr="00E31A0C">
        <w:rPr>
          <w:rFonts w:ascii="Times New Roman" w:hAnsi="Times New Roman" w:cs="Times New Roman"/>
          <w:b/>
          <w:sz w:val="28"/>
          <w:szCs w:val="28"/>
        </w:rPr>
        <w:t>I CH</w:t>
      </w:r>
      <w:r w:rsidRPr="00E31A0C">
        <w:rPr>
          <w:rFonts w:ascii="Times New Roman" w:hAnsi="Times New Roman" w:cs="Times New Roman"/>
          <w:b/>
          <w:sz w:val="28"/>
          <w:szCs w:val="28"/>
        </w:rPr>
        <w:t>Ủ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E31A0C">
        <w:rPr>
          <w:rFonts w:ascii="Times New Roman" w:hAnsi="Times New Roman" w:cs="Times New Roman"/>
          <w:b/>
          <w:sz w:val="28"/>
          <w:szCs w:val="28"/>
        </w:rPr>
        <w:t>Ệ</w:t>
      </w:r>
      <w:r w:rsidRPr="00E31A0C">
        <w:rPr>
          <w:rFonts w:ascii="Times New Roman" w:hAnsi="Times New Roman" w:cs="Times New Roman"/>
          <w:b/>
          <w:sz w:val="28"/>
          <w:szCs w:val="28"/>
        </w:rPr>
        <w:t>T NAM</w:t>
      </w:r>
    </w:p>
    <w:p w:rsidR="00CE1671" w:rsidRPr="00E31A0C" w:rsidRDefault="00E31A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Đ</w:t>
      </w:r>
      <w:r w:rsidRPr="00E31A0C">
        <w:rPr>
          <w:rFonts w:ascii="Times New Roman" w:hAnsi="Times New Roman" w:cs="Times New Roman"/>
          <w:b/>
          <w:sz w:val="28"/>
          <w:szCs w:val="28"/>
        </w:rPr>
        <w:t>ộ</w:t>
      </w:r>
      <w:r w:rsidRPr="00E31A0C">
        <w:rPr>
          <w:rFonts w:ascii="Times New Roman" w:hAnsi="Times New Roman" w:cs="Times New Roman"/>
          <w:b/>
          <w:sz w:val="28"/>
          <w:szCs w:val="28"/>
        </w:rPr>
        <w:t>c l</w:t>
      </w:r>
      <w:r w:rsidRPr="00E31A0C">
        <w:rPr>
          <w:rFonts w:ascii="Times New Roman" w:hAnsi="Times New Roman" w:cs="Times New Roman"/>
          <w:b/>
          <w:sz w:val="28"/>
          <w:szCs w:val="28"/>
        </w:rPr>
        <w:t>ậ</w:t>
      </w:r>
      <w:r w:rsidRPr="00E31A0C">
        <w:rPr>
          <w:rFonts w:ascii="Times New Roman" w:hAnsi="Times New Roman" w:cs="Times New Roman"/>
          <w:b/>
          <w:sz w:val="28"/>
          <w:szCs w:val="28"/>
        </w:rPr>
        <w:t>p – T</w:t>
      </w:r>
      <w:r w:rsidRPr="00E31A0C">
        <w:rPr>
          <w:rFonts w:ascii="Times New Roman" w:hAnsi="Times New Roman" w:cs="Times New Roman"/>
          <w:b/>
          <w:sz w:val="28"/>
          <w:szCs w:val="28"/>
        </w:rPr>
        <w:t>ự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E31A0C">
        <w:rPr>
          <w:rFonts w:ascii="Times New Roman" w:hAnsi="Times New Roman" w:cs="Times New Roman"/>
          <w:b/>
          <w:sz w:val="28"/>
          <w:szCs w:val="28"/>
        </w:rPr>
        <w:t>ạ</w:t>
      </w:r>
      <w:r w:rsidRPr="00E31A0C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CE1671" w:rsidRPr="00E31A0C" w:rsidRDefault="00E31A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QUY</w:t>
      </w:r>
      <w:r w:rsidRPr="00E31A0C">
        <w:rPr>
          <w:rFonts w:ascii="Times New Roman" w:hAnsi="Times New Roman" w:cs="Times New Roman"/>
          <w:b/>
          <w:sz w:val="28"/>
          <w:szCs w:val="28"/>
        </w:rPr>
        <w:t>Ế</w:t>
      </w:r>
      <w:r w:rsidRPr="00E31A0C">
        <w:rPr>
          <w:rFonts w:ascii="Times New Roman" w:hAnsi="Times New Roman" w:cs="Times New Roman"/>
          <w:b/>
          <w:sz w:val="28"/>
          <w:szCs w:val="28"/>
        </w:rPr>
        <w:t>T Đ</w:t>
      </w:r>
      <w:r w:rsidRPr="00E31A0C">
        <w:rPr>
          <w:rFonts w:ascii="Times New Roman" w:hAnsi="Times New Roman" w:cs="Times New Roman"/>
          <w:b/>
          <w:sz w:val="28"/>
          <w:szCs w:val="28"/>
        </w:rPr>
        <w:t>Ị</w:t>
      </w:r>
      <w:r w:rsidRPr="00E31A0C">
        <w:rPr>
          <w:rFonts w:ascii="Times New Roman" w:hAnsi="Times New Roman" w:cs="Times New Roman"/>
          <w:b/>
          <w:sz w:val="28"/>
          <w:szCs w:val="28"/>
        </w:rPr>
        <w:t>NH</w:t>
      </w:r>
    </w:p>
    <w:p w:rsidR="00CE1671" w:rsidRPr="00E31A0C" w:rsidRDefault="00E31A0C">
      <w:pPr>
        <w:jc w:val="center"/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V/v: T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m ng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>ng kinh doanh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CH</w:t>
      </w:r>
      <w:r w:rsidRPr="00E31A0C">
        <w:rPr>
          <w:rFonts w:ascii="Times New Roman" w:hAnsi="Times New Roman" w:cs="Times New Roman"/>
          <w:b/>
          <w:sz w:val="28"/>
          <w:szCs w:val="28"/>
        </w:rPr>
        <w:t>Ủ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Pr="00E31A0C">
        <w:rPr>
          <w:rFonts w:ascii="Times New Roman" w:hAnsi="Times New Roman" w:cs="Times New Roman"/>
          <w:b/>
          <w:sz w:val="28"/>
          <w:szCs w:val="28"/>
        </w:rPr>
        <w:t>Ở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H</w:t>
      </w:r>
      <w:r w:rsidRPr="00E31A0C">
        <w:rPr>
          <w:rFonts w:ascii="Times New Roman" w:hAnsi="Times New Roman" w:cs="Times New Roman"/>
          <w:b/>
          <w:sz w:val="28"/>
          <w:szCs w:val="28"/>
        </w:rPr>
        <w:t>Ữ</w:t>
      </w:r>
      <w:r w:rsidRPr="00E31A0C">
        <w:rPr>
          <w:rFonts w:ascii="Times New Roman" w:hAnsi="Times New Roman" w:cs="Times New Roman"/>
          <w:b/>
          <w:sz w:val="28"/>
          <w:szCs w:val="28"/>
        </w:rPr>
        <w:t>U CÔNG TY TNHH M</w:t>
      </w:r>
      <w:r w:rsidRPr="00E31A0C">
        <w:rPr>
          <w:rFonts w:ascii="Times New Roman" w:hAnsi="Times New Roman" w:cs="Times New Roman"/>
          <w:b/>
          <w:sz w:val="28"/>
          <w:szCs w:val="28"/>
        </w:rPr>
        <w:t>Ộ</w:t>
      </w:r>
      <w:r w:rsidRPr="00E31A0C">
        <w:rPr>
          <w:rFonts w:ascii="Times New Roman" w:hAnsi="Times New Roman" w:cs="Times New Roman"/>
          <w:b/>
          <w:sz w:val="28"/>
          <w:szCs w:val="28"/>
        </w:rPr>
        <w:t>T THÀNH VIÊN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Căn c</w:t>
      </w:r>
      <w:r w:rsidRPr="00E31A0C">
        <w:rPr>
          <w:rFonts w:ascii="Times New Roman" w:hAnsi="Times New Roman" w:cs="Times New Roman"/>
          <w:sz w:val="28"/>
          <w:szCs w:val="28"/>
        </w:rPr>
        <w:t>ứ</w:t>
      </w:r>
      <w:r w:rsidRPr="00E31A0C">
        <w:rPr>
          <w:rFonts w:ascii="Times New Roman" w:hAnsi="Times New Roman" w:cs="Times New Roman"/>
          <w:sz w:val="28"/>
          <w:szCs w:val="28"/>
        </w:rPr>
        <w:t xml:space="preserve"> Lu</w:t>
      </w:r>
      <w:r w:rsidRPr="00E31A0C">
        <w:rPr>
          <w:rFonts w:ascii="Times New Roman" w:hAnsi="Times New Roman" w:cs="Times New Roman"/>
          <w:sz w:val="28"/>
          <w:szCs w:val="28"/>
        </w:rPr>
        <w:t>ậ</w:t>
      </w:r>
      <w:r w:rsidRPr="00E31A0C">
        <w:rPr>
          <w:rFonts w:ascii="Times New Roman" w:hAnsi="Times New Roman" w:cs="Times New Roman"/>
          <w:sz w:val="28"/>
          <w:szCs w:val="28"/>
        </w:rPr>
        <w:t>t Doanh nghi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p năm 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n hành;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Căn c</w:t>
      </w:r>
      <w:r w:rsidRPr="00E31A0C">
        <w:rPr>
          <w:rFonts w:ascii="Times New Roman" w:hAnsi="Times New Roman" w:cs="Times New Roman"/>
          <w:sz w:val="28"/>
          <w:szCs w:val="28"/>
        </w:rPr>
        <w:t>ứ</w:t>
      </w:r>
      <w:r w:rsidRPr="00E31A0C">
        <w:rPr>
          <w:rFonts w:ascii="Times New Roman" w:hAnsi="Times New Roman" w:cs="Times New Roman"/>
          <w:sz w:val="28"/>
          <w:szCs w:val="28"/>
        </w:rPr>
        <w:t xml:space="preserve"> Đi</w:t>
      </w:r>
      <w:r w:rsidRPr="00E31A0C">
        <w:rPr>
          <w:rFonts w:ascii="Times New Roman" w:hAnsi="Times New Roman" w:cs="Times New Roman"/>
          <w:sz w:val="28"/>
          <w:szCs w:val="28"/>
        </w:rPr>
        <w:t>ề</w:t>
      </w:r>
      <w:r w:rsidRPr="00E31A0C">
        <w:rPr>
          <w:rFonts w:ascii="Times New Roman" w:hAnsi="Times New Roman" w:cs="Times New Roman"/>
          <w:sz w:val="28"/>
          <w:szCs w:val="28"/>
        </w:rPr>
        <w:t>u l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 xml:space="preserve"> t</w:t>
      </w:r>
      <w:r w:rsidRPr="00E31A0C">
        <w:rPr>
          <w:rFonts w:ascii="Times New Roman" w:hAnsi="Times New Roman" w:cs="Times New Roman"/>
          <w:sz w:val="28"/>
          <w:szCs w:val="28"/>
        </w:rPr>
        <w:t>ổ</w:t>
      </w:r>
      <w:r w:rsidRPr="00E31A0C">
        <w:rPr>
          <w:rFonts w:ascii="Times New Roman" w:hAnsi="Times New Roman" w:cs="Times New Roman"/>
          <w:sz w:val="28"/>
          <w:szCs w:val="28"/>
        </w:rPr>
        <w:t xml:space="preserve"> ch</w:t>
      </w:r>
      <w:r w:rsidRPr="00E31A0C">
        <w:rPr>
          <w:rFonts w:ascii="Times New Roman" w:hAnsi="Times New Roman" w:cs="Times New Roman"/>
          <w:sz w:val="28"/>
          <w:szCs w:val="28"/>
        </w:rPr>
        <w:t>ứ</w:t>
      </w:r>
      <w:r w:rsidRPr="00E31A0C">
        <w:rPr>
          <w:rFonts w:ascii="Times New Roman" w:hAnsi="Times New Roman" w:cs="Times New Roman"/>
          <w:sz w:val="28"/>
          <w:szCs w:val="28"/>
        </w:rPr>
        <w:t>c và ho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t đ</w:t>
      </w:r>
      <w:r w:rsidRPr="00E31A0C">
        <w:rPr>
          <w:rFonts w:ascii="Times New Roman" w:hAnsi="Times New Roman" w:cs="Times New Roman"/>
          <w:sz w:val="28"/>
          <w:szCs w:val="28"/>
        </w:rPr>
        <w:t>ộ</w:t>
      </w:r>
      <w:r w:rsidRPr="00E31A0C">
        <w:rPr>
          <w:rFonts w:ascii="Times New Roman" w:hAnsi="Times New Roman" w:cs="Times New Roman"/>
          <w:sz w:val="28"/>
          <w:szCs w:val="28"/>
        </w:rPr>
        <w:t>ng c</w:t>
      </w:r>
      <w:r w:rsidRPr="00E31A0C">
        <w:rPr>
          <w:rFonts w:ascii="Times New Roman" w:hAnsi="Times New Roman" w:cs="Times New Roman"/>
          <w:sz w:val="28"/>
          <w:szCs w:val="28"/>
        </w:rPr>
        <w:t>ủ</w:t>
      </w:r>
      <w:r w:rsidRPr="00E31A0C">
        <w:rPr>
          <w:rFonts w:ascii="Times New Roman" w:hAnsi="Times New Roman" w:cs="Times New Roman"/>
          <w:sz w:val="28"/>
          <w:szCs w:val="28"/>
        </w:rPr>
        <w:t xml:space="preserve">a Công ty </w:t>
      </w:r>
      <w:r w:rsidRPr="00E31A0C">
        <w:rPr>
          <w:rFonts w:ascii="Times New Roman" w:hAnsi="Times New Roman" w:cs="Times New Roman"/>
          <w:sz w:val="28"/>
          <w:szCs w:val="28"/>
        </w:rPr>
        <w:t>TNHH M</w:t>
      </w:r>
      <w:r w:rsidRPr="00E31A0C">
        <w:rPr>
          <w:rFonts w:ascii="Times New Roman" w:hAnsi="Times New Roman" w:cs="Times New Roman"/>
          <w:sz w:val="28"/>
          <w:szCs w:val="28"/>
        </w:rPr>
        <w:t>ộ</w:t>
      </w:r>
      <w:r w:rsidRPr="00E31A0C">
        <w:rPr>
          <w:rFonts w:ascii="Times New Roman" w:hAnsi="Times New Roman" w:cs="Times New Roman"/>
          <w:sz w:val="28"/>
          <w:szCs w:val="28"/>
        </w:rPr>
        <w:t>t Thành Viên… (ghi tên công ty);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Xét tình hình ho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t đ</w:t>
      </w:r>
      <w:r w:rsidRPr="00E31A0C">
        <w:rPr>
          <w:rFonts w:ascii="Times New Roman" w:hAnsi="Times New Roman" w:cs="Times New Roman"/>
          <w:sz w:val="28"/>
          <w:szCs w:val="28"/>
        </w:rPr>
        <w:t>ộ</w:t>
      </w:r>
      <w:r w:rsidRPr="00E31A0C">
        <w:rPr>
          <w:rFonts w:ascii="Times New Roman" w:hAnsi="Times New Roman" w:cs="Times New Roman"/>
          <w:sz w:val="28"/>
          <w:szCs w:val="28"/>
        </w:rPr>
        <w:t>ng s</w:t>
      </w:r>
      <w:r w:rsidRPr="00E31A0C">
        <w:rPr>
          <w:rFonts w:ascii="Times New Roman" w:hAnsi="Times New Roman" w:cs="Times New Roman"/>
          <w:sz w:val="28"/>
          <w:szCs w:val="28"/>
        </w:rPr>
        <w:t>ả</w:t>
      </w:r>
      <w:r w:rsidRPr="00E31A0C">
        <w:rPr>
          <w:rFonts w:ascii="Times New Roman" w:hAnsi="Times New Roman" w:cs="Times New Roman"/>
          <w:sz w:val="28"/>
          <w:szCs w:val="28"/>
        </w:rPr>
        <w:t>n xu</w:t>
      </w:r>
      <w:r w:rsidRPr="00E31A0C">
        <w:rPr>
          <w:rFonts w:ascii="Times New Roman" w:hAnsi="Times New Roman" w:cs="Times New Roman"/>
          <w:sz w:val="28"/>
          <w:szCs w:val="28"/>
        </w:rPr>
        <w:t>ấ</w:t>
      </w:r>
      <w:r w:rsidRPr="00E31A0C">
        <w:rPr>
          <w:rFonts w:ascii="Times New Roman" w:hAnsi="Times New Roman" w:cs="Times New Roman"/>
          <w:sz w:val="28"/>
          <w:szCs w:val="28"/>
        </w:rPr>
        <w:t>t, kinh doanh c</w:t>
      </w:r>
      <w:r w:rsidRPr="00E31A0C">
        <w:rPr>
          <w:rFonts w:ascii="Times New Roman" w:hAnsi="Times New Roman" w:cs="Times New Roman"/>
          <w:sz w:val="28"/>
          <w:szCs w:val="28"/>
        </w:rPr>
        <w:t>ủ</w:t>
      </w:r>
      <w:r w:rsidRPr="00E31A0C">
        <w:rPr>
          <w:rFonts w:ascii="Times New Roman" w:hAnsi="Times New Roman" w:cs="Times New Roman"/>
          <w:sz w:val="28"/>
          <w:szCs w:val="28"/>
        </w:rPr>
        <w:t>a công ty;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QUY</w:t>
      </w:r>
      <w:r w:rsidRPr="00E31A0C">
        <w:rPr>
          <w:rFonts w:ascii="Times New Roman" w:hAnsi="Times New Roman" w:cs="Times New Roman"/>
          <w:b/>
          <w:sz w:val="28"/>
          <w:szCs w:val="28"/>
        </w:rPr>
        <w:t>Ế</w:t>
      </w:r>
      <w:r w:rsidRPr="00E31A0C">
        <w:rPr>
          <w:rFonts w:ascii="Times New Roman" w:hAnsi="Times New Roman" w:cs="Times New Roman"/>
          <w:b/>
          <w:sz w:val="28"/>
          <w:szCs w:val="28"/>
        </w:rPr>
        <w:t>T Đ</w:t>
      </w:r>
      <w:r w:rsidRPr="00E31A0C">
        <w:rPr>
          <w:rFonts w:ascii="Times New Roman" w:hAnsi="Times New Roman" w:cs="Times New Roman"/>
          <w:b/>
          <w:sz w:val="28"/>
          <w:szCs w:val="28"/>
        </w:rPr>
        <w:t>Ị</w:t>
      </w:r>
      <w:r w:rsidRPr="00E31A0C">
        <w:rPr>
          <w:rFonts w:ascii="Times New Roman" w:hAnsi="Times New Roman" w:cs="Times New Roman"/>
          <w:b/>
          <w:sz w:val="28"/>
          <w:szCs w:val="28"/>
        </w:rPr>
        <w:t>NH: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Đi</w:t>
      </w:r>
      <w:r w:rsidRPr="00E31A0C">
        <w:rPr>
          <w:rFonts w:ascii="Times New Roman" w:hAnsi="Times New Roman" w:cs="Times New Roman"/>
          <w:sz w:val="28"/>
          <w:szCs w:val="28"/>
        </w:rPr>
        <w:t>ề</w:t>
      </w:r>
      <w:r w:rsidRPr="00E31A0C">
        <w:rPr>
          <w:rFonts w:ascii="Times New Roman" w:hAnsi="Times New Roman" w:cs="Times New Roman"/>
          <w:sz w:val="28"/>
          <w:szCs w:val="28"/>
        </w:rPr>
        <w:t>u 1. T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m ng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>ng ho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t đ</w:t>
      </w:r>
      <w:r w:rsidRPr="00E31A0C">
        <w:rPr>
          <w:rFonts w:ascii="Times New Roman" w:hAnsi="Times New Roman" w:cs="Times New Roman"/>
          <w:sz w:val="28"/>
          <w:szCs w:val="28"/>
        </w:rPr>
        <w:t>ộ</w:t>
      </w:r>
      <w:r w:rsidRPr="00E31A0C">
        <w:rPr>
          <w:rFonts w:ascii="Times New Roman" w:hAnsi="Times New Roman" w:cs="Times New Roman"/>
          <w:sz w:val="28"/>
          <w:szCs w:val="28"/>
        </w:rPr>
        <w:t>ng kinh doanh c</w:t>
      </w:r>
      <w:r w:rsidRPr="00E31A0C">
        <w:rPr>
          <w:rFonts w:ascii="Times New Roman" w:hAnsi="Times New Roman" w:cs="Times New Roman"/>
          <w:sz w:val="28"/>
          <w:szCs w:val="28"/>
        </w:rPr>
        <w:t>ủ</w:t>
      </w:r>
      <w:r w:rsidRPr="00E31A0C">
        <w:rPr>
          <w:rFonts w:ascii="Times New Roman" w:hAnsi="Times New Roman" w:cs="Times New Roman"/>
          <w:sz w:val="28"/>
          <w:szCs w:val="28"/>
        </w:rPr>
        <w:t>a Công ty TNHH M</w:t>
      </w:r>
      <w:r w:rsidRPr="00E31A0C">
        <w:rPr>
          <w:rFonts w:ascii="Times New Roman" w:hAnsi="Times New Roman" w:cs="Times New Roman"/>
          <w:sz w:val="28"/>
          <w:szCs w:val="28"/>
        </w:rPr>
        <w:t>ộ</w:t>
      </w:r>
      <w:r w:rsidRPr="00E31A0C">
        <w:rPr>
          <w:rFonts w:ascii="Times New Roman" w:hAnsi="Times New Roman" w:cs="Times New Roman"/>
          <w:sz w:val="28"/>
          <w:szCs w:val="28"/>
        </w:rPr>
        <w:t>t Thành Viên…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Tên doanh nghi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p: …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Mã s</w:t>
      </w:r>
      <w:r w:rsidRPr="00E31A0C">
        <w:rPr>
          <w:rFonts w:ascii="Times New Roman" w:hAnsi="Times New Roman" w:cs="Times New Roman"/>
          <w:sz w:val="28"/>
          <w:szCs w:val="28"/>
        </w:rPr>
        <w:t>ố</w:t>
      </w:r>
      <w:r w:rsidRPr="00E31A0C">
        <w:rPr>
          <w:rFonts w:ascii="Times New Roman" w:hAnsi="Times New Roman" w:cs="Times New Roman"/>
          <w:sz w:val="28"/>
          <w:szCs w:val="28"/>
        </w:rPr>
        <w:t xml:space="preserve"> doanh nghi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p: …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Đ</w:t>
      </w:r>
      <w:r w:rsidRPr="00E31A0C">
        <w:rPr>
          <w:rFonts w:ascii="Times New Roman" w:hAnsi="Times New Roman" w:cs="Times New Roman"/>
          <w:sz w:val="28"/>
          <w:szCs w:val="28"/>
        </w:rPr>
        <w:t>ị</w:t>
      </w:r>
      <w:r w:rsidRPr="00E31A0C">
        <w:rPr>
          <w:rFonts w:ascii="Times New Roman" w:hAnsi="Times New Roman" w:cs="Times New Roman"/>
          <w:sz w:val="28"/>
          <w:szCs w:val="28"/>
        </w:rPr>
        <w:t>a ch</w:t>
      </w:r>
      <w:r w:rsidRPr="00E31A0C">
        <w:rPr>
          <w:rFonts w:ascii="Times New Roman" w:hAnsi="Times New Roman" w:cs="Times New Roman"/>
          <w:sz w:val="28"/>
          <w:szCs w:val="28"/>
        </w:rPr>
        <w:t>ỉ</w:t>
      </w:r>
      <w:r w:rsidRPr="00E31A0C">
        <w:rPr>
          <w:rFonts w:ascii="Times New Roman" w:hAnsi="Times New Roman" w:cs="Times New Roman"/>
          <w:sz w:val="28"/>
          <w:szCs w:val="28"/>
        </w:rPr>
        <w:t xml:space="preserve"> tr</w:t>
      </w:r>
      <w:r w:rsidRPr="00E31A0C">
        <w:rPr>
          <w:rFonts w:ascii="Times New Roman" w:hAnsi="Times New Roman" w:cs="Times New Roman"/>
          <w:sz w:val="28"/>
          <w:szCs w:val="28"/>
        </w:rPr>
        <w:t>ụ</w:t>
      </w:r>
      <w:r w:rsidRPr="00E31A0C">
        <w:rPr>
          <w:rFonts w:ascii="Times New Roman" w:hAnsi="Times New Roman" w:cs="Times New Roman"/>
          <w:sz w:val="28"/>
          <w:szCs w:val="28"/>
        </w:rPr>
        <w:t xml:space="preserve"> s</w:t>
      </w:r>
      <w:r w:rsidRPr="00E31A0C">
        <w:rPr>
          <w:rFonts w:ascii="Times New Roman" w:hAnsi="Times New Roman" w:cs="Times New Roman"/>
          <w:sz w:val="28"/>
          <w:szCs w:val="28"/>
        </w:rPr>
        <w:t>ở</w:t>
      </w:r>
      <w:r w:rsidRPr="00E31A0C">
        <w:rPr>
          <w:rFonts w:ascii="Times New Roman" w:hAnsi="Times New Roman" w:cs="Times New Roman"/>
          <w:sz w:val="28"/>
          <w:szCs w:val="28"/>
        </w:rPr>
        <w:t xml:space="preserve"> chính: …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Th</w:t>
      </w:r>
      <w:r w:rsidRPr="00E31A0C">
        <w:rPr>
          <w:rFonts w:ascii="Times New Roman" w:hAnsi="Times New Roman" w:cs="Times New Roman"/>
          <w:sz w:val="28"/>
          <w:szCs w:val="28"/>
        </w:rPr>
        <w:t>ờ</w:t>
      </w:r>
      <w:r w:rsidRPr="00E31A0C">
        <w:rPr>
          <w:rFonts w:ascii="Times New Roman" w:hAnsi="Times New Roman" w:cs="Times New Roman"/>
          <w:sz w:val="28"/>
          <w:szCs w:val="28"/>
        </w:rPr>
        <w:t>i gian t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m ng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>ng: T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 xml:space="preserve"> ngày … đ</w:t>
      </w:r>
      <w:r w:rsidRPr="00E31A0C">
        <w:rPr>
          <w:rFonts w:ascii="Times New Roman" w:hAnsi="Times New Roman" w:cs="Times New Roman"/>
          <w:sz w:val="28"/>
          <w:szCs w:val="28"/>
        </w:rPr>
        <w:t>ế</w:t>
      </w:r>
      <w:r w:rsidRPr="00E31A0C">
        <w:rPr>
          <w:rFonts w:ascii="Times New Roman" w:hAnsi="Times New Roman" w:cs="Times New Roman"/>
          <w:sz w:val="28"/>
          <w:szCs w:val="28"/>
        </w:rPr>
        <w:t>n h</w:t>
      </w:r>
      <w:r w:rsidRPr="00E31A0C">
        <w:rPr>
          <w:rFonts w:ascii="Times New Roman" w:hAnsi="Times New Roman" w:cs="Times New Roman"/>
          <w:sz w:val="28"/>
          <w:szCs w:val="28"/>
        </w:rPr>
        <w:t>ế</w:t>
      </w:r>
      <w:r w:rsidRPr="00E31A0C">
        <w:rPr>
          <w:rFonts w:ascii="Times New Roman" w:hAnsi="Times New Roman" w:cs="Times New Roman"/>
          <w:sz w:val="28"/>
          <w:szCs w:val="28"/>
        </w:rPr>
        <w:t>t ngày …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Lý do t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m ng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>ng: … (ví d</w:t>
      </w:r>
      <w:r w:rsidRPr="00E31A0C">
        <w:rPr>
          <w:rFonts w:ascii="Times New Roman" w:hAnsi="Times New Roman" w:cs="Times New Roman"/>
          <w:sz w:val="28"/>
          <w:szCs w:val="28"/>
        </w:rPr>
        <w:t>ụ</w:t>
      </w:r>
      <w:r w:rsidRPr="00E31A0C">
        <w:rPr>
          <w:rFonts w:ascii="Times New Roman" w:hAnsi="Times New Roman" w:cs="Times New Roman"/>
          <w:sz w:val="28"/>
          <w:szCs w:val="28"/>
        </w:rPr>
        <w:t>: khó khăn tài chính, tái cơ c</w:t>
      </w:r>
      <w:r w:rsidRPr="00E31A0C">
        <w:rPr>
          <w:rFonts w:ascii="Times New Roman" w:hAnsi="Times New Roman" w:cs="Times New Roman"/>
          <w:sz w:val="28"/>
          <w:szCs w:val="28"/>
        </w:rPr>
        <w:t>ấ</w:t>
      </w:r>
      <w:r w:rsidRPr="00E31A0C">
        <w:rPr>
          <w:rFonts w:ascii="Times New Roman" w:hAnsi="Times New Roman" w:cs="Times New Roman"/>
          <w:sz w:val="28"/>
          <w:szCs w:val="28"/>
        </w:rPr>
        <w:t>u, lý do khách quan…)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Đi</w:t>
      </w:r>
      <w:r w:rsidRPr="00E31A0C">
        <w:rPr>
          <w:rFonts w:ascii="Times New Roman" w:hAnsi="Times New Roman" w:cs="Times New Roman"/>
          <w:sz w:val="28"/>
          <w:szCs w:val="28"/>
        </w:rPr>
        <w:t>ề</w:t>
      </w:r>
      <w:r w:rsidRPr="00E31A0C">
        <w:rPr>
          <w:rFonts w:ascii="Times New Roman" w:hAnsi="Times New Roman" w:cs="Times New Roman"/>
          <w:sz w:val="28"/>
          <w:szCs w:val="28"/>
        </w:rPr>
        <w:t>u 2. Trong th</w:t>
      </w:r>
      <w:r w:rsidRPr="00E31A0C">
        <w:rPr>
          <w:rFonts w:ascii="Times New Roman" w:hAnsi="Times New Roman" w:cs="Times New Roman"/>
          <w:sz w:val="28"/>
          <w:szCs w:val="28"/>
        </w:rPr>
        <w:t>ờ</w:t>
      </w:r>
      <w:r w:rsidRPr="00E31A0C">
        <w:rPr>
          <w:rFonts w:ascii="Times New Roman" w:hAnsi="Times New Roman" w:cs="Times New Roman"/>
          <w:sz w:val="28"/>
          <w:szCs w:val="28"/>
        </w:rPr>
        <w:t>i gian t</w:t>
      </w:r>
      <w:r w:rsidRPr="00E31A0C">
        <w:rPr>
          <w:rFonts w:ascii="Times New Roman" w:hAnsi="Times New Roman" w:cs="Times New Roman"/>
          <w:sz w:val="28"/>
          <w:szCs w:val="28"/>
        </w:rPr>
        <w:t>ạ</w:t>
      </w:r>
      <w:r w:rsidRPr="00E31A0C">
        <w:rPr>
          <w:rFonts w:ascii="Times New Roman" w:hAnsi="Times New Roman" w:cs="Times New Roman"/>
          <w:sz w:val="28"/>
          <w:szCs w:val="28"/>
        </w:rPr>
        <w:t>m ng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>ng kinh doanh, công ty cam k</w:t>
      </w:r>
      <w:r w:rsidRPr="00E31A0C">
        <w:rPr>
          <w:rFonts w:ascii="Times New Roman" w:hAnsi="Times New Roman" w:cs="Times New Roman"/>
          <w:sz w:val="28"/>
          <w:szCs w:val="28"/>
        </w:rPr>
        <w:t>ế</w:t>
      </w:r>
      <w:r w:rsidRPr="00E31A0C">
        <w:rPr>
          <w:rFonts w:ascii="Times New Roman" w:hAnsi="Times New Roman" w:cs="Times New Roman"/>
          <w:sz w:val="28"/>
          <w:szCs w:val="28"/>
        </w:rPr>
        <w:t>t th</w:t>
      </w:r>
      <w:r w:rsidRPr="00E31A0C">
        <w:rPr>
          <w:rFonts w:ascii="Times New Roman" w:hAnsi="Times New Roman" w:cs="Times New Roman"/>
          <w:sz w:val="28"/>
          <w:szCs w:val="28"/>
        </w:rPr>
        <w:t>ự</w:t>
      </w:r>
      <w:r w:rsidRPr="00E31A0C">
        <w:rPr>
          <w:rFonts w:ascii="Times New Roman" w:hAnsi="Times New Roman" w:cs="Times New Roman"/>
          <w:sz w:val="28"/>
          <w:szCs w:val="28"/>
        </w:rPr>
        <w:t>c 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n đ</w:t>
      </w:r>
      <w:r w:rsidRPr="00E31A0C">
        <w:rPr>
          <w:rFonts w:ascii="Times New Roman" w:hAnsi="Times New Roman" w:cs="Times New Roman"/>
          <w:sz w:val="28"/>
          <w:szCs w:val="28"/>
        </w:rPr>
        <w:t>ầ</w:t>
      </w:r>
      <w:r w:rsidRPr="00E31A0C">
        <w:rPr>
          <w:rFonts w:ascii="Times New Roman" w:hAnsi="Times New Roman" w:cs="Times New Roman"/>
          <w:sz w:val="28"/>
          <w:szCs w:val="28"/>
        </w:rPr>
        <w:t>y đ</w:t>
      </w:r>
      <w:r w:rsidRPr="00E31A0C">
        <w:rPr>
          <w:rFonts w:ascii="Times New Roman" w:hAnsi="Times New Roman" w:cs="Times New Roman"/>
          <w:sz w:val="28"/>
          <w:szCs w:val="28"/>
        </w:rPr>
        <w:t>ủ</w:t>
      </w:r>
      <w:r w:rsidRPr="00E31A0C">
        <w:rPr>
          <w:rFonts w:ascii="Times New Roman" w:hAnsi="Times New Roman" w:cs="Times New Roman"/>
          <w:sz w:val="28"/>
          <w:szCs w:val="28"/>
        </w:rPr>
        <w:t xml:space="preserve"> các nghĩa v</w:t>
      </w:r>
      <w:r w:rsidRPr="00E31A0C">
        <w:rPr>
          <w:rFonts w:ascii="Times New Roman" w:hAnsi="Times New Roman" w:cs="Times New Roman"/>
          <w:sz w:val="28"/>
          <w:szCs w:val="28"/>
        </w:rPr>
        <w:t>ụ</w:t>
      </w:r>
      <w:r w:rsidRPr="00E31A0C">
        <w:rPr>
          <w:rFonts w:ascii="Times New Roman" w:hAnsi="Times New Roman" w:cs="Times New Roman"/>
          <w:sz w:val="28"/>
          <w:szCs w:val="28"/>
        </w:rPr>
        <w:t xml:space="preserve"> v</w:t>
      </w:r>
      <w:r w:rsidRPr="00E31A0C">
        <w:rPr>
          <w:rFonts w:ascii="Times New Roman" w:hAnsi="Times New Roman" w:cs="Times New Roman"/>
          <w:sz w:val="28"/>
          <w:szCs w:val="28"/>
        </w:rPr>
        <w:t>ề</w:t>
      </w:r>
      <w:r w:rsidRPr="00E31A0C">
        <w:rPr>
          <w:rFonts w:ascii="Times New Roman" w:hAnsi="Times New Roman" w:cs="Times New Roman"/>
          <w:sz w:val="28"/>
          <w:szCs w:val="28"/>
        </w:rPr>
        <w:t xml:space="preserve"> thu</w:t>
      </w:r>
      <w:r w:rsidRPr="00E31A0C">
        <w:rPr>
          <w:rFonts w:ascii="Times New Roman" w:hAnsi="Times New Roman" w:cs="Times New Roman"/>
          <w:sz w:val="28"/>
          <w:szCs w:val="28"/>
        </w:rPr>
        <w:t>ế</w:t>
      </w:r>
      <w:r w:rsidRPr="00E31A0C">
        <w:rPr>
          <w:rFonts w:ascii="Times New Roman" w:hAnsi="Times New Roman" w:cs="Times New Roman"/>
          <w:sz w:val="28"/>
          <w:szCs w:val="28"/>
        </w:rPr>
        <w:t>, báo cáo và các nghĩa v</w:t>
      </w:r>
      <w:r w:rsidRPr="00E31A0C">
        <w:rPr>
          <w:rFonts w:ascii="Times New Roman" w:hAnsi="Times New Roman" w:cs="Times New Roman"/>
          <w:sz w:val="28"/>
          <w:szCs w:val="28"/>
        </w:rPr>
        <w:t>ụ</w:t>
      </w:r>
      <w:r w:rsidRPr="00E31A0C">
        <w:rPr>
          <w:rFonts w:ascii="Times New Roman" w:hAnsi="Times New Roman" w:cs="Times New Roman"/>
          <w:sz w:val="28"/>
          <w:szCs w:val="28"/>
        </w:rPr>
        <w:t xml:space="preserve"> tài</w:t>
      </w:r>
      <w:r w:rsidRPr="00E31A0C">
        <w:rPr>
          <w:rFonts w:ascii="Times New Roman" w:hAnsi="Times New Roman" w:cs="Times New Roman"/>
          <w:sz w:val="28"/>
          <w:szCs w:val="28"/>
        </w:rPr>
        <w:t xml:space="preserve"> chính khác theo quy đ</w:t>
      </w:r>
      <w:r w:rsidRPr="00E31A0C">
        <w:rPr>
          <w:rFonts w:ascii="Times New Roman" w:hAnsi="Times New Roman" w:cs="Times New Roman"/>
          <w:sz w:val="28"/>
          <w:szCs w:val="28"/>
        </w:rPr>
        <w:t>ị</w:t>
      </w:r>
      <w:r w:rsidRPr="00E31A0C">
        <w:rPr>
          <w:rFonts w:ascii="Times New Roman" w:hAnsi="Times New Roman" w:cs="Times New Roman"/>
          <w:sz w:val="28"/>
          <w:szCs w:val="28"/>
        </w:rPr>
        <w:t>nh c</w:t>
      </w:r>
      <w:r w:rsidRPr="00E31A0C">
        <w:rPr>
          <w:rFonts w:ascii="Times New Roman" w:hAnsi="Times New Roman" w:cs="Times New Roman"/>
          <w:sz w:val="28"/>
          <w:szCs w:val="28"/>
        </w:rPr>
        <w:t>ủ</w:t>
      </w:r>
      <w:r w:rsidRPr="00E31A0C">
        <w:rPr>
          <w:rFonts w:ascii="Times New Roman" w:hAnsi="Times New Roman" w:cs="Times New Roman"/>
          <w:sz w:val="28"/>
          <w:szCs w:val="28"/>
        </w:rPr>
        <w:t>a pháp lu</w:t>
      </w:r>
      <w:r w:rsidRPr="00E31A0C">
        <w:rPr>
          <w:rFonts w:ascii="Times New Roman" w:hAnsi="Times New Roman" w:cs="Times New Roman"/>
          <w:sz w:val="28"/>
          <w:szCs w:val="28"/>
        </w:rPr>
        <w:t>ậ</w:t>
      </w:r>
      <w:r w:rsidRPr="00E31A0C">
        <w:rPr>
          <w:rFonts w:ascii="Times New Roman" w:hAnsi="Times New Roman" w:cs="Times New Roman"/>
          <w:sz w:val="28"/>
          <w:szCs w:val="28"/>
        </w:rPr>
        <w:t>t.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Đi</w:t>
      </w:r>
      <w:r w:rsidRPr="00E31A0C">
        <w:rPr>
          <w:rFonts w:ascii="Times New Roman" w:hAnsi="Times New Roman" w:cs="Times New Roman"/>
          <w:sz w:val="28"/>
          <w:szCs w:val="28"/>
        </w:rPr>
        <w:t>ề</w:t>
      </w:r>
      <w:r w:rsidRPr="00E31A0C">
        <w:rPr>
          <w:rFonts w:ascii="Times New Roman" w:hAnsi="Times New Roman" w:cs="Times New Roman"/>
          <w:sz w:val="28"/>
          <w:szCs w:val="28"/>
        </w:rPr>
        <w:t>u 3. Quy</w:t>
      </w:r>
      <w:r w:rsidRPr="00E31A0C">
        <w:rPr>
          <w:rFonts w:ascii="Times New Roman" w:hAnsi="Times New Roman" w:cs="Times New Roman"/>
          <w:sz w:val="28"/>
          <w:szCs w:val="28"/>
        </w:rPr>
        <w:t>ế</w:t>
      </w:r>
      <w:r w:rsidRPr="00E31A0C">
        <w:rPr>
          <w:rFonts w:ascii="Times New Roman" w:hAnsi="Times New Roman" w:cs="Times New Roman"/>
          <w:sz w:val="28"/>
          <w:szCs w:val="28"/>
        </w:rPr>
        <w:t>t đ</w:t>
      </w:r>
      <w:r w:rsidRPr="00E31A0C">
        <w:rPr>
          <w:rFonts w:ascii="Times New Roman" w:hAnsi="Times New Roman" w:cs="Times New Roman"/>
          <w:sz w:val="28"/>
          <w:szCs w:val="28"/>
        </w:rPr>
        <w:t>ị</w:t>
      </w:r>
      <w:r w:rsidRPr="00E31A0C">
        <w:rPr>
          <w:rFonts w:ascii="Times New Roman" w:hAnsi="Times New Roman" w:cs="Times New Roman"/>
          <w:sz w:val="28"/>
          <w:szCs w:val="28"/>
        </w:rPr>
        <w:t>nh này có 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u l</w:t>
      </w:r>
      <w:r w:rsidRPr="00E31A0C">
        <w:rPr>
          <w:rFonts w:ascii="Times New Roman" w:hAnsi="Times New Roman" w:cs="Times New Roman"/>
          <w:sz w:val="28"/>
          <w:szCs w:val="28"/>
        </w:rPr>
        <w:t>ự</w:t>
      </w:r>
      <w:r w:rsidRPr="00E31A0C">
        <w:rPr>
          <w:rFonts w:ascii="Times New Roman" w:hAnsi="Times New Roman" w:cs="Times New Roman"/>
          <w:sz w:val="28"/>
          <w:szCs w:val="28"/>
        </w:rPr>
        <w:t>c k</w:t>
      </w:r>
      <w:r w:rsidRPr="00E31A0C">
        <w:rPr>
          <w:rFonts w:ascii="Times New Roman" w:hAnsi="Times New Roman" w:cs="Times New Roman"/>
          <w:sz w:val="28"/>
          <w:szCs w:val="28"/>
        </w:rPr>
        <w:t>ể</w:t>
      </w:r>
      <w:r w:rsidRPr="00E31A0C">
        <w:rPr>
          <w:rFonts w:ascii="Times New Roman" w:hAnsi="Times New Roman" w:cs="Times New Roman"/>
          <w:sz w:val="28"/>
          <w:szCs w:val="28"/>
        </w:rPr>
        <w:t xml:space="preserve"> t</w:t>
      </w:r>
      <w:r w:rsidRPr="00E31A0C">
        <w:rPr>
          <w:rFonts w:ascii="Times New Roman" w:hAnsi="Times New Roman" w:cs="Times New Roman"/>
          <w:sz w:val="28"/>
          <w:szCs w:val="28"/>
        </w:rPr>
        <w:t>ừ</w:t>
      </w:r>
      <w:r w:rsidRPr="00E31A0C">
        <w:rPr>
          <w:rFonts w:ascii="Times New Roman" w:hAnsi="Times New Roman" w:cs="Times New Roman"/>
          <w:sz w:val="28"/>
          <w:szCs w:val="28"/>
        </w:rPr>
        <w:t xml:space="preserve"> ngày ký. Giao cho Giám đ</w:t>
      </w:r>
      <w:r w:rsidRPr="00E31A0C">
        <w:rPr>
          <w:rFonts w:ascii="Times New Roman" w:hAnsi="Times New Roman" w:cs="Times New Roman"/>
          <w:sz w:val="28"/>
          <w:szCs w:val="28"/>
        </w:rPr>
        <w:t>ố</w:t>
      </w:r>
      <w:r w:rsidRPr="00E31A0C">
        <w:rPr>
          <w:rFonts w:ascii="Times New Roman" w:hAnsi="Times New Roman" w:cs="Times New Roman"/>
          <w:sz w:val="28"/>
          <w:szCs w:val="28"/>
        </w:rPr>
        <w:t>c công ty th</w:t>
      </w:r>
      <w:r w:rsidRPr="00E31A0C">
        <w:rPr>
          <w:rFonts w:ascii="Times New Roman" w:hAnsi="Times New Roman" w:cs="Times New Roman"/>
          <w:sz w:val="28"/>
          <w:szCs w:val="28"/>
        </w:rPr>
        <w:t>ự</w:t>
      </w:r>
      <w:r w:rsidRPr="00E31A0C">
        <w:rPr>
          <w:rFonts w:ascii="Times New Roman" w:hAnsi="Times New Roman" w:cs="Times New Roman"/>
          <w:sz w:val="28"/>
          <w:szCs w:val="28"/>
        </w:rPr>
        <w:t>c hi</w:t>
      </w:r>
      <w:r w:rsidRPr="00E31A0C">
        <w:rPr>
          <w:rFonts w:ascii="Times New Roman" w:hAnsi="Times New Roman" w:cs="Times New Roman"/>
          <w:sz w:val="28"/>
          <w:szCs w:val="28"/>
        </w:rPr>
        <w:t>ệ</w:t>
      </w:r>
      <w:r w:rsidRPr="00E31A0C">
        <w:rPr>
          <w:rFonts w:ascii="Times New Roman" w:hAnsi="Times New Roman" w:cs="Times New Roman"/>
          <w:sz w:val="28"/>
          <w:szCs w:val="28"/>
        </w:rPr>
        <w:t>n các th</w:t>
      </w:r>
      <w:r w:rsidRPr="00E31A0C">
        <w:rPr>
          <w:rFonts w:ascii="Times New Roman" w:hAnsi="Times New Roman" w:cs="Times New Roman"/>
          <w:sz w:val="28"/>
          <w:szCs w:val="28"/>
        </w:rPr>
        <w:t>ủ</w:t>
      </w:r>
      <w:r w:rsidRPr="00E31A0C">
        <w:rPr>
          <w:rFonts w:ascii="Times New Roman" w:hAnsi="Times New Roman" w:cs="Times New Roman"/>
          <w:sz w:val="28"/>
          <w:szCs w:val="28"/>
        </w:rPr>
        <w:t xml:space="preserve"> t</w:t>
      </w:r>
      <w:r w:rsidRPr="00E31A0C">
        <w:rPr>
          <w:rFonts w:ascii="Times New Roman" w:hAnsi="Times New Roman" w:cs="Times New Roman"/>
          <w:sz w:val="28"/>
          <w:szCs w:val="28"/>
        </w:rPr>
        <w:t>ụ</w:t>
      </w:r>
      <w:r w:rsidRPr="00E31A0C">
        <w:rPr>
          <w:rFonts w:ascii="Times New Roman" w:hAnsi="Times New Roman" w:cs="Times New Roman"/>
          <w:sz w:val="28"/>
          <w:szCs w:val="28"/>
        </w:rPr>
        <w:t>c thông báo v</w:t>
      </w:r>
      <w:r w:rsidRPr="00E31A0C">
        <w:rPr>
          <w:rFonts w:ascii="Times New Roman" w:hAnsi="Times New Roman" w:cs="Times New Roman"/>
          <w:sz w:val="28"/>
          <w:szCs w:val="28"/>
        </w:rPr>
        <w:t>ớ</w:t>
      </w:r>
      <w:r w:rsidRPr="00E31A0C">
        <w:rPr>
          <w:rFonts w:ascii="Times New Roman" w:hAnsi="Times New Roman" w:cs="Times New Roman"/>
          <w:sz w:val="28"/>
          <w:szCs w:val="28"/>
        </w:rPr>
        <w:t>i Cơ quan đăng ký kinh doanh, cơ quan thu</w:t>
      </w:r>
      <w:r w:rsidRPr="00E31A0C">
        <w:rPr>
          <w:rFonts w:ascii="Times New Roman" w:hAnsi="Times New Roman" w:cs="Times New Roman"/>
          <w:sz w:val="28"/>
          <w:szCs w:val="28"/>
        </w:rPr>
        <w:t>ế</w:t>
      </w:r>
      <w:r w:rsidRPr="00E31A0C">
        <w:rPr>
          <w:rFonts w:ascii="Times New Roman" w:hAnsi="Times New Roman" w:cs="Times New Roman"/>
          <w:sz w:val="28"/>
          <w:szCs w:val="28"/>
        </w:rPr>
        <w:t xml:space="preserve"> và các cơ quan liên quan khác theo quy đ</w:t>
      </w:r>
      <w:r w:rsidRPr="00E31A0C">
        <w:rPr>
          <w:rFonts w:ascii="Times New Roman" w:hAnsi="Times New Roman" w:cs="Times New Roman"/>
          <w:sz w:val="28"/>
          <w:szCs w:val="28"/>
        </w:rPr>
        <w:t>ị</w:t>
      </w:r>
      <w:r w:rsidRPr="00E31A0C">
        <w:rPr>
          <w:rFonts w:ascii="Times New Roman" w:hAnsi="Times New Roman" w:cs="Times New Roman"/>
          <w:sz w:val="28"/>
          <w:szCs w:val="28"/>
        </w:rPr>
        <w:t>nh.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Nơi nh</w:t>
      </w:r>
      <w:r w:rsidRPr="00E31A0C">
        <w:rPr>
          <w:rFonts w:ascii="Times New Roman" w:hAnsi="Times New Roman" w:cs="Times New Roman"/>
          <w:sz w:val="28"/>
          <w:szCs w:val="28"/>
        </w:rPr>
        <w:t>ậ</w:t>
      </w:r>
      <w:r w:rsidRPr="00E31A0C">
        <w:rPr>
          <w:rFonts w:ascii="Times New Roman" w:hAnsi="Times New Roman" w:cs="Times New Roman"/>
          <w:sz w:val="28"/>
          <w:szCs w:val="28"/>
        </w:rPr>
        <w:t>n:</w:t>
      </w:r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lastRenderedPageBreak/>
        <w:t>- Như Đ</w:t>
      </w:r>
      <w:r w:rsidRPr="00E31A0C">
        <w:rPr>
          <w:rFonts w:ascii="Times New Roman" w:hAnsi="Times New Roman" w:cs="Times New Roman"/>
          <w:sz w:val="28"/>
          <w:szCs w:val="28"/>
        </w:rPr>
        <w:t>i</w:t>
      </w:r>
      <w:r w:rsidRPr="00E31A0C">
        <w:rPr>
          <w:rFonts w:ascii="Times New Roman" w:hAnsi="Times New Roman" w:cs="Times New Roman"/>
          <w:sz w:val="28"/>
          <w:szCs w:val="28"/>
        </w:rPr>
        <w:t>ề</w:t>
      </w:r>
      <w:r w:rsidRPr="00E31A0C">
        <w:rPr>
          <w:rFonts w:ascii="Times New Roman" w:hAnsi="Times New Roman" w:cs="Times New Roman"/>
          <w:sz w:val="28"/>
          <w:szCs w:val="28"/>
        </w:rPr>
        <w:t>u 3;</w:t>
      </w:r>
      <w:bookmarkStart w:id="0" w:name="_GoBack"/>
      <w:bookmarkEnd w:id="0"/>
    </w:p>
    <w:p w:rsidR="00CE1671" w:rsidRPr="00E31A0C" w:rsidRDefault="00E31A0C">
      <w:pPr>
        <w:rPr>
          <w:rFonts w:ascii="Times New Roman" w:hAnsi="Times New Roman" w:cs="Times New Roman"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- Lưu: VP Công ty.</w:t>
      </w:r>
    </w:p>
    <w:p w:rsidR="00CE1671" w:rsidRPr="00E31A0C" w:rsidRDefault="00E31A0C">
      <w:pPr>
        <w:rPr>
          <w:rFonts w:ascii="Times New Roman" w:hAnsi="Times New Roman" w:cs="Times New Roman"/>
          <w:b/>
          <w:sz w:val="28"/>
          <w:szCs w:val="28"/>
        </w:rPr>
      </w:pPr>
      <w:r w:rsidRPr="00E31A0C">
        <w:rPr>
          <w:rFonts w:ascii="Times New Roman" w:hAnsi="Times New Roman" w:cs="Times New Roman"/>
          <w:sz w:val="28"/>
          <w:szCs w:val="28"/>
        </w:rPr>
        <w:t>…, ngày … tháng … năm …</w:t>
      </w:r>
    </w:p>
    <w:p w:rsidR="00CE1671" w:rsidRPr="00E31A0C" w:rsidRDefault="00E31A0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CH</w:t>
      </w:r>
      <w:r w:rsidRPr="00E31A0C">
        <w:rPr>
          <w:rFonts w:ascii="Times New Roman" w:hAnsi="Times New Roman" w:cs="Times New Roman"/>
          <w:b/>
          <w:sz w:val="28"/>
          <w:szCs w:val="28"/>
        </w:rPr>
        <w:t>Ủ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Pr="00E31A0C">
        <w:rPr>
          <w:rFonts w:ascii="Times New Roman" w:hAnsi="Times New Roman" w:cs="Times New Roman"/>
          <w:b/>
          <w:sz w:val="28"/>
          <w:szCs w:val="28"/>
        </w:rPr>
        <w:t>Ở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H</w:t>
      </w:r>
      <w:r w:rsidRPr="00E31A0C">
        <w:rPr>
          <w:rFonts w:ascii="Times New Roman" w:hAnsi="Times New Roman" w:cs="Times New Roman"/>
          <w:b/>
          <w:sz w:val="28"/>
          <w:szCs w:val="28"/>
        </w:rPr>
        <w:t>Ữ</w:t>
      </w:r>
      <w:r w:rsidRPr="00E31A0C">
        <w:rPr>
          <w:rFonts w:ascii="Times New Roman" w:hAnsi="Times New Roman" w:cs="Times New Roman"/>
          <w:b/>
          <w:sz w:val="28"/>
          <w:szCs w:val="28"/>
        </w:rPr>
        <w:t>U CÔNG TY</w:t>
      </w:r>
    </w:p>
    <w:p w:rsidR="00CE1671" w:rsidRPr="00E31A0C" w:rsidRDefault="00E31A0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31A0C">
        <w:rPr>
          <w:rFonts w:ascii="Times New Roman" w:hAnsi="Times New Roman" w:cs="Times New Roman"/>
          <w:b/>
          <w:sz w:val="28"/>
          <w:szCs w:val="28"/>
        </w:rPr>
        <w:t>(Ch</w:t>
      </w:r>
      <w:r w:rsidRPr="00E31A0C">
        <w:rPr>
          <w:rFonts w:ascii="Times New Roman" w:hAnsi="Times New Roman" w:cs="Times New Roman"/>
          <w:b/>
          <w:sz w:val="28"/>
          <w:szCs w:val="28"/>
        </w:rPr>
        <w:t>ữ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ký, h</w:t>
      </w:r>
      <w:r w:rsidRPr="00E31A0C">
        <w:rPr>
          <w:rFonts w:ascii="Times New Roman" w:hAnsi="Times New Roman" w:cs="Times New Roman"/>
          <w:b/>
          <w:sz w:val="28"/>
          <w:szCs w:val="28"/>
        </w:rPr>
        <w:t>ọ</w:t>
      </w:r>
      <w:r w:rsidRPr="00E31A0C">
        <w:rPr>
          <w:rFonts w:ascii="Times New Roman" w:hAnsi="Times New Roman" w:cs="Times New Roman"/>
          <w:b/>
          <w:sz w:val="28"/>
          <w:szCs w:val="28"/>
        </w:rPr>
        <w:t xml:space="preserve"> tên và đóng d</w:t>
      </w:r>
      <w:r w:rsidRPr="00E31A0C">
        <w:rPr>
          <w:rFonts w:ascii="Times New Roman" w:hAnsi="Times New Roman" w:cs="Times New Roman"/>
          <w:b/>
          <w:sz w:val="28"/>
          <w:szCs w:val="28"/>
        </w:rPr>
        <w:t>ấ</w:t>
      </w:r>
      <w:r w:rsidRPr="00E31A0C">
        <w:rPr>
          <w:rFonts w:ascii="Times New Roman" w:hAnsi="Times New Roman" w:cs="Times New Roman"/>
          <w:b/>
          <w:sz w:val="28"/>
          <w:szCs w:val="28"/>
        </w:rPr>
        <w:t>u n</w:t>
      </w:r>
      <w:r w:rsidRPr="00E31A0C">
        <w:rPr>
          <w:rFonts w:ascii="Times New Roman" w:hAnsi="Times New Roman" w:cs="Times New Roman"/>
          <w:b/>
          <w:sz w:val="28"/>
          <w:szCs w:val="28"/>
        </w:rPr>
        <w:t>ế</w:t>
      </w:r>
      <w:r w:rsidRPr="00E31A0C">
        <w:rPr>
          <w:rFonts w:ascii="Times New Roman" w:hAnsi="Times New Roman" w:cs="Times New Roman"/>
          <w:b/>
          <w:sz w:val="28"/>
          <w:szCs w:val="28"/>
        </w:rPr>
        <w:t>u có)</w:t>
      </w:r>
    </w:p>
    <w:sectPr w:rsidR="00CE1671" w:rsidRPr="00E31A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E1671"/>
    <w:rsid w:val="00E31A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2AC5E1C-337E-4C62-827D-77F0D6CD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E80C4A-49DF-4A70-9AF0-7F7AF8AC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2025-06-04T01:24:00Z</dcterms:created>
  <dcterms:modified xsi:type="dcterms:W3CDTF">2025-06-04T01:24:00Z</dcterms:modified>
  <cp:category/>
</cp:coreProperties>
</file>