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03AA" w:rsidRPr="00537BC6" w:rsidRDefault="00537BC6" w:rsidP="00537BC6">
      <w:pPr>
        <w:pStyle w:val="Heading1"/>
        <w:jc w:val="center"/>
        <w:rPr>
          <w:rFonts w:ascii="Times New Roman" w:hAnsi="Times New Roman" w:cs="Times New Roman"/>
          <w:color w:val="auto"/>
        </w:rPr>
      </w:pPr>
      <w:r w:rsidRPr="00537BC6">
        <w:rPr>
          <w:rFonts w:ascii="Times New Roman" w:hAnsi="Times New Roman" w:cs="Times New Roman"/>
          <w:color w:val="auto"/>
        </w:rPr>
        <w:t>C</w:t>
      </w:r>
      <w:r w:rsidRPr="00537BC6">
        <w:rPr>
          <w:rFonts w:ascii="Times New Roman" w:hAnsi="Times New Roman" w:cs="Times New Roman"/>
          <w:color w:val="auto"/>
        </w:rPr>
        <w:t>Ộ</w:t>
      </w:r>
      <w:r w:rsidRPr="00537BC6">
        <w:rPr>
          <w:rFonts w:ascii="Times New Roman" w:hAnsi="Times New Roman" w:cs="Times New Roman"/>
          <w:color w:val="auto"/>
        </w:rPr>
        <w:t>NG HÒA XÃ H</w:t>
      </w:r>
      <w:r w:rsidRPr="00537BC6">
        <w:rPr>
          <w:rFonts w:ascii="Times New Roman" w:hAnsi="Times New Roman" w:cs="Times New Roman"/>
          <w:color w:val="auto"/>
        </w:rPr>
        <w:t>Ộ</w:t>
      </w:r>
      <w:r w:rsidRPr="00537BC6">
        <w:rPr>
          <w:rFonts w:ascii="Times New Roman" w:hAnsi="Times New Roman" w:cs="Times New Roman"/>
          <w:color w:val="auto"/>
        </w:rPr>
        <w:t>I CH</w:t>
      </w:r>
      <w:r w:rsidRPr="00537BC6">
        <w:rPr>
          <w:rFonts w:ascii="Times New Roman" w:hAnsi="Times New Roman" w:cs="Times New Roman"/>
          <w:color w:val="auto"/>
        </w:rPr>
        <w:t>Ủ</w:t>
      </w:r>
      <w:r w:rsidRPr="00537BC6">
        <w:rPr>
          <w:rFonts w:ascii="Times New Roman" w:hAnsi="Times New Roman" w:cs="Times New Roman"/>
          <w:color w:val="auto"/>
        </w:rPr>
        <w:t xml:space="preserve"> NGHĨA VI</w:t>
      </w:r>
      <w:r w:rsidRPr="00537BC6">
        <w:rPr>
          <w:rFonts w:ascii="Times New Roman" w:hAnsi="Times New Roman" w:cs="Times New Roman"/>
          <w:color w:val="auto"/>
        </w:rPr>
        <w:t>Ệ</w:t>
      </w:r>
      <w:r w:rsidRPr="00537BC6">
        <w:rPr>
          <w:rFonts w:ascii="Times New Roman" w:hAnsi="Times New Roman" w:cs="Times New Roman"/>
          <w:color w:val="auto"/>
        </w:rPr>
        <w:t>T NAM</w:t>
      </w:r>
      <w:r w:rsidRPr="00537BC6">
        <w:rPr>
          <w:rFonts w:ascii="Times New Roman" w:hAnsi="Times New Roman" w:cs="Times New Roman"/>
          <w:color w:val="auto"/>
        </w:rPr>
        <w:br/>
        <w:t>Đ</w:t>
      </w:r>
      <w:r w:rsidRPr="00537BC6">
        <w:rPr>
          <w:rFonts w:ascii="Times New Roman" w:hAnsi="Times New Roman" w:cs="Times New Roman"/>
          <w:color w:val="auto"/>
        </w:rPr>
        <w:t>ộ</w:t>
      </w:r>
      <w:r w:rsidRPr="00537BC6">
        <w:rPr>
          <w:rFonts w:ascii="Times New Roman" w:hAnsi="Times New Roman" w:cs="Times New Roman"/>
          <w:color w:val="auto"/>
        </w:rPr>
        <w:t>c l</w:t>
      </w:r>
      <w:r w:rsidRPr="00537BC6">
        <w:rPr>
          <w:rFonts w:ascii="Times New Roman" w:hAnsi="Times New Roman" w:cs="Times New Roman"/>
          <w:color w:val="auto"/>
        </w:rPr>
        <w:t>ậ</w:t>
      </w:r>
      <w:r w:rsidRPr="00537BC6">
        <w:rPr>
          <w:rFonts w:ascii="Times New Roman" w:hAnsi="Times New Roman" w:cs="Times New Roman"/>
          <w:color w:val="auto"/>
        </w:rPr>
        <w:t>p - T</w:t>
      </w:r>
      <w:r w:rsidRPr="00537BC6">
        <w:rPr>
          <w:rFonts w:ascii="Times New Roman" w:hAnsi="Times New Roman" w:cs="Times New Roman"/>
          <w:color w:val="auto"/>
        </w:rPr>
        <w:t>ự</w:t>
      </w:r>
      <w:r w:rsidRPr="00537BC6">
        <w:rPr>
          <w:rFonts w:ascii="Times New Roman" w:hAnsi="Times New Roman" w:cs="Times New Roman"/>
          <w:color w:val="auto"/>
        </w:rPr>
        <w:t xml:space="preserve"> do - H</w:t>
      </w:r>
      <w:r w:rsidRPr="00537BC6">
        <w:rPr>
          <w:rFonts w:ascii="Times New Roman" w:hAnsi="Times New Roman" w:cs="Times New Roman"/>
          <w:color w:val="auto"/>
        </w:rPr>
        <w:t>ạ</w:t>
      </w:r>
      <w:r w:rsidRPr="00537BC6">
        <w:rPr>
          <w:rFonts w:ascii="Times New Roman" w:hAnsi="Times New Roman" w:cs="Times New Roman"/>
          <w:color w:val="auto"/>
        </w:rPr>
        <w:t>nh phúc</w:t>
      </w:r>
    </w:p>
    <w:p w:rsidR="00F503AA" w:rsidRPr="00537BC6" w:rsidRDefault="00537BC6" w:rsidP="00537BC6">
      <w:pPr>
        <w:pStyle w:val="Heading2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537BC6">
        <w:rPr>
          <w:rFonts w:ascii="Times New Roman" w:hAnsi="Times New Roman" w:cs="Times New Roman"/>
          <w:color w:val="auto"/>
          <w:sz w:val="28"/>
          <w:szCs w:val="28"/>
        </w:rPr>
        <w:br/>
        <w:t>H</w:t>
      </w:r>
      <w:r w:rsidRPr="00537BC6">
        <w:rPr>
          <w:rFonts w:ascii="Times New Roman" w:hAnsi="Times New Roman" w:cs="Times New Roman"/>
          <w:color w:val="auto"/>
          <w:sz w:val="28"/>
          <w:szCs w:val="28"/>
        </w:rPr>
        <w:t>Ợ</w:t>
      </w:r>
      <w:r w:rsidRPr="00537BC6">
        <w:rPr>
          <w:rFonts w:ascii="Times New Roman" w:hAnsi="Times New Roman" w:cs="Times New Roman"/>
          <w:color w:val="auto"/>
          <w:sz w:val="28"/>
          <w:szCs w:val="28"/>
        </w:rPr>
        <w:t>P Đ</w:t>
      </w:r>
      <w:r w:rsidRPr="00537BC6">
        <w:rPr>
          <w:rFonts w:ascii="Times New Roman" w:hAnsi="Times New Roman" w:cs="Times New Roman"/>
          <w:color w:val="auto"/>
          <w:sz w:val="28"/>
          <w:szCs w:val="28"/>
        </w:rPr>
        <w:t>Ồ</w:t>
      </w:r>
      <w:r w:rsidRPr="00537BC6">
        <w:rPr>
          <w:rFonts w:ascii="Times New Roman" w:hAnsi="Times New Roman" w:cs="Times New Roman"/>
          <w:color w:val="auto"/>
          <w:sz w:val="28"/>
          <w:szCs w:val="28"/>
        </w:rPr>
        <w:t>NG TƯ V</w:t>
      </w:r>
      <w:r w:rsidRPr="00537BC6">
        <w:rPr>
          <w:rFonts w:ascii="Times New Roman" w:hAnsi="Times New Roman" w:cs="Times New Roman"/>
          <w:color w:val="auto"/>
          <w:sz w:val="28"/>
          <w:szCs w:val="28"/>
        </w:rPr>
        <w:t>Ấ</w:t>
      </w:r>
      <w:r w:rsidRPr="00537BC6">
        <w:rPr>
          <w:rFonts w:ascii="Times New Roman" w:hAnsi="Times New Roman" w:cs="Times New Roman"/>
          <w:color w:val="auto"/>
          <w:sz w:val="28"/>
          <w:szCs w:val="28"/>
        </w:rPr>
        <w:t>N L</w:t>
      </w:r>
      <w:r w:rsidRPr="00537BC6">
        <w:rPr>
          <w:rFonts w:ascii="Times New Roman" w:hAnsi="Times New Roman" w:cs="Times New Roman"/>
          <w:color w:val="auto"/>
          <w:sz w:val="28"/>
          <w:szCs w:val="28"/>
        </w:rPr>
        <w:t>Ậ</w:t>
      </w:r>
      <w:r w:rsidRPr="00537BC6">
        <w:rPr>
          <w:rFonts w:ascii="Times New Roman" w:hAnsi="Times New Roman" w:cs="Times New Roman"/>
          <w:color w:val="auto"/>
          <w:sz w:val="28"/>
          <w:szCs w:val="28"/>
        </w:rPr>
        <w:t>P H</w:t>
      </w:r>
      <w:r w:rsidRPr="00537BC6">
        <w:rPr>
          <w:rFonts w:ascii="Times New Roman" w:hAnsi="Times New Roman" w:cs="Times New Roman"/>
          <w:color w:val="auto"/>
          <w:sz w:val="28"/>
          <w:szCs w:val="28"/>
        </w:rPr>
        <w:t>Ồ</w:t>
      </w:r>
      <w:r w:rsidRPr="00537BC6">
        <w:rPr>
          <w:rFonts w:ascii="Times New Roman" w:hAnsi="Times New Roman" w:cs="Times New Roman"/>
          <w:color w:val="auto"/>
          <w:sz w:val="28"/>
          <w:szCs w:val="28"/>
        </w:rPr>
        <w:t xml:space="preserve"> SƠ M</w:t>
      </w:r>
      <w:r w:rsidRPr="00537BC6">
        <w:rPr>
          <w:rFonts w:ascii="Times New Roman" w:hAnsi="Times New Roman" w:cs="Times New Roman"/>
          <w:color w:val="auto"/>
          <w:sz w:val="28"/>
          <w:szCs w:val="28"/>
        </w:rPr>
        <w:t>Ờ</w:t>
      </w:r>
      <w:r w:rsidRPr="00537BC6">
        <w:rPr>
          <w:rFonts w:ascii="Times New Roman" w:hAnsi="Times New Roman" w:cs="Times New Roman"/>
          <w:color w:val="auto"/>
          <w:sz w:val="28"/>
          <w:szCs w:val="28"/>
        </w:rPr>
        <w:t>I TH</w:t>
      </w:r>
      <w:r w:rsidRPr="00537BC6">
        <w:rPr>
          <w:rFonts w:ascii="Times New Roman" w:hAnsi="Times New Roman" w:cs="Times New Roman"/>
          <w:color w:val="auto"/>
          <w:sz w:val="28"/>
          <w:szCs w:val="28"/>
        </w:rPr>
        <w:t>Ầ</w:t>
      </w:r>
      <w:r w:rsidRPr="00537BC6">
        <w:rPr>
          <w:rFonts w:ascii="Times New Roman" w:hAnsi="Times New Roman" w:cs="Times New Roman"/>
          <w:color w:val="auto"/>
          <w:sz w:val="28"/>
          <w:szCs w:val="28"/>
        </w:rPr>
        <w:t>U</w:t>
      </w:r>
    </w:p>
    <w:p w:rsidR="00F503AA" w:rsidRPr="00537BC6" w:rsidRDefault="00537BC6" w:rsidP="00537BC6">
      <w:pPr>
        <w:jc w:val="center"/>
        <w:rPr>
          <w:rFonts w:ascii="Times New Roman" w:hAnsi="Times New Roman" w:cs="Times New Roman"/>
          <w:sz w:val="28"/>
          <w:szCs w:val="28"/>
        </w:rPr>
      </w:pPr>
      <w:r w:rsidRPr="00537BC6">
        <w:rPr>
          <w:rFonts w:ascii="Times New Roman" w:hAnsi="Times New Roman" w:cs="Times New Roman"/>
          <w:sz w:val="28"/>
          <w:szCs w:val="28"/>
        </w:rPr>
        <w:t>(S</w:t>
      </w:r>
      <w:r w:rsidRPr="00537BC6">
        <w:rPr>
          <w:rFonts w:ascii="Times New Roman" w:hAnsi="Times New Roman" w:cs="Times New Roman"/>
          <w:sz w:val="28"/>
          <w:szCs w:val="28"/>
        </w:rPr>
        <w:t>ố</w:t>
      </w:r>
      <w:r w:rsidRPr="00537BC6">
        <w:rPr>
          <w:rFonts w:ascii="Times New Roman" w:hAnsi="Times New Roman" w:cs="Times New Roman"/>
          <w:sz w:val="28"/>
          <w:szCs w:val="28"/>
        </w:rPr>
        <w:t>: .../HĐTV–...)</w:t>
      </w:r>
      <w:r w:rsidRPr="00537BC6">
        <w:rPr>
          <w:rFonts w:ascii="Times New Roman" w:hAnsi="Times New Roman" w:cs="Times New Roman"/>
          <w:sz w:val="28"/>
          <w:szCs w:val="28"/>
        </w:rPr>
        <w:br/>
      </w:r>
    </w:p>
    <w:p w:rsidR="00F503AA" w:rsidRPr="00537BC6" w:rsidRDefault="00537BC6">
      <w:pPr>
        <w:rPr>
          <w:rFonts w:ascii="Times New Roman" w:hAnsi="Times New Roman" w:cs="Times New Roman"/>
          <w:sz w:val="28"/>
          <w:szCs w:val="28"/>
        </w:rPr>
      </w:pPr>
      <w:r w:rsidRPr="00537BC6">
        <w:rPr>
          <w:rFonts w:ascii="Times New Roman" w:hAnsi="Times New Roman" w:cs="Times New Roman"/>
          <w:sz w:val="28"/>
          <w:szCs w:val="28"/>
        </w:rPr>
        <w:t>- Căn c</w:t>
      </w:r>
      <w:r w:rsidRPr="00537BC6">
        <w:rPr>
          <w:rFonts w:ascii="Times New Roman" w:hAnsi="Times New Roman" w:cs="Times New Roman"/>
          <w:sz w:val="28"/>
          <w:szCs w:val="28"/>
        </w:rPr>
        <w:t>ứ</w:t>
      </w:r>
      <w:r w:rsidRPr="00537BC6">
        <w:rPr>
          <w:rFonts w:ascii="Times New Roman" w:hAnsi="Times New Roman" w:cs="Times New Roman"/>
          <w:sz w:val="28"/>
          <w:szCs w:val="28"/>
        </w:rPr>
        <w:t xml:space="preserve"> B</w:t>
      </w:r>
      <w:r w:rsidRPr="00537BC6">
        <w:rPr>
          <w:rFonts w:ascii="Times New Roman" w:hAnsi="Times New Roman" w:cs="Times New Roman"/>
          <w:sz w:val="28"/>
          <w:szCs w:val="28"/>
        </w:rPr>
        <w:t>ộ</w:t>
      </w:r>
      <w:r w:rsidRPr="00537BC6">
        <w:rPr>
          <w:rFonts w:ascii="Times New Roman" w:hAnsi="Times New Roman" w:cs="Times New Roman"/>
          <w:sz w:val="28"/>
          <w:szCs w:val="28"/>
        </w:rPr>
        <w:t xml:space="preserve"> lu</w:t>
      </w:r>
      <w:r w:rsidRPr="00537BC6">
        <w:rPr>
          <w:rFonts w:ascii="Times New Roman" w:hAnsi="Times New Roman" w:cs="Times New Roman"/>
          <w:sz w:val="28"/>
          <w:szCs w:val="28"/>
        </w:rPr>
        <w:t>ậ</w:t>
      </w:r>
      <w:r w:rsidRPr="00537BC6">
        <w:rPr>
          <w:rFonts w:ascii="Times New Roman" w:hAnsi="Times New Roman" w:cs="Times New Roman"/>
          <w:sz w:val="28"/>
          <w:szCs w:val="28"/>
        </w:rPr>
        <w:t>t Dân s</w:t>
      </w:r>
      <w:r w:rsidRPr="00537BC6">
        <w:rPr>
          <w:rFonts w:ascii="Times New Roman" w:hAnsi="Times New Roman" w:cs="Times New Roman"/>
          <w:sz w:val="28"/>
          <w:szCs w:val="28"/>
        </w:rPr>
        <w:t>ự</w:t>
      </w:r>
      <w:r w:rsidRPr="00537BC6">
        <w:rPr>
          <w:rFonts w:ascii="Times New Roman" w:hAnsi="Times New Roman" w:cs="Times New Roman"/>
          <w:sz w:val="28"/>
          <w:szCs w:val="28"/>
        </w:rPr>
        <w:t xml:space="preserve"> hi</w:t>
      </w:r>
      <w:r w:rsidRPr="00537BC6">
        <w:rPr>
          <w:rFonts w:ascii="Times New Roman" w:hAnsi="Times New Roman" w:cs="Times New Roman"/>
          <w:sz w:val="28"/>
          <w:szCs w:val="28"/>
        </w:rPr>
        <w:t>ệ</w:t>
      </w:r>
      <w:r w:rsidRPr="00537BC6">
        <w:rPr>
          <w:rFonts w:ascii="Times New Roman" w:hAnsi="Times New Roman" w:cs="Times New Roman"/>
          <w:sz w:val="28"/>
          <w:szCs w:val="28"/>
        </w:rPr>
        <w:t>n hành;</w:t>
      </w:r>
      <w:r w:rsidRPr="00537BC6">
        <w:rPr>
          <w:rFonts w:ascii="Times New Roman" w:hAnsi="Times New Roman" w:cs="Times New Roman"/>
          <w:sz w:val="28"/>
          <w:szCs w:val="28"/>
        </w:rPr>
        <w:br/>
        <w:t>- Căn c</w:t>
      </w:r>
      <w:r w:rsidRPr="00537BC6">
        <w:rPr>
          <w:rFonts w:ascii="Times New Roman" w:hAnsi="Times New Roman" w:cs="Times New Roman"/>
          <w:sz w:val="28"/>
          <w:szCs w:val="28"/>
        </w:rPr>
        <w:t>ứ</w:t>
      </w:r>
      <w:r w:rsidRPr="00537BC6">
        <w:rPr>
          <w:rFonts w:ascii="Times New Roman" w:hAnsi="Times New Roman" w:cs="Times New Roman"/>
          <w:sz w:val="28"/>
          <w:szCs w:val="28"/>
        </w:rPr>
        <w:t xml:space="preserve"> Lu</w:t>
      </w:r>
      <w:r w:rsidRPr="00537BC6">
        <w:rPr>
          <w:rFonts w:ascii="Times New Roman" w:hAnsi="Times New Roman" w:cs="Times New Roman"/>
          <w:sz w:val="28"/>
          <w:szCs w:val="28"/>
        </w:rPr>
        <w:t>ậ</w:t>
      </w:r>
      <w:r w:rsidRPr="00537BC6">
        <w:rPr>
          <w:rFonts w:ascii="Times New Roman" w:hAnsi="Times New Roman" w:cs="Times New Roman"/>
          <w:sz w:val="28"/>
          <w:szCs w:val="28"/>
        </w:rPr>
        <w:t>t Đ</w:t>
      </w:r>
      <w:r w:rsidRPr="00537BC6">
        <w:rPr>
          <w:rFonts w:ascii="Times New Roman" w:hAnsi="Times New Roman" w:cs="Times New Roman"/>
          <w:sz w:val="28"/>
          <w:szCs w:val="28"/>
        </w:rPr>
        <w:t>ấ</w:t>
      </w:r>
      <w:r w:rsidRPr="00537BC6">
        <w:rPr>
          <w:rFonts w:ascii="Times New Roman" w:hAnsi="Times New Roman" w:cs="Times New Roman"/>
          <w:sz w:val="28"/>
          <w:szCs w:val="28"/>
        </w:rPr>
        <w:t>u th</w:t>
      </w:r>
      <w:r w:rsidRPr="00537BC6">
        <w:rPr>
          <w:rFonts w:ascii="Times New Roman" w:hAnsi="Times New Roman" w:cs="Times New Roman"/>
          <w:sz w:val="28"/>
          <w:szCs w:val="28"/>
        </w:rPr>
        <w:t>ầ</w:t>
      </w:r>
      <w:r w:rsidRPr="00537BC6">
        <w:rPr>
          <w:rFonts w:ascii="Times New Roman" w:hAnsi="Times New Roman" w:cs="Times New Roman"/>
          <w:sz w:val="28"/>
          <w:szCs w:val="28"/>
        </w:rPr>
        <w:t>u và các văn b</w:t>
      </w:r>
      <w:r w:rsidRPr="00537BC6">
        <w:rPr>
          <w:rFonts w:ascii="Times New Roman" w:hAnsi="Times New Roman" w:cs="Times New Roman"/>
          <w:sz w:val="28"/>
          <w:szCs w:val="28"/>
        </w:rPr>
        <w:t>ả</w:t>
      </w:r>
      <w:r w:rsidRPr="00537BC6">
        <w:rPr>
          <w:rFonts w:ascii="Times New Roman" w:hAnsi="Times New Roman" w:cs="Times New Roman"/>
          <w:sz w:val="28"/>
          <w:szCs w:val="28"/>
        </w:rPr>
        <w:t>n hư</w:t>
      </w:r>
      <w:r w:rsidRPr="00537BC6">
        <w:rPr>
          <w:rFonts w:ascii="Times New Roman" w:hAnsi="Times New Roman" w:cs="Times New Roman"/>
          <w:sz w:val="28"/>
          <w:szCs w:val="28"/>
        </w:rPr>
        <w:t>ớ</w:t>
      </w:r>
      <w:r w:rsidRPr="00537BC6">
        <w:rPr>
          <w:rFonts w:ascii="Times New Roman" w:hAnsi="Times New Roman" w:cs="Times New Roman"/>
          <w:sz w:val="28"/>
          <w:szCs w:val="28"/>
        </w:rPr>
        <w:t>ng d</w:t>
      </w:r>
      <w:r w:rsidRPr="00537BC6">
        <w:rPr>
          <w:rFonts w:ascii="Times New Roman" w:hAnsi="Times New Roman" w:cs="Times New Roman"/>
          <w:sz w:val="28"/>
          <w:szCs w:val="28"/>
        </w:rPr>
        <w:t>ẫ</w:t>
      </w:r>
      <w:r w:rsidRPr="00537BC6">
        <w:rPr>
          <w:rFonts w:ascii="Times New Roman" w:hAnsi="Times New Roman" w:cs="Times New Roman"/>
          <w:sz w:val="28"/>
          <w:szCs w:val="28"/>
        </w:rPr>
        <w:t>n thi hành;</w:t>
      </w:r>
      <w:r w:rsidRPr="00537BC6">
        <w:rPr>
          <w:rFonts w:ascii="Times New Roman" w:hAnsi="Times New Roman" w:cs="Times New Roman"/>
          <w:sz w:val="28"/>
          <w:szCs w:val="28"/>
        </w:rPr>
        <w:br/>
        <w:t>- Căn c</w:t>
      </w:r>
      <w:r w:rsidRPr="00537BC6">
        <w:rPr>
          <w:rFonts w:ascii="Times New Roman" w:hAnsi="Times New Roman" w:cs="Times New Roman"/>
          <w:sz w:val="28"/>
          <w:szCs w:val="28"/>
        </w:rPr>
        <w:t>ứ</w:t>
      </w:r>
      <w:r w:rsidRPr="00537BC6">
        <w:rPr>
          <w:rFonts w:ascii="Times New Roman" w:hAnsi="Times New Roman" w:cs="Times New Roman"/>
          <w:sz w:val="28"/>
          <w:szCs w:val="28"/>
        </w:rPr>
        <w:t xml:space="preserve"> vào nhu c</w:t>
      </w:r>
      <w:r w:rsidRPr="00537BC6">
        <w:rPr>
          <w:rFonts w:ascii="Times New Roman" w:hAnsi="Times New Roman" w:cs="Times New Roman"/>
          <w:sz w:val="28"/>
          <w:szCs w:val="28"/>
        </w:rPr>
        <w:t>ầ</w:t>
      </w:r>
      <w:r w:rsidRPr="00537BC6">
        <w:rPr>
          <w:rFonts w:ascii="Times New Roman" w:hAnsi="Times New Roman" w:cs="Times New Roman"/>
          <w:sz w:val="28"/>
          <w:szCs w:val="28"/>
        </w:rPr>
        <w:t>u c</w:t>
      </w:r>
      <w:r w:rsidRPr="00537BC6">
        <w:rPr>
          <w:rFonts w:ascii="Times New Roman" w:hAnsi="Times New Roman" w:cs="Times New Roman"/>
          <w:sz w:val="28"/>
          <w:szCs w:val="28"/>
        </w:rPr>
        <w:t>ủ</w:t>
      </w:r>
      <w:r w:rsidRPr="00537BC6">
        <w:rPr>
          <w:rFonts w:ascii="Times New Roman" w:hAnsi="Times New Roman" w:cs="Times New Roman"/>
          <w:sz w:val="28"/>
          <w:szCs w:val="28"/>
        </w:rPr>
        <w:t>a Bên A và năng l</w:t>
      </w:r>
      <w:r w:rsidRPr="00537BC6">
        <w:rPr>
          <w:rFonts w:ascii="Times New Roman" w:hAnsi="Times New Roman" w:cs="Times New Roman"/>
          <w:sz w:val="28"/>
          <w:szCs w:val="28"/>
        </w:rPr>
        <w:t>ự</w:t>
      </w:r>
      <w:r w:rsidRPr="00537BC6">
        <w:rPr>
          <w:rFonts w:ascii="Times New Roman" w:hAnsi="Times New Roman" w:cs="Times New Roman"/>
          <w:sz w:val="28"/>
          <w:szCs w:val="28"/>
        </w:rPr>
        <w:t xml:space="preserve">c </w:t>
      </w:r>
      <w:r w:rsidRPr="00537BC6">
        <w:rPr>
          <w:rFonts w:ascii="Times New Roman" w:hAnsi="Times New Roman" w:cs="Times New Roman"/>
          <w:sz w:val="28"/>
          <w:szCs w:val="28"/>
        </w:rPr>
        <w:t>c</w:t>
      </w:r>
      <w:r w:rsidRPr="00537BC6">
        <w:rPr>
          <w:rFonts w:ascii="Times New Roman" w:hAnsi="Times New Roman" w:cs="Times New Roman"/>
          <w:sz w:val="28"/>
          <w:szCs w:val="28"/>
        </w:rPr>
        <w:t>ủ</w:t>
      </w:r>
      <w:r w:rsidRPr="00537BC6">
        <w:rPr>
          <w:rFonts w:ascii="Times New Roman" w:hAnsi="Times New Roman" w:cs="Times New Roman"/>
          <w:sz w:val="28"/>
          <w:szCs w:val="28"/>
        </w:rPr>
        <w:t>a Bên B;</w:t>
      </w:r>
      <w:r w:rsidRPr="00537BC6">
        <w:rPr>
          <w:rFonts w:ascii="Times New Roman" w:hAnsi="Times New Roman" w:cs="Times New Roman"/>
          <w:sz w:val="28"/>
          <w:szCs w:val="28"/>
        </w:rPr>
        <w:br/>
      </w:r>
    </w:p>
    <w:p w:rsidR="00F503AA" w:rsidRPr="00537BC6" w:rsidRDefault="00537BC6">
      <w:pPr>
        <w:rPr>
          <w:rFonts w:ascii="Times New Roman" w:hAnsi="Times New Roman" w:cs="Times New Roman"/>
          <w:sz w:val="28"/>
          <w:szCs w:val="28"/>
        </w:rPr>
      </w:pPr>
      <w:r w:rsidRPr="00537BC6">
        <w:rPr>
          <w:rFonts w:ascii="Times New Roman" w:hAnsi="Times New Roman" w:cs="Times New Roman"/>
          <w:sz w:val="28"/>
          <w:szCs w:val="28"/>
        </w:rPr>
        <w:t>Hôm nay, ngày ... tháng ... năm ..., t</w:t>
      </w:r>
      <w:r w:rsidRPr="00537BC6">
        <w:rPr>
          <w:rFonts w:ascii="Times New Roman" w:hAnsi="Times New Roman" w:cs="Times New Roman"/>
          <w:sz w:val="28"/>
          <w:szCs w:val="28"/>
        </w:rPr>
        <w:t>ạ</w:t>
      </w:r>
      <w:r w:rsidRPr="00537BC6">
        <w:rPr>
          <w:rFonts w:ascii="Times New Roman" w:hAnsi="Times New Roman" w:cs="Times New Roman"/>
          <w:sz w:val="28"/>
          <w:szCs w:val="28"/>
        </w:rPr>
        <w:t>i ..., chúng tôi g</w:t>
      </w:r>
      <w:r w:rsidRPr="00537BC6">
        <w:rPr>
          <w:rFonts w:ascii="Times New Roman" w:hAnsi="Times New Roman" w:cs="Times New Roman"/>
          <w:sz w:val="28"/>
          <w:szCs w:val="28"/>
        </w:rPr>
        <w:t>ồ</w:t>
      </w:r>
      <w:r w:rsidRPr="00537BC6">
        <w:rPr>
          <w:rFonts w:ascii="Times New Roman" w:hAnsi="Times New Roman" w:cs="Times New Roman"/>
          <w:sz w:val="28"/>
          <w:szCs w:val="28"/>
        </w:rPr>
        <w:t>m:</w:t>
      </w:r>
    </w:p>
    <w:p w:rsidR="00F503AA" w:rsidRPr="00537BC6" w:rsidRDefault="00537BC6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537BC6">
        <w:rPr>
          <w:rFonts w:ascii="Times New Roman" w:hAnsi="Times New Roman" w:cs="Times New Roman"/>
          <w:sz w:val="28"/>
          <w:szCs w:val="28"/>
        </w:rPr>
        <w:t>BÊN A (Ch</w:t>
      </w:r>
      <w:r w:rsidRPr="00537BC6">
        <w:rPr>
          <w:rFonts w:ascii="Times New Roman" w:hAnsi="Times New Roman" w:cs="Times New Roman"/>
          <w:sz w:val="28"/>
          <w:szCs w:val="28"/>
        </w:rPr>
        <w:t>ủ</w:t>
      </w:r>
      <w:r w:rsidRPr="00537BC6">
        <w:rPr>
          <w:rFonts w:ascii="Times New Roman" w:hAnsi="Times New Roman" w:cs="Times New Roman"/>
          <w:sz w:val="28"/>
          <w:szCs w:val="28"/>
        </w:rPr>
        <w:t xml:space="preserve"> đ</w:t>
      </w:r>
      <w:r w:rsidRPr="00537BC6">
        <w:rPr>
          <w:rFonts w:ascii="Times New Roman" w:hAnsi="Times New Roman" w:cs="Times New Roman"/>
          <w:sz w:val="28"/>
          <w:szCs w:val="28"/>
        </w:rPr>
        <w:t>ầ</w:t>
      </w:r>
      <w:r w:rsidRPr="00537BC6">
        <w:rPr>
          <w:rFonts w:ascii="Times New Roman" w:hAnsi="Times New Roman" w:cs="Times New Roman"/>
          <w:sz w:val="28"/>
          <w:szCs w:val="28"/>
        </w:rPr>
        <w:t>u tư/Bên m</w:t>
      </w:r>
      <w:r w:rsidRPr="00537BC6">
        <w:rPr>
          <w:rFonts w:ascii="Times New Roman" w:hAnsi="Times New Roman" w:cs="Times New Roman"/>
          <w:sz w:val="28"/>
          <w:szCs w:val="28"/>
        </w:rPr>
        <w:t>ờ</w:t>
      </w:r>
      <w:r w:rsidRPr="00537BC6">
        <w:rPr>
          <w:rFonts w:ascii="Times New Roman" w:hAnsi="Times New Roman" w:cs="Times New Roman"/>
          <w:sz w:val="28"/>
          <w:szCs w:val="28"/>
        </w:rPr>
        <w:t>i th</w:t>
      </w:r>
      <w:r w:rsidRPr="00537BC6">
        <w:rPr>
          <w:rFonts w:ascii="Times New Roman" w:hAnsi="Times New Roman" w:cs="Times New Roman"/>
          <w:sz w:val="28"/>
          <w:szCs w:val="28"/>
        </w:rPr>
        <w:t>ầ</w:t>
      </w:r>
      <w:r>
        <w:rPr>
          <w:rFonts w:ascii="Times New Roman" w:hAnsi="Times New Roman" w:cs="Times New Roman"/>
          <w:sz w:val="28"/>
          <w:szCs w:val="28"/>
        </w:rPr>
        <w:t>u):</w:t>
      </w:r>
    </w:p>
    <w:p w:rsidR="00F503AA" w:rsidRPr="00537BC6" w:rsidRDefault="00537BC6">
      <w:pPr>
        <w:rPr>
          <w:rFonts w:ascii="Times New Roman" w:hAnsi="Times New Roman" w:cs="Times New Roman"/>
          <w:sz w:val="28"/>
          <w:szCs w:val="28"/>
        </w:rPr>
      </w:pPr>
      <w:r w:rsidRPr="00537BC6">
        <w:rPr>
          <w:rFonts w:ascii="Times New Roman" w:hAnsi="Times New Roman" w:cs="Times New Roman"/>
          <w:sz w:val="28"/>
          <w:szCs w:val="28"/>
        </w:rPr>
        <w:t>Tên đơn v</w:t>
      </w:r>
      <w:r w:rsidRPr="00537BC6">
        <w:rPr>
          <w:rFonts w:ascii="Times New Roman" w:hAnsi="Times New Roman" w:cs="Times New Roman"/>
          <w:sz w:val="28"/>
          <w:szCs w:val="28"/>
        </w:rPr>
        <w:t>ị</w:t>
      </w:r>
      <w:r w:rsidRPr="00537BC6">
        <w:rPr>
          <w:rFonts w:ascii="Times New Roman" w:hAnsi="Times New Roman" w:cs="Times New Roman"/>
          <w:sz w:val="28"/>
          <w:szCs w:val="28"/>
        </w:rPr>
        <w:t>: ......................................................</w:t>
      </w:r>
    </w:p>
    <w:p w:rsidR="00F503AA" w:rsidRPr="00537BC6" w:rsidRDefault="00537BC6">
      <w:pPr>
        <w:rPr>
          <w:rFonts w:ascii="Times New Roman" w:hAnsi="Times New Roman" w:cs="Times New Roman"/>
          <w:sz w:val="28"/>
          <w:szCs w:val="28"/>
        </w:rPr>
      </w:pPr>
      <w:r w:rsidRPr="00537BC6">
        <w:rPr>
          <w:rFonts w:ascii="Times New Roman" w:hAnsi="Times New Roman" w:cs="Times New Roman"/>
          <w:sz w:val="28"/>
          <w:szCs w:val="28"/>
        </w:rPr>
        <w:t>Đ</w:t>
      </w:r>
      <w:r w:rsidRPr="00537BC6">
        <w:rPr>
          <w:rFonts w:ascii="Times New Roman" w:hAnsi="Times New Roman" w:cs="Times New Roman"/>
          <w:sz w:val="28"/>
          <w:szCs w:val="28"/>
        </w:rPr>
        <w:t>ị</w:t>
      </w:r>
      <w:r w:rsidRPr="00537BC6">
        <w:rPr>
          <w:rFonts w:ascii="Times New Roman" w:hAnsi="Times New Roman" w:cs="Times New Roman"/>
          <w:sz w:val="28"/>
          <w:szCs w:val="28"/>
        </w:rPr>
        <w:t>a ch</w:t>
      </w:r>
      <w:r w:rsidRPr="00537BC6">
        <w:rPr>
          <w:rFonts w:ascii="Times New Roman" w:hAnsi="Times New Roman" w:cs="Times New Roman"/>
          <w:sz w:val="28"/>
          <w:szCs w:val="28"/>
        </w:rPr>
        <w:t>ỉ</w:t>
      </w:r>
      <w:r w:rsidRPr="00537BC6">
        <w:rPr>
          <w:rFonts w:ascii="Times New Roman" w:hAnsi="Times New Roman" w:cs="Times New Roman"/>
          <w:sz w:val="28"/>
          <w:szCs w:val="28"/>
        </w:rPr>
        <w:t>: ......................................................</w:t>
      </w:r>
    </w:p>
    <w:p w:rsidR="00F503AA" w:rsidRPr="00537BC6" w:rsidRDefault="00537BC6">
      <w:pPr>
        <w:rPr>
          <w:rFonts w:ascii="Times New Roman" w:hAnsi="Times New Roman" w:cs="Times New Roman"/>
          <w:sz w:val="28"/>
          <w:szCs w:val="28"/>
        </w:rPr>
      </w:pPr>
      <w:r w:rsidRPr="00537BC6">
        <w:rPr>
          <w:rFonts w:ascii="Times New Roman" w:hAnsi="Times New Roman" w:cs="Times New Roman"/>
          <w:sz w:val="28"/>
          <w:szCs w:val="28"/>
        </w:rPr>
        <w:t>Đ</w:t>
      </w:r>
      <w:r w:rsidRPr="00537BC6">
        <w:rPr>
          <w:rFonts w:ascii="Times New Roman" w:hAnsi="Times New Roman" w:cs="Times New Roman"/>
          <w:sz w:val="28"/>
          <w:szCs w:val="28"/>
        </w:rPr>
        <w:t>ạ</w:t>
      </w:r>
      <w:r w:rsidRPr="00537BC6">
        <w:rPr>
          <w:rFonts w:ascii="Times New Roman" w:hAnsi="Times New Roman" w:cs="Times New Roman"/>
          <w:sz w:val="28"/>
          <w:szCs w:val="28"/>
        </w:rPr>
        <w:t>i di</w:t>
      </w:r>
      <w:r w:rsidRPr="00537BC6">
        <w:rPr>
          <w:rFonts w:ascii="Times New Roman" w:hAnsi="Times New Roman" w:cs="Times New Roman"/>
          <w:sz w:val="28"/>
          <w:szCs w:val="28"/>
        </w:rPr>
        <w:t>ệ</w:t>
      </w:r>
      <w:r w:rsidRPr="00537BC6">
        <w:rPr>
          <w:rFonts w:ascii="Times New Roman" w:hAnsi="Times New Roman" w:cs="Times New Roman"/>
          <w:sz w:val="28"/>
          <w:szCs w:val="28"/>
        </w:rPr>
        <w:t>n: .....</w:t>
      </w:r>
      <w:r w:rsidRPr="00537BC6">
        <w:rPr>
          <w:rFonts w:ascii="Times New Roman" w:hAnsi="Times New Roman" w:cs="Times New Roman"/>
          <w:sz w:val="28"/>
          <w:szCs w:val="28"/>
        </w:rPr>
        <w:t>.................................................</w:t>
      </w:r>
    </w:p>
    <w:p w:rsidR="00F503AA" w:rsidRPr="00537BC6" w:rsidRDefault="00537BC6">
      <w:pPr>
        <w:rPr>
          <w:rFonts w:ascii="Times New Roman" w:hAnsi="Times New Roman" w:cs="Times New Roman"/>
          <w:sz w:val="28"/>
          <w:szCs w:val="28"/>
        </w:rPr>
      </w:pPr>
      <w:r w:rsidRPr="00537BC6">
        <w:rPr>
          <w:rFonts w:ascii="Times New Roman" w:hAnsi="Times New Roman" w:cs="Times New Roman"/>
          <w:sz w:val="28"/>
          <w:szCs w:val="28"/>
        </w:rPr>
        <w:t>Ch</w:t>
      </w:r>
      <w:r w:rsidRPr="00537BC6">
        <w:rPr>
          <w:rFonts w:ascii="Times New Roman" w:hAnsi="Times New Roman" w:cs="Times New Roman"/>
          <w:sz w:val="28"/>
          <w:szCs w:val="28"/>
        </w:rPr>
        <w:t>ứ</w:t>
      </w:r>
      <w:r w:rsidRPr="00537BC6">
        <w:rPr>
          <w:rFonts w:ascii="Times New Roman" w:hAnsi="Times New Roman" w:cs="Times New Roman"/>
          <w:sz w:val="28"/>
          <w:szCs w:val="28"/>
        </w:rPr>
        <w:t>c v</w:t>
      </w:r>
      <w:r w:rsidRPr="00537BC6">
        <w:rPr>
          <w:rFonts w:ascii="Times New Roman" w:hAnsi="Times New Roman" w:cs="Times New Roman"/>
          <w:sz w:val="28"/>
          <w:szCs w:val="28"/>
        </w:rPr>
        <w:t>ụ</w:t>
      </w:r>
      <w:r w:rsidRPr="00537BC6">
        <w:rPr>
          <w:rFonts w:ascii="Times New Roman" w:hAnsi="Times New Roman" w:cs="Times New Roman"/>
          <w:sz w:val="28"/>
          <w:szCs w:val="28"/>
        </w:rPr>
        <w:t>: ......................................................</w:t>
      </w:r>
      <w:r w:rsidRPr="00537BC6">
        <w:rPr>
          <w:rFonts w:ascii="Times New Roman" w:hAnsi="Times New Roman" w:cs="Times New Roman"/>
          <w:sz w:val="28"/>
          <w:szCs w:val="28"/>
        </w:rPr>
        <w:br/>
      </w:r>
    </w:p>
    <w:p w:rsidR="00F503AA" w:rsidRPr="00537BC6" w:rsidRDefault="00537BC6">
      <w:pPr>
        <w:rPr>
          <w:rFonts w:ascii="Times New Roman" w:hAnsi="Times New Roman" w:cs="Times New Roman"/>
          <w:sz w:val="28"/>
          <w:szCs w:val="28"/>
        </w:rPr>
      </w:pPr>
      <w:r w:rsidRPr="00537BC6">
        <w:rPr>
          <w:rFonts w:ascii="Times New Roman" w:hAnsi="Times New Roman" w:cs="Times New Roman"/>
          <w:sz w:val="28"/>
          <w:szCs w:val="28"/>
        </w:rPr>
        <w:t>BÊN B (Tư v</w:t>
      </w:r>
      <w:r w:rsidRPr="00537BC6">
        <w:rPr>
          <w:rFonts w:ascii="Times New Roman" w:hAnsi="Times New Roman" w:cs="Times New Roman"/>
          <w:sz w:val="28"/>
          <w:szCs w:val="28"/>
        </w:rPr>
        <w:t>ấ</w:t>
      </w:r>
      <w:r w:rsidRPr="00537BC6">
        <w:rPr>
          <w:rFonts w:ascii="Times New Roman" w:hAnsi="Times New Roman" w:cs="Times New Roman"/>
          <w:sz w:val="28"/>
          <w:szCs w:val="28"/>
        </w:rPr>
        <w:t>n l</w:t>
      </w:r>
      <w:r w:rsidRPr="00537BC6">
        <w:rPr>
          <w:rFonts w:ascii="Times New Roman" w:hAnsi="Times New Roman" w:cs="Times New Roman"/>
          <w:sz w:val="28"/>
          <w:szCs w:val="28"/>
        </w:rPr>
        <w:t>ậ</w:t>
      </w:r>
      <w:r>
        <w:rPr>
          <w:rFonts w:ascii="Times New Roman" w:hAnsi="Times New Roman" w:cs="Times New Roman"/>
          <w:sz w:val="28"/>
          <w:szCs w:val="28"/>
        </w:rPr>
        <w:t>p HSMT):</w:t>
      </w:r>
    </w:p>
    <w:p w:rsidR="00F503AA" w:rsidRPr="00537BC6" w:rsidRDefault="00537BC6">
      <w:pPr>
        <w:rPr>
          <w:rFonts w:ascii="Times New Roman" w:hAnsi="Times New Roman" w:cs="Times New Roman"/>
          <w:sz w:val="28"/>
          <w:szCs w:val="28"/>
        </w:rPr>
      </w:pPr>
      <w:r w:rsidRPr="00537BC6">
        <w:rPr>
          <w:rFonts w:ascii="Times New Roman" w:hAnsi="Times New Roman" w:cs="Times New Roman"/>
          <w:sz w:val="28"/>
          <w:szCs w:val="28"/>
        </w:rPr>
        <w:t>Tên đơn v</w:t>
      </w:r>
      <w:r w:rsidRPr="00537BC6">
        <w:rPr>
          <w:rFonts w:ascii="Times New Roman" w:hAnsi="Times New Roman" w:cs="Times New Roman"/>
          <w:sz w:val="28"/>
          <w:szCs w:val="28"/>
        </w:rPr>
        <w:t>ị</w:t>
      </w:r>
      <w:r w:rsidRPr="00537BC6">
        <w:rPr>
          <w:rFonts w:ascii="Times New Roman" w:hAnsi="Times New Roman" w:cs="Times New Roman"/>
          <w:sz w:val="28"/>
          <w:szCs w:val="28"/>
        </w:rPr>
        <w:t>: ......................................................</w:t>
      </w:r>
    </w:p>
    <w:p w:rsidR="00F503AA" w:rsidRPr="00537BC6" w:rsidRDefault="00537BC6">
      <w:pPr>
        <w:rPr>
          <w:rFonts w:ascii="Times New Roman" w:hAnsi="Times New Roman" w:cs="Times New Roman"/>
          <w:sz w:val="28"/>
          <w:szCs w:val="28"/>
        </w:rPr>
      </w:pPr>
      <w:r w:rsidRPr="00537BC6">
        <w:rPr>
          <w:rFonts w:ascii="Times New Roman" w:hAnsi="Times New Roman" w:cs="Times New Roman"/>
          <w:sz w:val="28"/>
          <w:szCs w:val="28"/>
        </w:rPr>
        <w:t>Đ</w:t>
      </w:r>
      <w:r w:rsidRPr="00537BC6">
        <w:rPr>
          <w:rFonts w:ascii="Times New Roman" w:hAnsi="Times New Roman" w:cs="Times New Roman"/>
          <w:sz w:val="28"/>
          <w:szCs w:val="28"/>
        </w:rPr>
        <w:t>ị</w:t>
      </w:r>
      <w:r w:rsidRPr="00537BC6">
        <w:rPr>
          <w:rFonts w:ascii="Times New Roman" w:hAnsi="Times New Roman" w:cs="Times New Roman"/>
          <w:sz w:val="28"/>
          <w:szCs w:val="28"/>
        </w:rPr>
        <w:t>a ch</w:t>
      </w:r>
      <w:r w:rsidRPr="00537BC6">
        <w:rPr>
          <w:rFonts w:ascii="Times New Roman" w:hAnsi="Times New Roman" w:cs="Times New Roman"/>
          <w:sz w:val="28"/>
          <w:szCs w:val="28"/>
        </w:rPr>
        <w:t>ỉ</w:t>
      </w:r>
      <w:r w:rsidRPr="00537BC6">
        <w:rPr>
          <w:rFonts w:ascii="Times New Roman" w:hAnsi="Times New Roman" w:cs="Times New Roman"/>
          <w:sz w:val="28"/>
          <w:szCs w:val="28"/>
        </w:rPr>
        <w:t>: ....................................</w:t>
      </w:r>
      <w:r w:rsidRPr="00537BC6">
        <w:rPr>
          <w:rFonts w:ascii="Times New Roman" w:hAnsi="Times New Roman" w:cs="Times New Roman"/>
          <w:sz w:val="28"/>
          <w:szCs w:val="28"/>
        </w:rPr>
        <w:t>..................</w:t>
      </w:r>
    </w:p>
    <w:p w:rsidR="00F503AA" w:rsidRPr="00537BC6" w:rsidRDefault="00537BC6">
      <w:pPr>
        <w:rPr>
          <w:rFonts w:ascii="Times New Roman" w:hAnsi="Times New Roman" w:cs="Times New Roman"/>
          <w:sz w:val="28"/>
          <w:szCs w:val="28"/>
        </w:rPr>
      </w:pPr>
      <w:r w:rsidRPr="00537BC6">
        <w:rPr>
          <w:rFonts w:ascii="Times New Roman" w:hAnsi="Times New Roman" w:cs="Times New Roman"/>
          <w:sz w:val="28"/>
          <w:szCs w:val="28"/>
        </w:rPr>
        <w:t>Đ</w:t>
      </w:r>
      <w:r w:rsidRPr="00537BC6">
        <w:rPr>
          <w:rFonts w:ascii="Times New Roman" w:hAnsi="Times New Roman" w:cs="Times New Roman"/>
          <w:sz w:val="28"/>
          <w:szCs w:val="28"/>
        </w:rPr>
        <w:t>ạ</w:t>
      </w:r>
      <w:r w:rsidRPr="00537BC6">
        <w:rPr>
          <w:rFonts w:ascii="Times New Roman" w:hAnsi="Times New Roman" w:cs="Times New Roman"/>
          <w:sz w:val="28"/>
          <w:szCs w:val="28"/>
        </w:rPr>
        <w:t>i di</w:t>
      </w:r>
      <w:r w:rsidRPr="00537BC6">
        <w:rPr>
          <w:rFonts w:ascii="Times New Roman" w:hAnsi="Times New Roman" w:cs="Times New Roman"/>
          <w:sz w:val="28"/>
          <w:szCs w:val="28"/>
        </w:rPr>
        <w:t>ệ</w:t>
      </w:r>
      <w:r w:rsidRPr="00537BC6">
        <w:rPr>
          <w:rFonts w:ascii="Times New Roman" w:hAnsi="Times New Roman" w:cs="Times New Roman"/>
          <w:sz w:val="28"/>
          <w:szCs w:val="28"/>
        </w:rPr>
        <w:t>n: ......................................................</w:t>
      </w:r>
    </w:p>
    <w:p w:rsidR="00F503AA" w:rsidRPr="00537BC6" w:rsidRDefault="00537BC6">
      <w:pPr>
        <w:rPr>
          <w:rFonts w:ascii="Times New Roman" w:hAnsi="Times New Roman" w:cs="Times New Roman"/>
          <w:sz w:val="28"/>
          <w:szCs w:val="28"/>
        </w:rPr>
      </w:pPr>
      <w:r w:rsidRPr="00537BC6">
        <w:rPr>
          <w:rFonts w:ascii="Times New Roman" w:hAnsi="Times New Roman" w:cs="Times New Roman"/>
          <w:sz w:val="28"/>
          <w:szCs w:val="28"/>
        </w:rPr>
        <w:t>Ch</w:t>
      </w:r>
      <w:r w:rsidRPr="00537BC6">
        <w:rPr>
          <w:rFonts w:ascii="Times New Roman" w:hAnsi="Times New Roman" w:cs="Times New Roman"/>
          <w:sz w:val="28"/>
          <w:szCs w:val="28"/>
        </w:rPr>
        <w:t>ứ</w:t>
      </w:r>
      <w:r w:rsidRPr="00537BC6">
        <w:rPr>
          <w:rFonts w:ascii="Times New Roman" w:hAnsi="Times New Roman" w:cs="Times New Roman"/>
          <w:sz w:val="28"/>
          <w:szCs w:val="28"/>
        </w:rPr>
        <w:t>c v</w:t>
      </w:r>
      <w:r w:rsidRPr="00537BC6">
        <w:rPr>
          <w:rFonts w:ascii="Times New Roman" w:hAnsi="Times New Roman" w:cs="Times New Roman"/>
          <w:sz w:val="28"/>
          <w:szCs w:val="28"/>
        </w:rPr>
        <w:t>ụ</w:t>
      </w:r>
      <w:r w:rsidRPr="00537BC6">
        <w:rPr>
          <w:rFonts w:ascii="Times New Roman" w:hAnsi="Times New Roman" w:cs="Times New Roman"/>
          <w:sz w:val="28"/>
          <w:szCs w:val="28"/>
        </w:rPr>
        <w:t>: ......................................................</w:t>
      </w:r>
      <w:r w:rsidRPr="00537BC6">
        <w:rPr>
          <w:rFonts w:ascii="Times New Roman" w:hAnsi="Times New Roman" w:cs="Times New Roman"/>
          <w:sz w:val="28"/>
          <w:szCs w:val="28"/>
        </w:rPr>
        <w:br/>
      </w:r>
    </w:p>
    <w:p w:rsidR="00F503AA" w:rsidRPr="00537BC6" w:rsidRDefault="00537BC6">
      <w:pPr>
        <w:pStyle w:val="Heading3"/>
        <w:rPr>
          <w:rFonts w:ascii="Times New Roman" w:hAnsi="Times New Roman" w:cs="Times New Roman"/>
          <w:color w:val="auto"/>
          <w:sz w:val="28"/>
          <w:szCs w:val="28"/>
        </w:rPr>
      </w:pPr>
      <w:r w:rsidRPr="00537BC6">
        <w:rPr>
          <w:rFonts w:ascii="Times New Roman" w:hAnsi="Times New Roman" w:cs="Times New Roman"/>
          <w:color w:val="auto"/>
          <w:sz w:val="28"/>
          <w:szCs w:val="28"/>
        </w:rPr>
        <w:t>**Đi</w:t>
      </w:r>
      <w:r w:rsidRPr="00537BC6">
        <w:rPr>
          <w:rFonts w:ascii="Times New Roman" w:hAnsi="Times New Roman" w:cs="Times New Roman"/>
          <w:color w:val="auto"/>
          <w:sz w:val="28"/>
          <w:szCs w:val="28"/>
        </w:rPr>
        <w:t>ề</w:t>
      </w:r>
      <w:r w:rsidRPr="00537BC6">
        <w:rPr>
          <w:rFonts w:ascii="Times New Roman" w:hAnsi="Times New Roman" w:cs="Times New Roman"/>
          <w:color w:val="auto"/>
          <w:sz w:val="28"/>
          <w:szCs w:val="28"/>
        </w:rPr>
        <w:t>u 1. N</w:t>
      </w:r>
      <w:r w:rsidRPr="00537BC6">
        <w:rPr>
          <w:rFonts w:ascii="Times New Roman" w:hAnsi="Times New Roman" w:cs="Times New Roman"/>
          <w:color w:val="auto"/>
          <w:sz w:val="28"/>
          <w:szCs w:val="28"/>
        </w:rPr>
        <w:t>ộ</w:t>
      </w:r>
      <w:r w:rsidRPr="00537BC6">
        <w:rPr>
          <w:rFonts w:ascii="Times New Roman" w:hAnsi="Times New Roman" w:cs="Times New Roman"/>
          <w:color w:val="auto"/>
          <w:sz w:val="28"/>
          <w:szCs w:val="28"/>
        </w:rPr>
        <w:t>i dung công vi</w:t>
      </w:r>
      <w:r w:rsidRPr="00537BC6">
        <w:rPr>
          <w:rFonts w:ascii="Times New Roman" w:hAnsi="Times New Roman" w:cs="Times New Roman"/>
          <w:color w:val="auto"/>
          <w:sz w:val="28"/>
          <w:szCs w:val="28"/>
        </w:rPr>
        <w:t>ệ</w:t>
      </w:r>
      <w:r w:rsidRPr="00537BC6">
        <w:rPr>
          <w:rFonts w:ascii="Times New Roman" w:hAnsi="Times New Roman" w:cs="Times New Roman"/>
          <w:color w:val="auto"/>
          <w:sz w:val="28"/>
          <w:szCs w:val="28"/>
        </w:rPr>
        <w:t>c**</w:t>
      </w:r>
    </w:p>
    <w:p w:rsidR="00F503AA" w:rsidRPr="00537BC6" w:rsidRDefault="00537BC6">
      <w:pPr>
        <w:rPr>
          <w:rFonts w:ascii="Times New Roman" w:hAnsi="Times New Roman" w:cs="Times New Roman"/>
          <w:sz w:val="28"/>
          <w:szCs w:val="28"/>
        </w:rPr>
      </w:pPr>
      <w:r w:rsidRPr="00537BC6">
        <w:rPr>
          <w:rFonts w:ascii="Times New Roman" w:hAnsi="Times New Roman" w:cs="Times New Roman"/>
          <w:sz w:val="28"/>
          <w:szCs w:val="28"/>
        </w:rPr>
        <w:t>Bên B cung c</w:t>
      </w:r>
      <w:r w:rsidRPr="00537BC6">
        <w:rPr>
          <w:rFonts w:ascii="Times New Roman" w:hAnsi="Times New Roman" w:cs="Times New Roman"/>
          <w:sz w:val="28"/>
          <w:szCs w:val="28"/>
        </w:rPr>
        <w:t>ấ</w:t>
      </w:r>
      <w:r w:rsidRPr="00537BC6">
        <w:rPr>
          <w:rFonts w:ascii="Times New Roman" w:hAnsi="Times New Roman" w:cs="Times New Roman"/>
          <w:sz w:val="28"/>
          <w:szCs w:val="28"/>
        </w:rPr>
        <w:t>p d</w:t>
      </w:r>
      <w:r w:rsidRPr="00537BC6">
        <w:rPr>
          <w:rFonts w:ascii="Times New Roman" w:hAnsi="Times New Roman" w:cs="Times New Roman"/>
          <w:sz w:val="28"/>
          <w:szCs w:val="28"/>
        </w:rPr>
        <w:t>ị</w:t>
      </w:r>
      <w:r w:rsidRPr="00537BC6">
        <w:rPr>
          <w:rFonts w:ascii="Times New Roman" w:hAnsi="Times New Roman" w:cs="Times New Roman"/>
          <w:sz w:val="28"/>
          <w:szCs w:val="28"/>
        </w:rPr>
        <w:t>ch v</w:t>
      </w:r>
      <w:r w:rsidRPr="00537BC6">
        <w:rPr>
          <w:rFonts w:ascii="Times New Roman" w:hAnsi="Times New Roman" w:cs="Times New Roman"/>
          <w:sz w:val="28"/>
          <w:szCs w:val="28"/>
        </w:rPr>
        <w:t>ụ</w:t>
      </w:r>
      <w:r w:rsidRPr="00537BC6">
        <w:rPr>
          <w:rFonts w:ascii="Times New Roman" w:hAnsi="Times New Roman" w:cs="Times New Roman"/>
          <w:sz w:val="28"/>
          <w:szCs w:val="28"/>
        </w:rPr>
        <w:t xml:space="preserve"> tư v</w:t>
      </w:r>
      <w:r w:rsidRPr="00537BC6">
        <w:rPr>
          <w:rFonts w:ascii="Times New Roman" w:hAnsi="Times New Roman" w:cs="Times New Roman"/>
          <w:sz w:val="28"/>
          <w:szCs w:val="28"/>
        </w:rPr>
        <w:t>ấ</w:t>
      </w:r>
      <w:r w:rsidRPr="00537BC6">
        <w:rPr>
          <w:rFonts w:ascii="Times New Roman" w:hAnsi="Times New Roman" w:cs="Times New Roman"/>
          <w:sz w:val="28"/>
          <w:szCs w:val="28"/>
        </w:rPr>
        <w:t>n cho Bên A đ</w:t>
      </w:r>
      <w:r w:rsidRPr="00537BC6">
        <w:rPr>
          <w:rFonts w:ascii="Times New Roman" w:hAnsi="Times New Roman" w:cs="Times New Roman"/>
          <w:sz w:val="28"/>
          <w:szCs w:val="28"/>
        </w:rPr>
        <w:t>ể</w:t>
      </w:r>
      <w:r w:rsidRPr="00537BC6">
        <w:rPr>
          <w:rFonts w:ascii="Times New Roman" w:hAnsi="Times New Roman" w:cs="Times New Roman"/>
          <w:sz w:val="28"/>
          <w:szCs w:val="28"/>
        </w:rPr>
        <w:t xml:space="preserve"> l</w:t>
      </w:r>
      <w:r w:rsidRPr="00537BC6">
        <w:rPr>
          <w:rFonts w:ascii="Times New Roman" w:hAnsi="Times New Roman" w:cs="Times New Roman"/>
          <w:sz w:val="28"/>
          <w:szCs w:val="28"/>
        </w:rPr>
        <w:t>ậ</w:t>
      </w:r>
      <w:r w:rsidRPr="00537BC6">
        <w:rPr>
          <w:rFonts w:ascii="Times New Roman" w:hAnsi="Times New Roman" w:cs="Times New Roman"/>
          <w:sz w:val="28"/>
          <w:szCs w:val="28"/>
        </w:rPr>
        <w:t>p h</w:t>
      </w:r>
      <w:r w:rsidRPr="00537BC6">
        <w:rPr>
          <w:rFonts w:ascii="Times New Roman" w:hAnsi="Times New Roman" w:cs="Times New Roman"/>
          <w:sz w:val="28"/>
          <w:szCs w:val="28"/>
        </w:rPr>
        <w:t>ồ</w:t>
      </w:r>
      <w:r w:rsidRPr="00537BC6">
        <w:rPr>
          <w:rFonts w:ascii="Times New Roman" w:hAnsi="Times New Roman" w:cs="Times New Roman"/>
          <w:sz w:val="28"/>
          <w:szCs w:val="28"/>
        </w:rPr>
        <w:t xml:space="preserve"> sơ m</w:t>
      </w:r>
      <w:r w:rsidRPr="00537BC6">
        <w:rPr>
          <w:rFonts w:ascii="Times New Roman" w:hAnsi="Times New Roman" w:cs="Times New Roman"/>
          <w:sz w:val="28"/>
          <w:szCs w:val="28"/>
        </w:rPr>
        <w:t>ờ</w:t>
      </w:r>
      <w:r w:rsidRPr="00537BC6">
        <w:rPr>
          <w:rFonts w:ascii="Times New Roman" w:hAnsi="Times New Roman" w:cs="Times New Roman"/>
          <w:sz w:val="28"/>
          <w:szCs w:val="28"/>
        </w:rPr>
        <w:t>i th</w:t>
      </w:r>
      <w:r w:rsidRPr="00537BC6">
        <w:rPr>
          <w:rFonts w:ascii="Times New Roman" w:hAnsi="Times New Roman" w:cs="Times New Roman"/>
          <w:sz w:val="28"/>
          <w:szCs w:val="28"/>
        </w:rPr>
        <w:t>ầ</w:t>
      </w:r>
      <w:r w:rsidRPr="00537BC6">
        <w:rPr>
          <w:rFonts w:ascii="Times New Roman" w:hAnsi="Times New Roman" w:cs="Times New Roman"/>
          <w:sz w:val="28"/>
          <w:szCs w:val="28"/>
        </w:rPr>
        <w:t>u cho gói th</w:t>
      </w:r>
      <w:r w:rsidRPr="00537BC6">
        <w:rPr>
          <w:rFonts w:ascii="Times New Roman" w:hAnsi="Times New Roman" w:cs="Times New Roman"/>
          <w:sz w:val="28"/>
          <w:szCs w:val="28"/>
        </w:rPr>
        <w:t>ầ</w:t>
      </w:r>
      <w:r w:rsidRPr="00537BC6">
        <w:rPr>
          <w:rFonts w:ascii="Times New Roman" w:hAnsi="Times New Roman" w:cs="Times New Roman"/>
          <w:sz w:val="28"/>
          <w:szCs w:val="28"/>
        </w:rPr>
        <w:t xml:space="preserve">u: </w:t>
      </w:r>
      <w:r w:rsidRPr="00537BC6">
        <w:rPr>
          <w:rFonts w:ascii="Times New Roman" w:hAnsi="Times New Roman" w:cs="Times New Roman"/>
          <w:sz w:val="28"/>
          <w:szCs w:val="28"/>
        </w:rPr>
        <w:t>....................................................</w:t>
      </w:r>
      <w:r w:rsidRPr="00537BC6">
        <w:rPr>
          <w:rFonts w:ascii="Times New Roman" w:hAnsi="Times New Roman" w:cs="Times New Roman"/>
          <w:sz w:val="28"/>
          <w:szCs w:val="28"/>
        </w:rPr>
        <w:br/>
      </w:r>
      <w:r w:rsidRPr="00537BC6">
        <w:rPr>
          <w:rFonts w:ascii="Times New Roman" w:hAnsi="Times New Roman" w:cs="Times New Roman"/>
          <w:sz w:val="28"/>
          <w:szCs w:val="28"/>
        </w:rPr>
        <w:lastRenderedPageBreak/>
        <w:t>- Thu th</w:t>
      </w:r>
      <w:r w:rsidRPr="00537BC6">
        <w:rPr>
          <w:rFonts w:ascii="Times New Roman" w:hAnsi="Times New Roman" w:cs="Times New Roman"/>
          <w:sz w:val="28"/>
          <w:szCs w:val="28"/>
        </w:rPr>
        <w:t>ậ</w:t>
      </w:r>
      <w:r w:rsidRPr="00537BC6">
        <w:rPr>
          <w:rFonts w:ascii="Times New Roman" w:hAnsi="Times New Roman" w:cs="Times New Roman"/>
          <w:sz w:val="28"/>
          <w:szCs w:val="28"/>
        </w:rPr>
        <w:t>p và x</w:t>
      </w:r>
      <w:r w:rsidRPr="00537BC6">
        <w:rPr>
          <w:rFonts w:ascii="Times New Roman" w:hAnsi="Times New Roman" w:cs="Times New Roman"/>
          <w:sz w:val="28"/>
          <w:szCs w:val="28"/>
        </w:rPr>
        <w:t>ử</w:t>
      </w:r>
      <w:r w:rsidRPr="00537BC6">
        <w:rPr>
          <w:rFonts w:ascii="Times New Roman" w:hAnsi="Times New Roman" w:cs="Times New Roman"/>
          <w:sz w:val="28"/>
          <w:szCs w:val="28"/>
        </w:rPr>
        <w:t xml:space="preserve"> lý thông tin đ</w:t>
      </w:r>
      <w:r w:rsidRPr="00537BC6">
        <w:rPr>
          <w:rFonts w:ascii="Times New Roman" w:hAnsi="Times New Roman" w:cs="Times New Roman"/>
          <w:sz w:val="28"/>
          <w:szCs w:val="28"/>
        </w:rPr>
        <w:t>ầ</w:t>
      </w:r>
      <w:r w:rsidRPr="00537BC6">
        <w:rPr>
          <w:rFonts w:ascii="Times New Roman" w:hAnsi="Times New Roman" w:cs="Times New Roman"/>
          <w:sz w:val="28"/>
          <w:szCs w:val="28"/>
        </w:rPr>
        <w:t>u vào;</w:t>
      </w:r>
      <w:r w:rsidRPr="00537BC6">
        <w:rPr>
          <w:rFonts w:ascii="Times New Roman" w:hAnsi="Times New Roman" w:cs="Times New Roman"/>
          <w:sz w:val="28"/>
          <w:szCs w:val="28"/>
        </w:rPr>
        <w:br/>
        <w:t>- So</w:t>
      </w:r>
      <w:r w:rsidRPr="00537BC6">
        <w:rPr>
          <w:rFonts w:ascii="Times New Roman" w:hAnsi="Times New Roman" w:cs="Times New Roman"/>
          <w:sz w:val="28"/>
          <w:szCs w:val="28"/>
        </w:rPr>
        <w:t>ạ</w:t>
      </w:r>
      <w:r w:rsidRPr="00537BC6">
        <w:rPr>
          <w:rFonts w:ascii="Times New Roman" w:hAnsi="Times New Roman" w:cs="Times New Roman"/>
          <w:sz w:val="28"/>
          <w:szCs w:val="28"/>
        </w:rPr>
        <w:t>n th</w:t>
      </w:r>
      <w:r w:rsidRPr="00537BC6">
        <w:rPr>
          <w:rFonts w:ascii="Times New Roman" w:hAnsi="Times New Roman" w:cs="Times New Roman"/>
          <w:sz w:val="28"/>
          <w:szCs w:val="28"/>
        </w:rPr>
        <w:t>ả</w:t>
      </w:r>
      <w:r w:rsidRPr="00537BC6">
        <w:rPr>
          <w:rFonts w:ascii="Times New Roman" w:hAnsi="Times New Roman" w:cs="Times New Roman"/>
          <w:sz w:val="28"/>
          <w:szCs w:val="28"/>
        </w:rPr>
        <w:t>o h</w:t>
      </w:r>
      <w:r w:rsidRPr="00537BC6">
        <w:rPr>
          <w:rFonts w:ascii="Times New Roman" w:hAnsi="Times New Roman" w:cs="Times New Roman"/>
          <w:sz w:val="28"/>
          <w:szCs w:val="28"/>
        </w:rPr>
        <w:t>ồ</w:t>
      </w:r>
      <w:r w:rsidRPr="00537BC6">
        <w:rPr>
          <w:rFonts w:ascii="Times New Roman" w:hAnsi="Times New Roman" w:cs="Times New Roman"/>
          <w:sz w:val="28"/>
          <w:szCs w:val="28"/>
        </w:rPr>
        <w:t xml:space="preserve"> sơ m</w:t>
      </w:r>
      <w:r w:rsidRPr="00537BC6">
        <w:rPr>
          <w:rFonts w:ascii="Times New Roman" w:hAnsi="Times New Roman" w:cs="Times New Roman"/>
          <w:sz w:val="28"/>
          <w:szCs w:val="28"/>
        </w:rPr>
        <w:t>ờ</w:t>
      </w:r>
      <w:r w:rsidRPr="00537BC6">
        <w:rPr>
          <w:rFonts w:ascii="Times New Roman" w:hAnsi="Times New Roman" w:cs="Times New Roman"/>
          <w:sz w:val="28"/>
          <w:szCs w:val="28"/>
        </w:rPr>
        <w:t>i th</w:t>
      </w:r>
      <w:r w:rsidRPr="00537BC6">
        <w:rPr>
          <w:rFonts w:ascii="Times New Roman" w:hAnsi="Times New Roman" w:cs="Times New Roman"/>
          <w:sz w:val="28"/>
          <w:szCs w:val="28"/>
        </w:rPr>
        <w:t>ầ</w:t>
      </w:r>
      <w:r w:rsidRPr="00537BC6">
        <w:rPr>
          <w:rFonts w:ascii="Times New Roman" w:hAnsi="Times New Roman" w:cs="Times New Roman"/>
          <w:sz w:val="28"/>
          <w:szCs w:val="28"/>
        </w:rPr>
        <w:t>u theo đúng quy đ</w:t>
      </w:r>
      <w:r w:rsidRPr="00537BC6">
        <w:rPr>
          <w:rFonts w:ascii="Times New Roman" w:hAnsi="Times New Roman" w:cs="Times New Roman"/>
          <w:sz w:val="28"/>
          <w:szCs w:val="28"/>
        </w:rPr>
        <w:t>ị</w:t>
      </w:r>
      <w:r w:rsidRPr="00537BC6">
        <w:rPr>
          <w:rFonts w:ascii="Times New Roman" w:hAnsi="Times New Roman" w:cs="Times New Roman"/>
          <w:sz w:val="28"/>
          <w:szCs w:val="28"/>
        </w:rPr>
        <w:t>nh pháp lu</w:t>
      </w:r>
      <w:r w:rsidRPr="00537BC6">
        <w:rPr>
          <w:rFonts w:ascii="Times New Roman" w:hAnsi="Times New Roman" w:cs="Times New Roman"/>
          <w:sz w:val="28"/>
          <w:szCs w:val="28"/>
        </w:rPr>
        <w:t>ậ</w:t>
      </w:r>
      <w:r w:rsidRPr="00537BC6">
        <w:rPr>
          <w:rFonts w:ascii="Times New Roman" w:hAnsi="Times New Roman" w:cs="Times New Roman"/>
          <w:sz w:val="28"/>
          <w:szCs w:val="28"/>
        </w:rPr>
        <w:t>t;</w:t>
      </w:r>
      <w:r w:rsidRPr="00537BC6">
        <w:rPr>
          <w:rFonts w:ascii="Times New Roman" w:hAnsi="Times New Roman" w:cs="Times New Roman"/>
          <w:sz w:val="28"/>
          <w:szCs w:val="28"/>
        </w:rPr>
        <w:br/>
        <w:t>- H</w:t>
      </w:r>
      <w:r w:rsidRPr="00537BC6">
        <w:rPr>
          <w:rFonts w:ascii="Times New Roman" w:hAnsi="Times New Roman" w:cs="Times New Roman"/>
          <w:sz w:val="28"/>
          <w:szCs w:val="28"/>
        </w:rPr>
        <w:t>ỗ</w:t>
      </w:r>
      <w:r w:rsidRPr="00537BC6">
        <w:rPr>
          <w:rFonts w:ascii="Times New Roman" w:hAnsi="Times New Roman" w:cs="Times New Roman"/>
          <w:sz w:val="28"/>
          <w:szCs w:val="28"/>
        </w:rPr>
        <w:t xml:space="preserve"> tr</w:t>
      </w:r>
      <w:r w:rsidRPr="00537BC6">
        <w:rPr>
          <w:rFonts w:ascii="Times New Roman" w:hAnsi="Times New Roman" w:cs="Times New Roman"/>
          <w:sz w:val="28"/>
          <w:szCs w:val="28"/>
        </w:rPr>
        <w:t>ợ</w:t>
      </w:r>
      <w:r w:rsidRPr="00537BC6">
        <w:rPr>
          <w:rFonts w:ascii="Times New Roman" w:hAnsi="Times New Roman" w:cs="Times New Roman"/>
          <w:sz w:val="28"/>
          <w:szCs w:val="28"/>
        </w:rPr>
        <w:t xml:space="preserve"> Bên A trong vi</w:t>
      </w:r>
      <w:r w:rsidRPr="00537BC6">
        <w:rPr>
          <w:rFonts w:ascii="Times New Roman" w:hAnsi="Times New Roman" w:cs="Times New Roman"/>
          <w:sz w:val="28"/>
          <w:szCs w:val="28"/>
        </w:rPr>
        <w:t>ệ</w:t>
      </w:r>
      <w:r w:rsidRPr="00537BC6">
        <w:rPr>
          <w:rFonts w:ascii="Times New Roman" w:hAnsi="Times New Roman" w:cs="Times New Roman"/>
          <w:sz w:val="28"/>
          <w:szCs w:val="28"/>
        </w:rPr>
        <w:t>c hoàn thi</w:t>
      </w:r>
      <w:r w:rsidRPr="00537BC6">
        <w:rPr>
          <w:rFonts w:ascii="Times New Roman" w:hAnsi="Times New Roman" w:cs="Times New Roman"/>
          <w:sz w:val="28"/>
          <w:szCs w:val="28"/>
        </w:rPr>
        <w:t>ệ</w:t>
      </w:r>
      <w:r w:rsidRPr="00537BC6">
        <w:rPr>
          <w:rFonts w:ascii="Times New Roman" w:hAnsi="Times New Roman" w:cs="Times New Roman"/>
          <w:sz w:val="28"/>
          <w:szCs w:val="28"/>
        </w:rPr>
        <w:t>n, đi</w:t>
      </w:r>
      <w:r w:rsidRPr="00537BC6">
        <w:rPr>
          <w:rFonts w:ascii="Times New Roman" w:hAnsi="Times New Roman" w:cs="Times New Roman"/>
          <w:sz w:val="28"/>
          <w:szCs w:val="28"/>
        </w:rPr>
        <w:t>ề</w:t>
      </w:r>
      <w:r w:rsidRPr="00537BC6">
        <w:rPr>
          <w:rFonts w:ascii="Times New Roman" w:hAnsi="Times New Roman" w:cs="Times New Roman"/>
          <w:sz w:val="28"/>
          <w:szCs w:val="28"/>
        </w:rPr>
        <w:t>u ch</w:t>
      </w:r>
      <w:r w:rsidRPr="00537BC6">
        <w:rPr>
          <w:rFonts w:ascii="Times New Roman" w:hAnsi="Times New Roman" w:cs="Times New Roman"/>
          <w:sz w:val="28"/>
          <w:szCs w:val="28"/>
        </w:rPr>
        <w:t>ỉ</w:t>
      </w:r>
      <w:r w:rsidRPr="00537BC6">
        <w:rPr>
          <w:rFonts w:ascii="Times New Roman" w:hAnsi="Times New Roman" w:cs="Times New Roman"/>
          <w:sz w:val="28"/>
          <w:szCs w:val="28"/>
        </w:rPr>
        <w:t>nh và phê duy</w:t>
      </w:r>
      <w:r w:rsidRPr="00537BC6">
        <w:rPr>
          <w:rFonts w:ascii="Times New Roman" w:hAnsi="Times New Roman" w:cs="Times New Roman"/>
          <w:sz w:val="28"/>
          <w:szCs w:val="28"/>
        </w:rPr>
        <w:t>ệ</w:t>
      </w:r>
      <w:r w:rsidRPr="00537BC6">
        <w:rPr>
          <w:rFonts w:ascii="Times New Roman" w:hAnsi="Times New Roman" w:cs="Times New Roman"/>
          <w:sz w:val="28"/>
          <w:szCs w:val="28"/>
        </w:rPr>
        <w:t>t HSMT;</w:t>
      </w:r>
      <w:r w:rsidRPr="00537BC6">
        <w:rPr>
          <w:rFonts w:ascii="Times New Roman" w:hAnsi="Times New Roman" w:cs="Times New Roman"/>
          <w:sz w:val="28"/>
          <w:szCs w:val="28"/>
        </w:rPr>
        <w:br/>
        <w:t>- H</w:t>
      </w:r>
      <w:r w:rsidRPr="00537BC6">
        <w:rPr>
          <w:rFonts w:ascii="Times New Roman" w:hAnsi="Times New Roman" w:cs="Times New Roman"/>
          <w:sz w:val="28"/>
          <w:szCs w:val="28"/>
        </w:rPr>
        <w:t>ỗ</w:t>
      </w:r>
      <w:r w:rsidRPr="00537BC6">
        <w:rPr>
          <w:rFonts w:ascii="Times New Roman" w:hAnsi="Times New Roman" w:cs="Times New Roman"/>
          <w:sz w:val="28"/>
          <w:szCs w:val="28"/>
        </w:rPr>
        <w:t xml:space="preserve"> tr</w:t>
      </w:r>
      <w:r w:rsidRPr="00537BC6">
        <w:rPr>
          <w:rFonts w:ascii="Times New Roman" w:hAnsi="Times New Roman" w:cs="Times New Roman"/>
          <w:sz w:val="28"/>
          <w:szCs w:val="28"/>
        </w:rPr>
        <w:t>ợ</w:t>
      </w:r>
      <w:r w:rsidRPr="00537BC6">
        <w:rPr>
          <w:rFonts w:ascii="Times New Roman" w:hAnsi="Times New Roman" w:cs="Times New Roman"/>
          <w:sz w:val="28"/>
          <w:szCs w:val="28"/>
        </w:rPr>
        <w:t xml:space="preserve"> k</w:t>
      </w:r>
      <w:r w:rsidRPr="00537BC6">
        <w:rPr>
          <w:rFonts w:ascii="Times New Roman" w:hAnsi="Times New Roman" w:cs="Times New Roman"/>
          <w:sz w:val="28"/>
          <w:szCs w:val="28"/>
        </w:rPr>
        <w:t>ỹ</w:t>
      </w:r>
      <w:r w:rsidRPr="00537BC6">
        <w:rPr>
          <w:rFonts w:ascii="Times New Roman" w:hAnsi="Times New Roman" w:cs="Times New Roman"/>
          <w:sz w:val="28"/>
          <w:szCs w:val="28"/>
        </w:rPr>
        <w:t xml:space="preserve"> thu</w:t>
      </w:r>
      <w:r w:rsidRPr="00537BC6">
        <w:rPr>
          <w:rFonts w:ascii="Times New Roman" w:hAnsi="Times New Roman" w:cs="Times New Roman"/>
          <w:sz w:val="28"/>
          <w:szCs w:val="28"/>
        </w:rPr>
        <w:t>ậ</w:t>
      </w:r>
      <w:r w:rsidRPr="00537BC6">
        <w:rPr>
          <w:rFonts w:ascii="Times New Roman" w:hAnsi="Times New Roman" w:cs="Times New Roman"/>
          <w:sz w:val="28"/>
          <w:szCs w:val="28"/>
        </w:rPr>
        <w:t>t trong quá trình đ</w:t>
      </w:r>
      <w:r w:rsidRPr="00537BC6">
        <w:rPr>
          <w:rFonts w:ascii="Times New Roman" w:hAnsi="Times New Roman" w:cs="Times New Roman"/>
          <w:sz w:val="28"/>
          <w:szCs w:val="28"/>
        </w:rPr>
        <w:t>ấ</w:t>
      </w:r>
      <w:r w:rsidRPr="00537BC6">
        <w:rPr>
          <w:rFonts w:ascii="Times New Roman" w:hAnsi="Times New Roman" w:cs="Times New Roman"/>
          <w:sz w:val="28"/>
          <w:szCs w:val="28"/>
        </w:rPr>
        <w:t>u t</w:t>
      </w:r>
      <w:r w:rsidRPr="00537BC6">
        <w:rPr>
          <w:rFonts w:ascii="Times New Roman" w:hAnsi="Times New Roman" w:cs="Times New Roman"/>
          <w:sz w:val="28"/>
          <w:szCs w:val="28"/>
        </w:rPr>
        <w:t>h</w:t>
      </w:r>
      <w:r w:rsidRPr="00537BC6">
        <w:rPr>
          <w:rFonts w:ascii="Times New Roman" w:hAnsi="Times New Roman" w:cs="Times New Roman"/>
          <w:sz w:val="28"/>
          <w:szCs w:val="28"/>
        </w:rPr>
        <w:t>ầ</w:t>
      </w:r>
      <w:r w:rsidRPr="00537BC6">
        <w:rPr>
          <w:rFonts w:ascii="Times New Roman" w:hAnsi="Times New Roman" w:cs="Times New Roman"/>
          <w:sz w:val="28"/>
          <w:szCs w:val="28"/>
        </w:rPr>
        <w:t>u (n</w:t>
      </w:r>
      <w:r w:rsidRPr="00537BC6">
        <w:rPr>
          <w:rFonts w:ascii="Times New Roman" w:hAnsi="Times New Roman" w:cs="Times New Roman"/>
          <w:sz w:val="28"/>
          <w:szCs w:val="28"/>
        </w:rPr>
        <w:t>ế</w:t>
      </w:r>
      <w:r w:rsidRPr="00537BC6">
        <w:rPr>
          <w:rFonts w:ascii="Times New Roman" w:hAnsi="Times New Roman" w:cs="Times New Roman"/>
          <w:sz w:val="28"/>
          <w:szCs w:val="28"/>
        </w:rPr>
        <w:t>u c</w:t>
      </w:r>
      <w:r w:rsidRPr="00537BC6">
        <w:rPr>
          <w:rFonts w:ascii="Times New Roman" w:hAnsi="Times New Roman" w:cs="Times New Roman"/>
          <w:sz w:val="28"/>
          <w:szCs w:val="28"/>
        </w:rPr>
        <w:t>ầ</w:t>
      </w:r>
      <w:r w:rsidRPr="00537BC6">
        <w:rPr>
          <w:rFonts w:ascii="Times New Roman" w:hAnsi="Times New Roman" w:cs="Times New Roman"/>
          <w:sz w:val="28"/>
          <w:szCs w:val="28"/>
        </w:rPr>
        <w:t>n).</w:t>
      </w:r>
      <w:r w:rsidRPr="00537BC6">
        <w:rPr>
          <w:rFonts w:ascii="Times New Roman" w:hAnsi="Times New Roman" w:cs="Times New Roman"/>
          <w:sz w:val="28"/>
          <w:szCs w:val="28"/>
        </w:rPr>
        <w:br/>
      </w:r>
    </w:p>
    <w:p w:rsidR="00F503AA" w:rsidRPr="00537BC6" w:rsidRDefault="00537BC6">
      <w:pPr>
        <w:pStyle w:val="Heading3"/>
        <w:rPr>
          <w:rFonts w:ascii="Times New Roman" w:hAnsi="Times New Roman" w:cs="Times New Roman"/>
          <w:color w:val="auto"/>
          <w:sz w:val="28"/>
          <w:szCs w:val="28"/>
        </w:rPr>
      </w:pPr>
      <w:r w:rsidRPr="00537BC6">
        <w:rPr>
          <w:rFonts w:ascii="Times New Roman" w:hAnsi="Times New Roman" w:cs="Times New Roman"/>
          <w:color w:val="auto"/>
          <w:sz w:val="28"/>
          <w:szCs w:val="28"/>
        </w:rPr>
        <w:t>**Đi</w:t>
      </w:r>
      <w:r w:rsidRPr="00537BC6">
        <w:rPr>
          <w:rFonts w:ascii="Times New Roman" w:hAnsi="Times New Roman" w:cs="Times New Roman"/>
          <w:color w:val="auto"/>
          <w:sz w:val="28"/>
          <w:szCs w:val="28"/>
        </w:rPr>
        <w:t>ề</w:t>
      </w:r>
      <w:r w:rsidRPr="00537BC6">
        <w:rPr>
          <w:rFonts w:ascii="Times New Roman" w:hAnsi="Times New Roman" w:cs="Times New Roman"/>
          <w:color w:val="auto"/>
          <w:sz w:val="28"/>
          <w:szCs w:val="28"/>
        </w:rPr>
        <w:t>u 2. Th</w:t>
      </w:r>
      <w:r w:rsidRPr="00537BC6">
        <w:rPr>
          <w:rFonts w:ascii="Times New Roman" w:hAnsi="Times New Roman" w:cs="Times New Roman"/>
          <w:color w:val="auto"/>
          <w:sz w:val="28"/>
          <w:szCs w:val="28"/>
        </w:rPr>
        <w:t>ờ</w:t>
      </w:r>
      <w:r w:rsidRPr="00537BC6">
        <w:rPr>
          <w:rFonts w:ascii="Times New Roman" w:hAnsi="Times New Roman" w:cs="Times New Roman"/>
          <w:color w:val="auto"/>
          <w:sz w:val="28"/>
          <w:szCs w:val="28"/>
        </w:rPr>
        <w:t>i gian và ti</w:t>
      </w:r>
      <w:r w:rsidRPr="00537BC6">
        <w:rPr>
          <w:rFonts w:ascii="Times New Roman" w:hAnsi="Times New Roman" w:cs="Times New Roman"/>
          <w:color w:val="auto"/>
          <w:sz w:val="28"/>
          <w:szCs w:val="28"/>
        </w:rPr>
        <w:t>ế</w:t>
      </w:r>
      <w:r w:rsidRPr="00537BC6">
        <w:rPr>
          <w:rFonts w:ascii="Times New Roman" w:hAnsi="Times New Roman" w:cs="Times New Roman"/>
          <w:color w:val="auto"/>
          <w:sz w:val="28"/>
          <w:szCs w:val="28"/>
        </w:rPr>
        <w:t>n đ</w:t>
      </w:r>
      <w:r w:rsidRPr="00537BC6">
        <w:rPr>
          <w:rFonts w:ascii="Times New Roman" w:hAnsi="Times New Roman" w:cs="Times New Roman"/>
          <w:color w:val="auto"/>
          <w:sz w:val="28"/>
          <w:szCs w:val="28"/>
        </w:rPr>
        <w:t>ộ</w:t>
      </w:r>
      <w:r w:rsidRPr="00537BC6">
        <w:rPr>
          <w:rFonts w:ascii="Times New Roman" w:hAnsi="Times New Roman" w:cs="Times New Roman"/>
          <w:color w:val="auto"/>
          <w:sz w:val="28"/>
          <w:szCs w:val="28"/>
        </w:rPr>
        <w:t xml:space="preserve"> th</w:t>
      </w:r>
      <w:r w:rsidRPr="00537BC6">
        <w:rPr>
          <w:rFonts w:ascii="Times New Roman" w:hAnsi="Times New Roman" w:cs="Times New Roman"/>
          <w:color w:val="auto"/>
          <w:sz w:val="28"/>
          <w:szCs w:val="28"/>
        </w:rPr>
        <w:t>ự</w:t>
      </w:r>
      <w:r w:rsidRPr="00537BC6">
        <w:rPr>
          <w:rFonts w:ascii="Times New Roman" w:hAnsi="Times New Roman" w:cs="Times New Roman"/>
          <w:color w:val="auto"/>
          <w:sz w:val="28"/>
          <w:szCs w:val="28"/>
        </w:rPr>
        <w:t>c hi</w:t>
      </w:r>
      <w:r w:rsidRPr="00537BC6">
        <w:rPr>
          <w:rFonts w:ascii="Times New Roman" w:hAnsi="Times New Roman" w:cs="Times New Roman"/>
          <w:color w:val="auto"/>
          <w:sz w:val="28"/>
          <w:szCs w:val="28"/>
        </w:rPr>
        <w:t>ệ</w:t>
      </w:r>
      <w:r w:rsidRPr="00537BC6">
        <w:rPr>
          <w:rFonts w:ascii="Times New Roman" w:hAnsi="Times New Roman" w:cs="Times New Roman"/>
          <w:color w:val="auto"/>
          <w:sz w:val="28"/>
          <w:szCs w:val="28"/>
        </w:rPr>
        <w:t>n**</w:t>
      </w:r>
    </w:p>
    <w:p w:rsidR="00F503AA" w:rsidRPr="00537BC6" w:rsidRDefault="00537BC6">
      <w:pPr>
        <w:rPr>
          <w:rFonts w:ascii="Times New Roman" w:hAnsi="Times New Roman" w:cs="Times New Roman"/>
          <w:sz w:val="28"/>
          <w:szCs w:val="28"/>
        </w:rPr>
      </w:pPr>
      <w:r w:rsidRPr="00537BC6">
        <w:rPr>
          <w:rFonts w:ascii="Times New Roman" w:hAnsi="Times New Roman" w:cs="Times New Roman"/>
          <w:sz w:val="28"/>
          <w:szCs w:val="28"/>
        </w:rPr>
        <w:t>Th</w:t>
      </w:r>
      <w:r w:rsidRPr="00537BC6">
        <w:rPr>
          <w:rFonts w:ascii="Times New Roman" w:hAnsi="Times New Roman" w:cs="Times New Roman"/>
          <w:sz w:val="28"/>
          <w:szCs w:val="28"/>
        </w:rPr>
        <w:t>ờ</w:t>
      </w:r>
      <w:r w:rsidRPr="00537BC6">
        <w:rPr>
          <w:rFonts w:ascii="Times New Roman" w:hAnsi="Times New Roman" w:cs="Times New Roman"/>
          <w:sz w:val="28"/>
          <w:szCs w:val="28"/>
        </w:rPr>
        <w:t>i gian th</w:t>
      </w:r>
      <w:r w:rsidRPr="00537BC6">
        <w:rPr>
          <w:rFonts w:ascii="Times New Roman" w:hAnsi="Times New Roman" w:cs="Times New Roman"/>
          <w:sz w:val="28"/>
          <w:szCs w:val="28"/>
        </w:rPr>
        <w:t>ự</w:t>
      </w:r>
      <w:r w:rsidRPr="00537BC6">
        <w:rPr>
          <w:rFonts w:ascii="Times New Roman" w:hAnsi="Times New Roman" w:cs="Times New Roman"/>
          <w:sz w:val="28"/>
          <w:szCs w:val="28"/>
        </w:rPr>
        <w:t>c hi</w:t>
      </w:r>
      <w:r w:rsidRPr="00537BC6">
        <w:rPr>
          <w:rFonts w:ascii="Times New Roman" w:hAnsi="Times New Roman" w:cs="Times New Roman"/>
          <w:sz w:val="28"/>
          <w:szCs w:val="28"/>
        </w:rPr>
        <w:t>ệ</w:t>
      </w:r>
      <w:r w:rsidRPr="00537BC6">
        <w:rPr>
          <w:rFonts w:ascii="Times New Roman" w:hAnsi="Times New Roman" w:cs="Times New Roman"/>
          <w:sz w:val="28"/>
          <w:szCs w:val="28"/>
        </w:rPr>
        <w:t>n công vi</w:t>
      </w:r>
      <w:r w:rsidRPr="00537BC6">
        <w:rPr>
          <w:rFonts w:ascii="Times New Roman" w:hAnsi="Times New Roman" w:cs="Times New Roman"/>
          <w:sz w:val="28"/>
          <w:szCs w:val="28"/>
        </w:rPr>
        <w:t>ệ</w:t>
      </w:r>
      <w:r w:rsidRPr="00537BC6">
        <w:rPr>
          <w:rFonts w:ascii="Times New Roman" w:hAnsi="Times New Roman" w:cs="Times New Roman"/>
          <w:sz w:val="28"/>
          <w:szCs w:val="28"/>
        </w:rPr>
        <w:t>c tư v</w:t>
      </w:r>
      <w:r w:rsidRPr="00537BC6">
        <w:rPr>
          <w:rFonts w:ascii="Times New Roman" w:hAnsi="Times New Roman" w:cs="Times New Roman"/>
          <w:sz w:val="28"/>
          <w:szCs w:val="28"/>
        </w:rPr>
        <w:t>ấ</w:t>
      </w:r>
      <w:r w:rsidRPr="00537BC6">
        <w:rPr>
          <w:rFonts w:ascii="Times New Roman" w:hAnsi="Times New Roman" w:cs="Times New Roman"/>
          <w:sz w:val="28"/>
          <w:szCs w:val="28"/>
        </w:rPr>
        <w:t>n: t</w:t>
      </w:r>
      <w:r w:rsidRPr="00537BC6">
        <w:rPr>
          <w:rFonts w:ascii="Times New Roman" w:hAnsi="Times New Roman" w:cs="Times New Roman"/>
          <w:sz w:val="28"/>
          <w:szCs w:val="28"/>
        </w:rPr>
        <w:t>ừ</w:t>
      </w:r>
      <w:r w:rsidRPr="00537BC6">
        <w:rPr>
          <w:rFonts w:ascii="Times New Roman" w:hAnsi="Times New Roman" w:cs="Times New Roman"/>
          <w:sz w:val="28"/>
          <w:szCs w:val="28"/>
        </w:rPr>
        <w:t xml:space="preserve"> ngày .../.../... đ</w:t>
      </w:r>
      <w:r w:rsidRPr="00537BC6">
        <w:rPr>
          <w:rFonts w:ascii="Times New Roman" w:hAnsi="Times New Roman" w:cs="Times New Roman"/>
          <w:sz w:val="28"/>
          <w:szCs w:val="28"/>
        </w:rPr>
        <w:t>ế</w:t>
      </w:r>
      <w:r w:rsidRPr="00537BC6">
        <w:rPr>
          <w:rFonts w:ascii="Times New Roman" w:hAnsi="Times New Roman" w:cs="Times New Roman"/>
          <w:sz w:val="28"/>
          <w:szCs w:val="28"/>
        </w:rPr>
        <w:t>n ngày .../.../... ho</w:t>
      </w:r>
      <w:r w:rsidRPr="00537BC6">
        <w:rPr>
          <w:rFonts w:ascii="Times New Roman" w:hAnsi="Times New Roman" w:cs="Times New Roman"/>
          <w:sz w:val="28"/>
          <w:szCs w:val="28"/>
        </w:rPr>
        <w:t>ặ</w:t>
      </w:r>
      <w:r w:rsidRPr="00537BC6">
        <w:rPr>
          <w:rFonts w:ascii="Times New Roman" w:hAnsi="Times New Roman" w:cs="Times New Roman"/>
          <w:sz w:val="28"/>
          <w:szCs w:val="28"/>
        </w:rPr>
        <w:t>c theo yêu c</w:t>
      </w:r>
      <w:r w:rsidRPr="00537BC6">
        <w:rPr>
          <w:rFonts w:ascii="Times New Roman" w:hAnsi="Times New Roman" w:cs="Times New Roman"/>
          <w:sz w:val="28"/>
          <w:szCs w:val="28"/>
        </w:rPr>
        <w:t>ầ</w:t>
      </w:r>
      <w:r w:rsidRPr="00537BC6">
        <w:rPr>
          <w:rFonts w:ascii="Times New Roman" w:hAnsi="Times New Roman" w:cs="Times New Roman"/>
          <w:sz w:val="28"/>
          <w:szCs w:val="28"/>
        </w:rPr>
        <w:t>u c</w:t>
      </w:r>
      <w:r w:rsidRPr="00537BC6">
        <w:rPr>
          <w:rFonts w:ascii="Times New Roman" w:hAnsi="Times New Roman" w:cs="Times New Roman"/>
          <w:sz w:val="28"/>
          <w:szCs w:val="28"/>
        </w:rPr>
        <w:t>ủ</w:t>
      </w:r>
      <w:r w:rsidRPr="00537BC6">
        <w:rPr>
          <w:rFonts w:ascii="Times New Roman" w:hAnsi="Times New Roman" w:cs="Times New Roman"/>
          <w:sz w:val="28"/>
          <w:szCs w:val="28"/>
        </w:rPr>
        <w:t>a Bên A.</w:t>
      </w:r>
    </w:p>
    <w:p w:rsidR="00F503AA" w:rsidRPr="00537BC6" w:rsidRDefault="00537BC6">
      <w:pPr>
        <w:pStyle w:val="Heading3"/>
        <w:rPr>
          <w:rFonts w:ascii="Times New Roman" w:hAnsi="Times New Roman" w:cs="Times New Roman"/>
          <w:color w:val="auto"/>
          <w:sz w:val="28"/>
          <w:szCs w:val="28"/>
        </w:rPr>
      </w:pPr>
      <w:r w:rsidRPr="00537BC6">
        <w:rPr>
          <w:rFonts w:ascii="Times New Roman" w:hAnsi="Times New Roman" w:cs="Times New Roman"/>
          <w:color w:val="auto"/>
          <w:sz w:val="28"/>
          <w:szCs w:val="28"/>
        </w:rPr>
        <w:t>**Đi</w:t>
      </w:r>
      <w:r w:rsidRPr="00537BC6">
        <w:rPr>
          <w:rFonts w:ascii="Times New Roman" w:hAnsi="Times New Roman" w:cs="Times New Roman"/>
          <w:color w:val="auto"/>
          <w:sz w:val="28"/>
          <w:szCs w:val="28"/>
        </w:rPr>
        <w:t>ề</w:t>
      </w:r>
      <w:r w:rsidRPr="00537BC6">
        <w:rPr>
          <w:rFonts w:ascii="Times New Roman" w:hAnsi="Times New Roman" w:cs="Times New Roman"/>
          <w:color w:val="auto"/>
          <w:sz w:val="28"/>
          <w:szCs w:val="28"/>
        </w:rPr>
        <w:t>u 3. Giá tr</w:t>
      </w:r>
      <w:r w:rsidRPr="00537BC6">
        <w:rPr>
          <w:rFonts w:ascii="Times New Roman" w:hAnsi="Times New Roman" w:cs="Times New Roman"/>
          <w:color w:val="auto"/>
          <w:sz w:val="28"/>
          <w:szCs w:val="28"/>
        </w:rPr>
        <w:t>ị</w:t>
      </w:r>
      <w:r w:rsidRPr="00537BC6">
        <w:rPr>
          <w:rFonts w:ascii="Times New Roman" w:hAnsi="Times New Roman" w:cs="Times New Roman"/>
          <w:color w:val="auto"/>
          <w:sz w:val="28"/>
          <w:szCs w:val="28"/>
        </w:rPr>
        <w:t xml:space="preserve"> h</w:t>
      </w:r>
      <w:r w:rsidRPr="00537BC6">
        <w:rPr>
          <w:rFonts w:ascii="Times New Roman" w:hAnsi="Times New Roman" w:cs="Times New Roman"/>
          <w:color w:val="auto"/>
          <w:sz w:val="28"/>
          <w:szCs w:val="28"/>
        </w:rPr>
        <w:t>ợ</w:t>
      </w:r>
      <w:r w:rsidRPr="00537BC6">
        <w:rPr>
          <w:rFonts w:ascii="Times New Roman" w:hAnsi="Times New Roman" w:cs="Times New Roman"/>
          <w:color w:val="auto"/>
          <w:sz w:val="28"/>
          <w:szCs w:val="28"/>
        </w:rPr>
        <w:t>p đ</w:t>
      </w:r>
      <w:r w:rsidRPr="00537BC6">
        <w:rPr>
          <w:rFonts w:ascii="Times New Roman" w:hAnsi="Times New Roman" w:cs="Times New Roman"/>
          <w:color w:val="auto"/>
          <w:sz w:val="28"/>
          <w:szCs w:val="28"/>
        </w:rPr>
        <w:t>ồ</w:t>
      </w:r>
      <w:r w:rsidRPr="00537BC6">
        <w:rPr>
          <w:rFonts w:ascii="Times New Roman" w:hAnsi="Times New Roman" w:cs="Times New Roman"/>
          <w:color w:val="auto"/>
          <w:sz w:val="28"/>
          <w:szCs w:val="28"/>
        </w:rPr>
        <w:t>ng và phương th</w:t>
      </w:r>
      <w:r w:rsidRPr="00537BC6">
        <w:rPr>
          <w:rFonts w:ascii="Times New Roman" w:hAnsi="Times New Roman" w:cs="Times New Roman"/>
          <w:color w:val="auto"/>
          <w:sz w:val="28"/>
          <w:szCs w:val="28"/>
        </w:rPr>
        <w:t>ứ</w:t>
      </w:r>
      <w:r w:rsidRPr="00537BC6">
        <w:rPr>
          <w:rFonts w:ascii="Times New Roman" w:hAnsi="Times New Roman" w:cs="Times New Roman"/>
          <w:color w:val="auto"/>
          <w:sz w:val="28"/>
          <w:szCs w:val="28"/>
        </w:rPr>
        <w:t>c thanh toán**</w:t>
      </w:r>
    </w:p>
    <w:p w:rsidR="00F503AA" w:rsidRPr="00537BC6" w:rsidRDefault="00537BC6">
      <w:pPr>
        <w:rPr>
          <w:rFonts w:ascii="Times New Roman" w:hAnsi="Times New Roman" w:cs="Times New Roman"/>
          <w:sz w:val="28"/>
          <w:szCs w:val="28"/>
        </w:rPr>
      </w:pPr>
      <w:r w:rsidRPr="00537BC6">
        <w:rPr>
          <w:rFonts w:ascii="Times New Roman" w:hAnsi="Times New Roman" w:cs="Times New Roman"/>
          <w:sz w:val="28"/>
          <w:szCs w:val="28"/>
        </w:rPr>
        <w:t>- Giá tr</w:t>
      </w:r>
      <w:r w:rsidRPr="00537BC6">
        <w:rPr>
          <w:rFonts w:ascii="Times New Roman" w:hAnsi="Times New Roman" w:cs="Times New Roman"/>
          <w:sz w:val="28"/>
          <w:szCs w:val="28"/>
        </w:rPr>
        <w:t>ị</w:t>
      </w:r>
      <w:r w:rsidRPr="00537BC6">
        <w:rPr>
          <w:rFonts w:ascii="Times New Roman" w:hAnsi="Times New Roman" w:cs="Times New Roman"/>
          <w:sz w:val="28"/>
          <w:szCs w:val="28"/>
        </w:rPr>
        <w:t xml:space="preserve"> h</w:t>
      </w:r>
      <w:r w:rsidRPr="00537BC6">
        <w:rPr>
          <w:rFonts w:ascii="Times New Roman" w:hAnsi="Times New Roman" w:cs="Times New Roman"/>
          <w:sz w:val="28"/>
          <w:szCs w:val="28"/>
        </w:rPr>
        <w:t>ợ</w:t>
      </w:r>
      <w:r w:rsidRPr="00537BC6">
        <w:rPr>
          <w:rFonts w:ascii="Times New Roman" w:hAnsi="Times New Roman" w:cs="Times New Roman"/>
          <w:sz w:val="28"/>
          <w:szCs w:val="28"/>
        </w:rPr>
        <w:t>p đ</w:t>
      </w:r>
      <w:r w:rsidRPr="00537BC6">
        <w:rPr>
          <w:rFonts w:ascii="Times New Roman" w:hAnsi="Times New Roman" w:cs="Times New Roman"/>
          <w:sz w:val="28"/>
          <w:szCs w:val="28"/>
        </w:rPr>
        <w:t>ồ</w:t>
      </w:r>
      <w:r w:rsidRPr="00537BC6">
        <w:rPr>
          <w:rFonts w:ascii="Times New Roman" w:hAnsi="Times New Roman" w:cs="Times New Roman"/>
          <w:sz w:val="28"/>
          <w:szCs w:val="28"/>
        </w:rPr>
        <w:t>ng: ..............</w:t>
      </w:r>
      <w:r w:rsidRPr="00537BC6">
        <w:rPr>
          <w:rFonts w:ascii="Times New Roman" w:hAnsi="Times New Roman" w:cs="Times New Roman"/>
          <w:sz w:val="28"/>
          <w:szCs w:val="28"/>
        </w:rPr>
        <w:t>..... VNĐ (b</w:t>
      </w:r>
      <w:r w:rsidRPr="00537BC6">
        <w:rPr>
          <w:rFonts w:ascii="Times New Roman" w:hAnsi="Times New Roman" w:cs="Times New Roman"/>
          <w:sz w:val="28"/>
          <w:szCs w:val="28"/>
        </w:rPr>
        <w:t>ằ</w:t>
      </w:r>
      <w:r w:rsidRPr="00537BC6">
        <w:rPr>
          <w:rFonts w:ascii="Times New Roman" w:hAnsi="Times New Roman" w:cs="Times New Roman"/>
          <w:sz w:val="28"/>
          <w:szCs w:val="28"/>
        </w:rPr>
        <w:t>ng ch</w:t>
      </w:r>
      <w:r w:rsidRPr="00537BC6">
        <w:rPr>
          <w:rFonts w:ascii="Times New Roman" w:hAnsi="Times New Roman" w:cs="Times New Roman"/>
          <w:sz w:val="28"/>
          <w:szCs w:val="28"/>
        </w:rPr>
        <w:t>ữ</w:t>
      </w:r>
      <w:r w:rsidRPr="00537BC6">
        <w:rPr>
          <w:rFonts w:ascii="Times New Roman" w:hAnsi="Times New Roman" w:cs="Times New Roman"/>
          <w:sz w:val="28"/>
          <w:szCs w:val="28"/>
        </w:rPr>
        <w:t>: ...................................................);</w:t>
      </w:r>
      <w:r w:rsidRPr="00537BC6">
        <w:rPr>
          <w:rFonts w:ascii="Times New Roman" w:hAnsi="Times New Roman" w:cs="Times New Roman"/>
          <w:sz w:val="28"/>
          <w:szCs w:val="28"/>
        </w:rPr>
        <w:br/>
        <w:t>- Hình th</w:t>
      </w:r>
      <w:r w:rsidRPr="00537BC6">
        <w:rPr>
          <w:rFonts w:ascii="Times New Roman" w:hAnsi="Times New Roman" w:cs="Times New Roman"/>
          <w:sz w:val="28"/>
          <w:szCs w:val="28"/>
        </w:rPr>
        <w:t>ứ</w:t>
      </w:r>
      <w:r w:rsidRPr="00537BC6">
        <w:rPr>
          <w:rFonts w:ascii="Times New Roman" w:hAnsi="Times New Roman" w:cs="Times New Roman"/>
          <w:sz w:val="28"/>
          <w:szCs w:val="28"/>
        </w:rPr>
        <w:t>c thanh toán: ..............................................;</w:t>
      </w:r>
      <w:r w:rsidRPr="00537BC6">
        <w:rPr>
          <w:rFonts w:ascii="Times New Roman" w:hAnsi="Times New Roman" w:cs="Times New Roman"/>
          <w:sz w:val="28"/>
          <w:szCs w:val="28"/>
        </w:rPr>
        <w:br/>
        <w:t>- Bên A thanh toán cho Bên B theo ti</w:t>
      </w:r>
      <w:r w:rsidRPr="00537BC6">
        <w:rPr>
          <w:rFonts w:ascii="Times New Roman" w:hAnsi="Times New Roman" w:cs="Times New Roman"/>
          <w:sz w:val="28"/>
          <w:szCs w:val="28"/>
        </w:rPr>
        <w:t>ế</w:t>
      </w:r>
      <w:r w:rsidRPr="00537BC6">
        <w:rPr>
          <w:rFonts w:ascii="Times New Roman" w:hAnsi="Times New Roman" w:cs="Times New Roman"/>
          <w:sz w:val="28"/>
          <w:szCs w:val="28"/>
        </w:rPr>
        <w:t>n đ</w:t>
      </w:r>
      <w:r w:rsidRPr="00537BC6">
        <w:rPr>
          <w:rFonts w:ascii="Times New Roman" w:hAnsi="Times New Roman" w:cs="Times New Roman"/>
          <w:sz w:val="28"/>
          <w:szCs w:val="28"/>
        </w:rPr>
        <w:t>ộ</w:t>
      </w:r>
      <w:r w:rsidRPr="00537BC6">
        <w:rPr>
          <w:rFonts w:ascii="Times New Roman" w:hAnsi="Times New Roman" w:cs="Times New Roman"/>
          <w:sz w:val="28"/>
          <w:szCs w:val="28"/>
        </w:rPr>
        <w:t xml:space="preserve"> như sau:</w:t>
      </w:r>
      <w:r w:rsidRPr="00537BC6">
        <w:rPr>
          <w:rFonts w:ascii="Times New Roman" w:hAnsi="Times New Roman" w:cs="Times New Roman"/>
          <w:sz w:val="28"/>
          <w:szCs w:val="28"/>
        </w:rPr>
        <w:br/>
        <w:t xml:space="preserve">  + Đ</w:t>
      </w:r>
      <w:r w:rsidRPr="00537BC6">
        <w:rPr>
          <w:rFonts w:ascii="Times New Roman" w:hAnsi="Times New Roman" w:cs="Times New Roman"/>
          <w:sz w:val="28"/>
          <w:szCs w:val="28"/>
        </w:rPr>
        <w:t>ợ</w:t>
      </w:r>
      <w:r w:rsidRPr="00537BC6">
        <w:rPr>
          <w:rFonts w:ascii="Times New Roman" w:hAnsi="Times New Roman" w:cs="Times New Roman"/>
          <w:sz w:val="28"/>
          <w:szCs w:val="28"/>
        </w:rPr>
        <w:t>t 1: ..............................</w:t>
      </w:r>
      <w:r w:rsidRPr="00537BC6">
        <w:rPr>
          <w:rFonts w:ascii="Times New Roman" w:hAnsi="Times New Roman" w:cs="Times New Roman"/>
          <w:sz w:val="28"/>
          <w:szCs w:val="28"/>
        </w:rPr>
        <w:br/>
        <w:t xml:space="preserve">  + Đ</w:t>
      </w:r>
      <w:r w:rsidRPr="00537BC6">
        <w:rPr>
          <w:rFonts w:ascii="Times New Roman" w:hAnsi="Times New Roman" w:cs="Times New Roman"/>
          <w:sz w:val="28"/>
          <w:szCs w:val="28"/>
        </w:rPr>
        <w:t>ợ</w:t>
      </w:r>
      <w:r w:rsidRPr="00537BC6">
        <w:rPr>
          <w:rFonts w:ascii="Times New Roman" w:hAnsi="Times New Roman" w:cs="Times New Roman"/>
          <w:sz w:val="28"/>
          <w:szCs w:val="28"/>
        </w:rPr>
        <w:t>t 2: .....</w:t>
      </w:r>
      <w:r w:rsidRPr="00537BC6">
        <w:rPr>
          <w:rFonts w:ascii="Times New Roman" w:hAnsi="Times New Roman" w:cs="Times New Roman"/>
          <w:sz w:val="28"/>
          <w:szCs w:val="28"/>
        </w:rPr>
        <w:t>.........................</w:t>
      </w:r>
      <w:r w:rsidRPr="00537BC6">
        <w:rPr>
          <w:rFonts w:ascii="Times New Roman" w:hAnsi="Times New Roman" w:cs="Times New Roman"/>
          <w:sz w:val="28"/>
          <w:szCs w:val="28"/>
        </w:rPr>
        <w:br/>
      </w:r>
    </w:p>
    <w:p w:rsidR="00F503AA" w:rsidRPr="00537BC6" w:rsidRDefault="00537BC6">
      <w:pPr>
        <w:pStyle w:val="Heading3"/>
        <w:rPr>
          <w:rFonts w:ascii="Times New Roman" w:hAnsi="Times New Roman" w:cs="Times New Roman"/>
          <w:color w:val="auto"/>
          <w:sz w:val="28"/>
          <w:szCs w:val="28"/>
        </w:rPr>
      </w:pPr>
      <w:r w:rsidRPr="00537BC6">
        <w:rPr>
          <w:rFonts w:ascii="Times New Roman" w:hAnsi="Times New Roman" w:cs="Times New Roman"/>
          <w:color w:val="auto"/>
          <w:sz w:val="28"/>
          <w:szCs w:val="28"/>
        </w:rPr>
        <w:t>**Đi</w:t>
      </w:r>
      <w:r w:rsidRPr="00537BC6">
        <w:rPr>
          <w:rFonts w:ascii="Times New Roman" w:hAnsi="Times New Roman" w:cs="Times New Roman"/>
          <w:color w:val="auto"/>
          <w:sz w:val="28"/>
          <w:szCs w:val="28"/>
        </w:rPr>
        <w:t>ề</w:t>
      </w:r>
      <w:r w:rsidRPr="00537BC6">
        <w:rPr>
          <w:rFonts w:ascii="Times New Roman" w:hAnsi="Times New Roman" w:cs="Times New Roman"/>
          <w:color w:val="auto"/>
          <w:sz w:val="28"/>
          <w:szCs w:val="28"/>
        </w:rPr>
        <w:t>u 4. Trách nhi</w:t>
      </w:r>
      <w:r w:rsidRPr="00537BC6">
        <w:rPr>
          <w:rFonts w:ascii="Times New Roman" w:hAnsi="Times New Roman" w:cs="Times New Roman"/>
          <w:color w:val="auto"/>
          <w:sz w:val="28"/>
          <w:szCs w:val="28"/>
        </w:rPr>
        <w:t>ệ</w:t>
      </w:r>
      <w:r w:rsidRPr="00537BC6">
        <w:rPr>
          <w:rFonts w:ascii="Times New Roman" w:hAnsi="Times New Roman" w:cs="Times New Roman"/>
          <w:color w:val="auto"/>
          <w:sz w:val="28"/>
          <w:szCs w:val="28"/>
        </w:rPr>
        <w:t>m c</w:t>
      </w:r>
      <w:r w:rsidRPr="00537BC6">
        <w:rPr>
          <w:rFonts w:ascii="Times New Roman" w:hAnsi="Times New Roman" w:cs="Times New Roman"/>
          <w:color w:val="auto"/>
          <w:sz w:val="28"/>
          <w:szCs w:val="28"/>
        </w:rPr>
        <w:t>ủ</w:t>
      </w:r>
      <w:r w:rsidRPr="00537BC6">
        <w:rPr>
          <w:rFonts w:ascii="Times New Roman" w:hAnsi="Times New Roman" w:cs="Times New Roman"/>
          <w:color w:val="auto"/>
          <w:sz w:val="28"/>
          <w:szCs w:val="28"/>
        </w:rPr>
        <w:t>a các bên**</w:t>
      </w:r>
    </w:p>
    <w:p w:rsidR="00F503AA" w:rsidRPr="00537BC6" w:rsidRDefault="00537BC6">
      <w:pPr>
        <w:rPr>
          <w:rFonts w:ascii="Times New Roman" w:hAnsi="Times New Roman" w:cs="Times New Roman"/>
          <w:sz w:val="28"/>
          <w:szCs w:val="28"/>
        </w:rPr>
      </w:pPr>
      <w:r w:rsidRPr="00537BC6">
        <w:rPr>
          <w:rFonts w:ascii="Times New Roman" w:hAnsi="Times New Roman" w:cs="Times New Roman"/>
          <w:sz w:val="28"/>
          <w:szCs w:val="28"/>
        </w:rPr>
        <w:t>- Bên A: Cung c</w:t>
      </w:r>
      <w:r w:rsidRPr="00537BC6">
        <w:rPr>
          <w:rFonts w:ascii="Times New Roman" w:hAnsi="Times New Roman" w:cs="Times New Roman"/>
          <w:sz w:val="28"/>
          <w:szCs w:val="28"/>
        </w:rPr>
        <w:t>ấ</w:t>
      </w:r>
      <w:r w:rsidRPr="00537BC6">
        <w:rPr>
          <w:rFonts w:ascii="Times New Roman" w:hAnsi="Times New Roman" w:cs="Times New Roman"/>
          <w:sz w:val="28"/>
          <w:szCs w:val="28"/>
        </w:rPr>
        <w:t>p đ</w:t>
      </w:r>
      <w:r w:rsidRPr="00537BC6">
        <w:rPr>
          <w:rFonts w:ascii="Times New Roman" w:hAnsi="Times New Roman" w:cs="Times New Roman"/>
          <w:sz w:val="28"/>
          <w:szCs w:val="28"/>
        </w:rPr>
        <w:t>ầ</w:t>
      </w:r>
      <w:r w:rsidRPr="00537BC6">
        <w:rPr>
          <w:rFonts w:ascii="Times New Roman" w:hAnsi="Times New Roman" w:cs="Times New Roman"/>
          <w:sz w:val="28"/>
          <w:szCs w:val="28"/>
        </w:rPr>
        <w:t>y đ</w:t>
      </w:r>
      <w:r w:rsidRPr="00537BC6">
        <w:rPr>
          <w:rFonts w:ascii="Times New Roman" w:hAnsi="Times New Roman" w:cs="Times New Roman"/>
          <w:sz w:val="28"/>
          <w:szCs w:val="28"/>
        </w:rPr>
        <w:t>ủ</w:t>
      </w:r>
      <w:r w:rsidRPr="00537BC6">
        <w:rPr>
          <w:rFonts w:ascii="Times New Roman" w:hAnsi="Times New Roman" w:cs="Times New Roman"/>
          <w:sz w:val="28"/>
          <w:szCs w:val="28"/>
        </w:rPr>
        <w:t xml:space="preserve"> thông tin, tài li</w:t>
      </w:r>
      <w:r w:rsidRPr="00537BC6">
        <w:rPr>
          <w:rFonts w:ascii="Times New Roman" w:hAnsi="Times New Roman" w:cs="Times New Roman"/>
          <w:sz w:val="28"/>
          <w:szCs w:val="28"/>
        </w:rPr>
        <w:t>ệ</w:t>
      </w:r>
      <w:r w:rsidRPr="00537BC6">
        <w:rPr>
          <w:rFonts w:ascii="Times New Roman" w:hAnsi="Times New Roman" w:cs="Times New Roman"/>
          <w:sz w:val="28"/>
          <w:szCs w:val="28"/>
        </w:rPr>
        <w:t>u c</w:t>
      </w:r>
      <w:r w:rsidRPr="00537BC6">
        <w:rPr>
          <w:rFonts w:ascii="Times New Roman" w:hAnsi="Times New Roman" w:cs="Times New Roman"/>
          <w:sz w:val="28"/>
          <w:szCs w:val="28"/>
        </w:rPr>
        <w:t>ầ</w:t>
      </w:r>
      <w:r w:rsidRPr="00537BC6">
        <w:rPr>
          <w:rFonts w:ascii="Times New Roman" w:hAnsi="Times New Roman" w:cs="Times New Roman"/>
          <w:sz w:val="28"/>
          <w:szCs w:val="28"/>
        </w:rPr>
        <w:t>n thi</w:t>
      </w:r>
      <w:r w:rsidRPr="00537BC6">
        <w:rPr>
          <w:rFonts w:ascii="Times New Roman" w:hAnsi="Times New Roman" w:cs="Times New Roman"/>
          <w:sz w:val="28"/>
          <w:szCs w:val="28"/>
        </w:rPr>
        <w:t>ế</w:t>
      </w:r>
      <w:r w:rsidRPr="00537BC6">
        <w:rPr>
          <w:rFonts w:ascii="Times New Roman" w:hAnsi="Times New Roman" w:cs="Times New Roman"/>
          <w:sz w:val="28"/>
          <w:szCs w:val="28"/>
        </w:rPr>
        <w:t>t; thanh toán đúng h</w:t>
      </w:r>
      <w:r w:rsidRPr="00537BC6">
        <w:rPr>
          <w:rFonts w:ascii="Times New Roman" w:hAnsi="Times New Roman" w:cs="Times New Roman"/>
          <w:sz w:val="28"/>
          <w:szCs w:val="28"/>
        </w:rPr>
        <w:t>ạ</w:t>
      </w:r>
      <w:r w:rsidRPr="00537BC6">
        <w:rPr>
          <w:rFonts w:ascii="Times New Roman" w:hAnsi="Times New Roman" w:cs="Times New Roman"/>
          <w:sz w:val="28"/>
          <w:szCs w:val="28"/>
        </w:rPr>
        <w:t>n;</w:t>
      </w:r>
      <w:r w:rsidRPr="00537BC6">
        <w:rPr>
          <w:rFonts w:ascii="Times New Roman" w:hAnsi="Times New Roman" w:cs="Times New Roman"/>
          <w:sz w:val="28"/>
          <w:szCs w:val="28"/>
        </w:rPr>
        <w:br/>
        <w:t>- Bên B: Th</w:t>
      </w:r>
      <w:r w:rsidRPr="00537BC6">
        <w:rPr>
          <w:rFonts w:ascii="Times New Roman" w:hAnsi="Times New Roman" w:cs="Times New Roman"/>
          <w:sz w:val="28"/>
          <w:szCs w:val="28"/>
        </w:rPr>
        <w:t>ự</w:t>
      </w:r>
      <w:r w:rsidRPr="00537BC6">
        <w:rPr>
          <w:rFonts w:ascii="Times New Roman" w:hAnsi="Times New Roman" w:cs="Times New Roman"/>
          <w:sz w:val="28"/>
          <w:szCs w:val="28"/>
        </w:rPr>
        <w:t>c hi</w:t>
      </w:r>
      <w:r w:rsidRPr="00537BC6">
        <w:rPr>
          <w:rFonts w:ascii="Times New Roman" w:hAnsi="Times New Roman" w:cs="Times New Roman"/>
          <w:sz w:val="28"/>
          <w:szCs w:val="28"/>
        </w:rPr>
        <w:t>ệ</w:t>
      </w:r>
      <w:r w:rsidRPr="00537BC6">
        <w:rPr>
          <w:rFonts w:ascii="Times New Roman" w:hAnsi="Times New Roman" w:cs="Times New Roman"/>
          <w:sz w:val="28"/>
          <w:szCs w:val="28"/>
        </w:rPr>
        <w:t>n công vi</w:t>
      </w:r>
      <w:r w:rsidRPr="00537BC6">
        <w:rPr>
          <w:rFonts w:ascii="Times New Roman" w:hAnsi="Times New Roman" w:cs="Times New Roman"/>
          <w:sz w:val="28"/>
          <w:szCs w:val="28"/>
        </w:rPr>
        <w:t>ệ</w:t>
      </w:r>
      <w:r w:rsidRPr="00537BC6">
        <w:rPr>
          <w:rFonts w:ascii="Times New Roman" w:hAnsi="Times New Roman" w:cs="Times New Roman"/>
          <w:sz w:val="28"/>
          <w:szCs w:val="28"/>
        </w:rPr>
        <w:t>c theo đúng ch</w:t>
      </w:r>
      <w:r w:rsidRPr="00537BC6">
        <w:rPr>
          <w:rFonts w:ascii="Times New Roman" w:hAnsi="Times New Roman" w:cs="Times New Roman"/>
          <w:sz w:val="28"/>
          <w:szCs w:val="28"/>
        </w:rPr>
        <w:t>ấ</w:t>
      </w:r>
      <w:r w:rsidRPr="00537BC6">
        <w:rPr>
          <w:rFonts w:ascii="Times New Roman" w:hAnsi="Times New Roman" w:cs="Times New Roman"/>
          <w:sz w:val="28"/>
          <w:szCs w:val="28"/>
        </w:rPr>
        <w:t>t lư</w:t>
      </w:r>
      <w:r w:rsidRPr="00537BC6">
        <w:rPr>
          <w:rFonts w:ascii="Times New Roman" w:hAnsi="Times New Roman" w:cs="Times New Roman"/>
          <w:sz w:val="28"/>
          <w:szCs w:val="28"/>
        </w:rPr>
        <w:t>ợ</w:t>
      </w:r>
      <w:r w:rsidRPr="00537BC6">
        <w:rPr>
          <w:rFonts w:ascii="Times New Roman" w:hAnsi="Times New Roman" w:cs="Times New Roman"/>
          <w:sz w:val="28"/>
          <w:szCs w:val="28"/>
        </w:rPr>
        <w:t>ng, ti</w:t>
      </w:r>
      <w:r w:rsidRPr="00537BC6">
        <w:rPr>
          <w:rFonts w:ascii="Times New Roman" w:hAnsi="Times New Roman" w:cs="Times New Roman"/>
          <w:sz w:val="28"/>
          <w:szCs w:val="28"/>
        </w:rPr>
        <w:t>ế</w:t>
      </w:r>
      <w:r w:rsidRPr="00537BC6">
        <w:rPr>
          <w:rFonts w:ascii="Times New Roman" w:hAnsi="Times New Roman" w:cs="Times New Roman"/>
          <w:sz w:val="28"/>
          <w:szCs w:val="28"/>
        </w:rPr>
        <w:t>n đ</w:t>
      </w:r>
      <w:r w:rsidRPr="00537BC6">
        <w:rPr>
          <w:rFonts w:ascii="Times New Roman" w:hAnsi="Times New Roman" w:cs="Times New Roman"/>
          <w:sz w:val="28"/>
          <w:szCs w:val="28"/>
        </w:rPr>
        <w:t>ộ</w:t>
      </w:r>
      <w:r w:rsidRPr="00537BC6">
        <w:rPr>
          <w:rFonts w:ascii="Times New Roman" w:hAnsi="Times New Roman" w:cs="Times New Roman"/>
          <w:sz w:val="28"/>
          <w:szCs w:val="28"/>
        </w:rPr>
        <w:t xml:space="preserve"> đã cam k</w:t>
      </w:r>
      <w:r w:rsidRPr="00537BC6">
        <w:rPr>
          <w:rFonts w:ascii="Times New Roman" w:hAnsi="Times New Roman" w:cs="Times New Roman"/>
          <w:sz w:val="28"/>
          <w:szCs w:val="28"/>
        </w:rPr>
        <w:t>ế</w:t>
      </w:r>
      <w:r w:rsidRPr="00537BC6">
        <w:rPr>
          <w:rFonts w:ascii="Times New Roman" w:hAnsi="Times New Roman" w:cs="Times New Roman"/>
          <w:sz w:val="28"/>
          <w:szCs w:val="28"/>
        </w:rPr>
        <w:t>t.</w:t>
      </w:r>
    </w:p>
    <w:p w:rsidR="00F503AA" w:rsidRPr="00537BC6" w:rsidRDefault="00537BC6">
      <w:pPr>
        <w:pStyle w:val="Heading3"/>
        <w:rPr>
          <w:rFonts w:ascii="Times New Roman" w:hAnsi="Times New Roman" w:cs="Times New Roman"/>
          <w:color w:val="auto"/>
          <w:sz w:val="28"/>
          <w:szCs w:val="28"/>
        </w:rPr>
      </w:pPr>
      <w:r w:rsidRPr="00537BC6">
        <w:rPr>
          <w:rFonts w:ascii="Times New Roman" w:hAnsi="Times New Roman" w:cs="Times New Roman"/>
          <w:color w:val="auto"/>
          <w:sz w:val="28"/>
          <w:szCs w:val="28"/>
        </w:rPr>
        <w:t>**Đi</w:t>
      </w:r>
      <w:r w:rsidRPr="00537BC6">
        <w:rPr>
          <w:rFonts w:ascii="Times New Roman" w:hAnsi="Times New Roman" w:cs="Times New Roman"/>
          <w:color w:val="auto"/>
          <w:sz w:val="28"/>
          <w:szCs w:val="28"/>
        </w:rPr>
        <w:t>ề</w:t>
      </w:r>
      <w:r w:rsidRPr="00537BC6">
        <w:rPr>
          <w:rFonts w:ascii="Times New Roman" w:hAnsi="Times New Roman" w:cs="Times New Roman"/>
          <w:color w:val="auto"/>
          <w:sz w:val="28"/>
          <w:szCs w:val="28"/>
        </w:rPr>
        <w:t>u 5. Đi</w:t>
      </w:r>
      <w:r w:rsidRPr="00537BC6">
        <w:rPr>
          <w:rFonts w:ascii="Times New Roman" w:hAnsi="Times New Roman" w:cs="Times New Roman"/>
          <w:color w:val="auto"/>
          <w:sz w:val="28"/>
          <w:szCs w:val="28"/>
        </w:rPr>
        <w:t>ề</w:t>
      </w:r>
      <w:r w:rsidRPr="00537BC6">
        <w:rPr>
          <w:rFonts w:ascii="Times New Roman" w:hAnsi="Times New Roman" w:cs="Times New Roman"/>
          <w:color w:val="auto"/>
          <w:sz w:val="28"/>
          <w:szCs w:val="28"/>
        </w:rPr>
        <w:t>u kho</w:t>
      </w:r>
      <w:r w:rsidRPr="00537BC6">
        <w:rPr>
          <w:rFonts w:ascii="Times New Roman" w:hAnsi="Times New Roman" w:cs="Times New Roman"/>
          <w:color w:val="auto"/>
          <w:sz w:val="28"/>
          <w:szCs w:val="28"/>
        </w:rPr>
        <w:t>ả</w:t>
      </w:r>
      <w:r w:rsidRPr="00537BC6">
        <w:rPr>
          <w:rFonts w:ascii="Times New Roman" w:hAnsi="Times New Roman" w:cs="Times New Roman"/>
          <w:color w:val="auto"/>
          <w:sz w:val="28"/>
          <w:szCs w:val="28"/>
        </w:rPr>
        <w:t>n chung**</w:t>
      </w:r>
    </w:p>
    <w:p w:rsidR="00F503AA" w:rsidRPr="00537BC6" w:rsidRDefault="00537BC6">
      <w:pPr>
        <w:rPr>
          <w:rFonts w:ascii="Times New Roman" w:hAnsi="Times New Roman" w:cs="Times New Roman"/>
          <w:sz w:val="28"/>
          <w:szCs w:val="28"/>
        </w:rPr>
      </w:pPr>
      <w:r w:rsidRPr="00537BC6">
        <w:rPr>
          <w:rFonts w:ascii="Times New Roman" w:hAnsi="Times New Roman" w:cs="Times New Roman"/>
          <w:sz w:val="28"/>
          <w:szCs w:val="28"/>
        </w:rPr>
        <w:t>- Hai bên cam k</w:t>
      </w:r>
      <w:r w:rsidRPr="00537BC6">
        <w:rPr>
          <w:rFonts w:ascii="Times New Roman" w:hAnsi="Times New Roman" w:cs="Times New Roman"/>
          <w:sz w:val="28"/>
          <w:szCs w:val="28"/>
        </w:rPr>
        <w:t>ế</w:t>
      </w:r>
      <w:r w:rsidRPr="00537BC6">
        <w:rPr>
          <w:rFonts w:ascii="Times New Roman" w:hAnsi="Times New Roman" w:cs="Times New Roman"/>
          <w:sz w:val="28"/>
          <w:szCs w:val="28"/>
        </w:rPr>
        <w:t>t th</w:t>
      </w:r>
      <w:r w:rsidRPr="00537BC6">
        <w:rPr>
          <w:rFonts w:ascii="Times New Roman" w:hAnsi="Times New Roman" w:cs="Times New Roman"/>
          <w:sz w:val="28"/>
          <w:szCs w:val="28"/>
        </w:rPr>
        <w:t>ự</w:t>
      </w:r>
      <w:r w:rsidRPr="00537BC6">
        <w:rPr>
          <w:rFonts w:ascii="Times New Roman" w:hAnsi="Times New Roman" w:cs="Times New Roman"/>
          <w:sz w:val="28"/>
          <w:szCs w:val="28"/>
        </w:rPr>
        <w:t>c hi</w:t>
      </w:r>
      <w:r w:rsidRPr="00537BC6">
        <w:rPr>
          <w:rFonts w:ascii="Times New Roman" w:hAnsi="Times New Roman" w:cs="Times New Roman"/>
          <w:sz w:val="28"/>
          <w:szCs w:val="28"/>
        </w:rPr>
        <w:t>ệ</w:t>
      </w:r>
      <w:r w:rsidRPr="00537BC6">
        <w:rPr>
          <w:rFonts w:ascii="Times New Roman" w:hAnsi="Times New Roman" w:cs="Times New Roman"/>
          <w:sz w:val="28"/>
          <w:szCs w:val="28"/>
        </w:rPr>
        <w:t>n đúng các đi</w:t>
      </w:r>
      <w:r w:rsidRPr="00537BC6">
        <w:rPr>
          <w:rFonts w:ascii="Times New Roman" w:hAnsi="Times New Roman" w:cs="Times New Roman"/>
          <w:sz w:val="28"/>
          <w:szCs w:val="28"/>
        </w:rPr>
        <w:t>ề</w:t>
      </w:r>
      <w:r w:rsidRPr="00537BC6">
        <w:rPr>
          <w:rFonts w:ascii="Times New Roman" w:hAnsi="Times New Roman" w:cs="Times New Roman"/>
          <w:sz w:val="28"/>
          <w:szCs w:val="28"/>
        </w:rPr>
        <w:t>u kho</w:t>
      </w:r>
      <w:r w:rsidRPr="00537BC6">
        <w:rPr>
          <w:rFonts w:ascii="Times New Roman" w:hAnsi="Times New Roman" w:cs="Times New Roman"/>
          <w:sz w:val="28"/>
          <w:szCs w:val="28"/>
        </w:rPr>
        <w:t>ả</w:t>
      </w:r>
      <w:r w:rsidRPr="00537BC6">
        <w:rPr>
          <w:rFonts w:ascii="Times New Roman" w:hAnsi="Times New Roman" w:cs="Times New Roman"/>
          <w:sz w:val="28"/>
          <w:szCs w:val="28"/>
        </w:rPr>
        <w:t>n đã ký;</w:t>
      </w:r>
      <w:r w:rsidRPr="00537BC6">
        <w:rPr>
          <w:rFonts w:ascii="Times New Roman" w:hAnsi="Times New Roman" w:cs="Times New Roman"/>
          <w:sz w:val="28"/>
          <w:szCs w:val="28"/>
        </w:rPr>
        <w:br/>
        <w:t>- H</w:t>
      </w:r>
      <w:r w:rsidRPr="00537BC6">
        <w:rPr>
          <w:rFonts w:ascii="Times New Roman" w:hAnsi="Times New Roman" w:cs="Times New Roman"/>
          <w:sz w:val="28"/>
          <w:szCs w:val="28"/>
        </w:rPr>
        <w:t>ợ</w:t>
      </w:r>
      <w:r w:rsidRPr="00537BC6">
        <w:rPr>
          <w:rFonts w:ascii="Times New Roman" w:hAnsi="Times New Roman" w:cs="Times New Roman"/>
          <w:sz w:val="28"/>
          <w:szCs w:val="28"/>
        </w:rPr>
        <w:t>p đ</w:t>
      </w:r>
      <w:r w:rsidRPr="00537BC6">
        <w:rPr>
          <w:rFonts w:ascii="Times New Roman" w:hAnsi="Times New Roman" w:cs="Times New Roman"/>
          <w:sz w:val="28"/>
          <w:szCs w:val="28"/>
        </w:rPr>
        <w:t>ồ</w:t>
      </w:r>
      <w:r w:rsidRPr="00537BC6">
        <w:rPr>
          <w:rFonts w:ascii="Times New Roman" w:hAnsi="Times New Roman" w:cs="Times New Roman"/>
          <w:sz w:val="28"/>
          <w:szCs w:val="28"/>
        </w:rPr>
        <w:t>ng đư</w:t>
      </w:r>
      <w:r w:rsidRPr="00537BC6">
        <w:rPr>
          <w:rFonts w:ascii="Times New Roman" w:hAnsi="Times New Roman" w:cs="Times New Roman"/>
          <w:sz w:val="28"/>
          <w:szCs w:val="28"/>
        </w:rPr>
        <w:t>ợ</w:t>
      </w:r>
      <w:r w:rsidRPr="00537BC6">
        <w:rPr>
          <w:rFonts w:ascii="Times New Roman" w:hAnsi="Times New Roman" w:cs="Times New Roman"/>
          <w:sz w:val="28"/>
          <w:szCs w:val="28"/>
        </w:rPr>
        <w:t>c l</w:t>
      </w:r>
      <w:r w:rsidRPr="00537BC6">
        <w:rPr>
          <w:rFonts w:ascii="Times New Roman" w:hAnsi="Times New Roman" w:cs="Times New Roman"/>
          <w:sz w:val="28"/>
          <w:szCs w:val="28"/>
        </w:rPr>
        <w:t>ậ</w:t>
      </w:r>
      <w:r w:rsidRPr="00537BC6">
        <w:rPr>
          <w:rFonts w:ascii="Times New Roman" w:hAnsi="Times New Roman" w:cs="Times New Roman"/>
          <w:sz w:val="28"/>
          <w:szCs w:val="28"/>
        </w:rPr>
        <w:t>p thành 02 b</w:t>
      </w:r>
      <w:r w:rsidRPr="00537BC6">
        <w:rPr>
          <w:rFonts w:ascii="Times New Roman" w:hAnsi="Times New Roman" w:cs="Times New Roman"/>
          <w:sz w:val="28"/>
          <w:szCs w:val="28"/>
        </w:rPr>
        <w:t>ả</w:t>
      </w:r>
      <w:r w:rsidRPr="00537BC6">
        <w:rPr>
          <w:rFonts w:ascii="Times New Roman" w:hAnsi="Times New Roman" w:cs="Times New Roman"/>
          <w:sz w:val="28"/>
          <w:szCs w:val="28"/>
        </w:rPr>
        <w:t>n có giá tr</w:t>
      </w:r>
      <w:r w:rsidRPr="00537BC6">
        <w:rPr>
          <w:rFonts w:ascii="Times New Roman" w:hAnsi="Times New Roman" w:cs="Times New Roman"/>
          <w:sz w:val="28"/>
          <w:szCs w:val="28"/>
        </w:rPr>
        <w:t>ị</w:t>
      </w:r>
      <w:r w:rsidRPr="00537BC6">
        <w:rPr>
          <w:rFonts w:ascii="Times New Roman" w:hAnsi="Times New Roman" w:cs="Times New Roman"/>
          <w:sz w:val="28"/>
          <w:szCs w:val="28"/>
        </w:rPr>
        <w:t xml:space="preserve"> pháp lý như nhau, m</w:t>
      </w:r>
      <w:r w:rsidRPr="00537BC6">
        <w:rPr>
          <w:rFonts w:ascii="Times New Roman" w:hAnsi="Times New Roman" w:cs="Times New Roman"/>
          <w:sz w:val="28"/>
          <w:szCs w:val="28"/>
        </w:rPr>
        <w:t>ỗ</w:t>
      </w:r>
      <w:r w:rsidRPr="00537BC6">
        <w:rPr>
          <w:rFonts w:ascii="Times New Roman" w:hAnsi="Times New Roman" w:cs="Times New Roman"/>
          <w:sz w:val="28"/>
          <w:szCs w:val="28"/>
        </w:rPr>
        <w:t>i bên gi</w:t>
      </w:r>
      <w:r w:rsidRPr="00537BC6">
        <w:rPr>
          <w:rFonts w:ascii="Times New Roman" w:hAnsi="Times New Roman" w:cs="Times New Roman"/>
          <w:sz w:val="28"/>
          <w:szCs w:val="28"/>
        </w:rPr>
        <w:t>ữ</w:t>
      </w:r>
      <w:r w:rsidRPr="00537BC6">
        <w:rPr>
          <w:rFonts w:ascii="Times New Roman" w:hAnsi="Times New Roman" w:cs="Times New Roman"/>
          <w:sz w:val="28"/>
          <w:szCs w:val="28"/>
        </w:rPr>
        <w:t xml:space="preserve"> 01 b</w:t>
      </w:r>
      <w:r w:rsidRPr="00537BC6">
        <w:rPr>
          <w:rFonts w:ascii="Times New Roman" w:hAnsi="Times New Roman" w:cs="Times New Roman"/>
          <w:sz w:val="28"/>
          <w:szCs w:val="28"/>
        </w:rPr>
        <w:t>ả</w:t>
      </w:r>
      <w:r w:rsidRPr="00537BC6">
        <w:rPr>
          <w:rFonts w:ascii="Times New Roman" w:hAnsi="Times New Roman" w:cs="Times New Roman"/>
          <w:sz w:val="28"/>
          <w:szCs w:val="28"/>
        </w:rPr>
        <w:t>n;</w:t>
      </w:r>
      <w:r w:rsidRPr="00537BC6">
        <w:rPr>
          <w:rFonts w:ascii="Times New Roman" w:hAnsi="Times New Roman" w:cs="Times New Roman"/>
          <w:sz w:val="28"/>
          <w:szCs w:val="28"/>
        </w:rPr>
        <w:br/>
        <w:t>- H</w:t>
      </w:r>
      <w:r w:rsidRPr="00537BC6">
        <w:rPr>
          <w:rFonts w:ascii="Times New Roman" w:hAnsi="Times New Roman" w:cs="Times New Roman"/>
          <w:sz w:val="28"/>
          <w:szCs w:val="28"/>
        </w:rPr>
        <w:t>ợ</w:t>
      </w:r>
      <w:r w:rsidRPr="00537BC6">
        <w:rPr>
          <w:rFonts w:ascii="Times New Roman" w:hAnsi="Times New Roman" w:cs="Times New Roman"/>
          <w:sz w:val="28"/>
          <w:szCs w:val="28"/>
        </w:rPr>
        <w:t>p đ</w:t>
      </w:r>
      <w:r w:rsidRPr="00537BC6">
        <w:rPr>
          <w:rFonts w:ascii="Times New Roman" w:hAnsi="Times New Roman" w:cs="Times New Roman"/>
          <w:sz w:val="28"/>
          <w:szCs w:val="28"/>
        </w:rPr>
        <w:t>ồ</w:t>
      </w:r>
      <w:r w:rsidRPr="00537BC6">
        <w:rPr>
          <w:rFonts w:ascii="Times New Roman" w:hAnsi="Times New Roman" w:cs="Times New Roman"/>
          <w:sz w:val="28"/>
          <w:szCs w:val="28"/>
        </w:rPr>
        <w:t>ng có hi</w:t>
      </w:r>
      <w:r w:rsidRPr="00537BC6">
        <w:rPr>
          <w:rFonts w:ascii="Times New Roman" w:hAnsi="Times New Roman" w:cs="Times New Roman"/>
          <w:sz w:val="28"/>
          <w:szCs w:val="28"/>
        </w:rPr>
        <w:t>ệ</w:t>
      </w:r>
      <w:r w:rsidRPr="00537BC6">
        <w:rPr>
          <w:rFonts w:ascii="Times New Roman" w:hAnsi="Times New Roman" w:cs="Times New Roman"/>
          <w:sz w:val="28"/>
          <w:szCs w:val="28"/>
        </w:rPr>
        <w:t>u l</w:t>
      </w:r>
      <w:r w:rsidRPr="00537BC6">
        <w:rPr>
          <w:rFonts w:ascii="Times New Roman" w:hAnsi="Times New Roman" w:cs="Times New Roman"/>
          <w:sz w:val="28"/>
          <w:szCs w:val="28"/>
        </w:rPr>
        <w:t>ự</w:t>
      </w:r>
      <w:r w:rsidRPr="00537BC6">
        <w:rPr>
          <w:rFonts w:ascii="Times New Roman" w:hAnsi="Times New Roman" w:cs="Times New Roman"/>
          <w:sz w:val="28"/>
          <w:szCs w:val="28"/>
        </w:rPr>
        <w:t>c k</w:t>
      </w:r>
      <w:r w:rsidRPr="00537BC6">
        <w:rPr>
          <w:rFonts w:ascii="Times New Roman" w:hAnsi="Times New Roman" w:cs="Times New Roman"/>
          <w:sz w:val="28"/>
          <w:szCs w:val="28"/>
        </w:rPr>
        <w:t>ể</w:t>
      </w:r>
      <w:r w:rsidRPr="00537BC6">
        <w:rPr>
          <w:rFonts w:ascii="Times New Roman" w:hAnsi="Times New Roman" w:cs="Times New Roman"/>
          <w:sz w:val="28"/>
          <w:szCs w:val="28"/>
        </w:rPr>
        <w:t xml:space="preserve"> t</w:t>
      </w:r>
      <w:r w:rsidRPr="00537BC6">
        <w:rPr>
          <w:rFonts w:ascii="Times New Roman" w:hAnsi="Times New Roman" w:cs="Times New Roman"/>
          <w:sz w:val="28"/>
          <w:szCs w:val="28"/>
        </w:rPr>
        <w:t>ừ</w:t>
      </w:r>
      <w:r w:rsidRPr="00537BC6">
        <w:rPr>
          <w:rFonts w:ascii="Times New Roman" w:hAnsi="Times New Roman" w:cs="Times New Roman"/>
          <w:sz w:val="28"/>
          <w:szCs w:val="28"/>
        </w:rPr>
        <w:t xml:space="preserve"> ngày ký.</w:t>
      </w:r>
    </w:p>
    <w:p w:rsidR="00F503AA" w:rsidRPr="00537BC6" w:rsidRDefault="00537BC6">
      <w:pPr>
        <w:pStyle w:val="Heading3"/>
        <w:rPr>
          <w:rFonts w:ascii="Times New Roman" w:hAnsi="Times New Roman" w:cs="Times New Roman"/>
          <w:color w:val="auto"/>
          <w:sz w:val="28"/>
          <w:szCs w:val="28"/>
        </w:rPr>
      </w:pPr>
      <w:r w:rsidRPr="00537BC6">
        <w:rPr>
          <w:rFonts w:ascii="Times New Roman" w:hAnsi="Times New Roman" w:cs="Times New Roman"/>
          <w:color w:val="auto"/>
          <w:sz w:val="28"/>
          <w:szCs w:val="28"/>
        </w:rPr>
        <w:br/>
        <w:t>Đ</w:t>
      </w:r>
      <w:r w:rsidRPr="00537BC6">
        <w:rPr>
          <w:rFonts w:ascii="Times New Roman" w:hAnsi="Times New Roman" w:cs="Times New Roman"/>
          <w:color w:val="auto"/>
          <w:sz w:val="28"/>
          <w:szCs w:val="28"/>
        </w:rPr>
        <w:t>Ạ</w:t>
      </w:r>
      <w:r w:rsidRPr="00537BC6">
        <w:rPr>
          <w:rFonts w:ascii="Times New Roman" w:hAnsi="Times New Roman" w:cs="Times New Roman"/>
          <w:color w:val="auto"/>
          <w:sz w:val="28"/>
          <w:szCs w:val="28"/>
        </w:rPr>
        <w:t>I DI</w:t>
      </w:r>
      <w:r w:rsidRPr="00537BC6">
        <w:rPr>
          <w:rFonts w:ascii="Times New Roman" w:hAnsi="Times New Roman" w:cs="Times New Roman"/>
          <w:color w:val="auto"/>
          <w:sz w:val="28"/>
          <w:szCs w:val="28"/>
        </w:rPr>
        <w:t>Ệ</w:t>
      </w:r>
      <w:r w:rsidRPr="00537BC6">
        <w:rPr>
          <w:rFonts w:ascii="Times New Roman" w:hAnsi="Times New Roman" w:cs="Times New Roman"/>
          <w:color w:val="auto"/>
          <w:sz w:val="28"/>
          <w:szCs w:val="28"/>
        </w:rPr>
        <w:t>N BÊN A</w:t>
      </w:r>
    </w:p>
    <w:p w:rsidR="00F503AA" w:rsidRPr="00537BC6" w:rsidRDefault="00537BC6">
      <w:pPr>
        <w:rPr>
          <w:rFonts w:ascii="Times New Roman" w:hAnsi="Times New Roman" w:cs="Times New Roman"/>
          <w:sz w:val="28"/>
          <w:szCs w:val="28"/>
        </w:rPr>
      </w:pPr>
      <w:r w:rsidRPr="00537BC6">
        <w:rPr>
          <w:rFonts w:ascii="Times New Roman" w:hAnsi="Times New Roman" w:cs="Times New Roman"/>
          <w:sz w:val="28"/>
          <w:szCs w:val="28"/>
        </w:rPr>
        <w:t>(Ký, ghi rõ h</w:t>
      </w:r>
      <w:r w:rsidRPr="00537BC6">
        <w:rPr>
          <w:rFonts w:ascii="Times New Roman" w:hAnsi="Times New Roman" w:cs="Times New Roman"/>
          <w:sz w:val="28"/>
          <w:szCs w:val="28"/>
        </w:rPr>
        <w:t>ọ</w:t>
      </w:r>
      <w:r w:rsidRPr="00537BC6">
        <w:rPr>
          <w:rFonts w:ascii="Times New Roman" w:hAnsi="Times New Roman" w:cs="Times New Roman"/>
          <w:sz w:val="28"/>
          <w:szCs w:val="28"/>
        </w:rPr>
        <w:t xml:space="preserve"> tên, đóng d</w:t>
      </w:r>
      <w:r w:rsidRPr="00537BC6">
        <w:rPr>
          <w:rFonts w:ascii="Times New Roman" w:hAnsi="Times New Roman" w:cs="Times New Roman"/>
          <w:sz w:val="28"/>
          <w:szCs w:val="28"/>
        </w:rPr>
        <w:t>ấ</w:t>
      </w:r>
      <w:r w:rsidRPr="00537BC6">
        <w:rPr>
          <w:rFonts w:ascii="Times New Roman" w:hAnsi="Times New Roman" w:cs="Times New Roman"/>
          <w:sz w:val="28"/>
          <w:szCs w:val="28"/>
        </w:rPr>
        <w:t>u)</w:t>
      </w:r>
    </w:p>
    <w:p w:rsidR="00F503AA" w:rsidRPr="00537BC6" w:rsidRDefault="00537BC6">
      <w:pPr>
        <w:pStyle w:val="Heading3"/>
        <w:rPr>
          <w:rFonts w:ascii="Times New Roman" w:hAnsi="Times New Roman" w:cs="Times New Roman"/>
          <w:color w:val="auto"/>
          <w:sz w:val="28"/>
          <w:szCs w:val="28"/>
        </w:rPr>
      </w:pPr>
      <w:r w:rsidRPr="00537BC6">
        <w:rPr>
          <w:rFonts w:ascii="Times New Roman" w:hAnsi="Times New Roman" w:cs="Times New Roman"/>
          <w:color w:val="auto"/>
          <w:sz w:val="28"/>
          <w:szCs w:val="28"/>
        </w:rPr>
        <w:br/>
        <w:t>Đ</w:t>
      </w:r>
      <w:r w:rsidRPr="00537BC6">
        <w:rPr>
          <w:rFonts w:ascii="Times New Roman" w:hAnsi="Times New Roman" w:cs="Times New Roman"/>
          <w:color w:val="auto"/>
          <w:sz w:val="28"/>
          <w:szCs w:val="28"/>
        </w:rPr>
        <w:t>Ạ</w:t>
      </w:r>
      <w:r w:rsidRPr="00537BC6">
        <w:rPr>
          <w:rFonts w:ascii="Times New Roman" w:hAnsi="Times New Roman" w:cs="Times New Roman"/>
          <w:color w:val="auto"/>
          <w:sz w:val="28"/>
          <w:szCs w:val="28"/>
        </w:rPr>
        <w:t>I DI</w:t>
      </w:r>
      <w:r w:rsidRPr="00537BC6">
        <w:rPr>
          <w:rFonts w:ascii="Times New Roman" w:hAnsi="Times New Roman" w:cs="Times New Roman"/>
          <w:color w:val="auto"/>
          <w:sz w:val="28"/>
          <w:szCs w:val="28"/>
        </w:rPr>
        <w:t>Ệ</w:t>
      </w:r>
      <w:r w:rsidRPr="00537BC6">
        <w:rPr>
          <w:rFonts w:ascii="Times New Roman" w:hAnsi="Times New Roman" w:cs="Times New Roman"/>
          <w:color w:val="auto"/>
          <w:sz w:val="28"/>
          <w:szCs w:val="28"/>
        </w:rPr>
        <w:t>N BÊN B</w:t>
      </w:r>
    </w:p>
    <w:p w:rsidR="00F503AA" w:rsidRPr="00537BC6" w:rsidRDefault="00537BC6">
      <w:pPr>
        <w:rPr>
          <w:rFonts w:ascii="Times New Roman" w:hAnsi="Times New Roman" w:cs="Times New Roman"/>
          <w:sz w:val="28"/>
          <w:szCs w:val="28"/>
        </w:rPr>
      </w:pPr>
      <w:r w:rsidRPr="00537BC6">
        <w:rPr>
          <w:rFonts w:ascii="Times New Roman" w:hAnsi="Times New Roman" w:cs="Times New Roman"/>
          <w:sz w:val="28"/>
          <w:szCs w:val="28"/>
        </w:rPr>
        <w:t>(Ký, ghi rõ h</w:t>
      </w:r>
      <w:r w:rsidRPr="00537BC6">
        <w:rPr>
          <w:rFonts w:ascii="Times New Roman" w:hAnsi="Times New Roman" w:cs="Times New Roman"/>
          <w:sz w:val="28"/>
          <w:szCs w:val="28"/>
        </w:rPr>
        <w:t>ọ</w:t>
      </w:r>
      <w:r w:rsidRPr="00537BC6">
        <w:rPr>
          <w:rFonts w:ascii="Times New Roman" w:hAnsi="Times New Roman" w:cs="Times New Roman"/>
          <w:sz w:val="28"/>
          <w:szCs w:val="28"/>
        </w:rPr>
        <w:t xml:space="preserve"> tên, đóng d</w:t>
      </w:r>
      <w:r w:rsidRPr="00537BC6">
        <w:rPr>
          <w:rFonts w:ascii="Times New Roman" w:hAnsi="Times New Roman" w:cs="Times New Roman"/>
          <w:sz w:val="28"/>
          <w:szCs w:val="28"/>
        </w:rPr>
        <w:t>ấ</w:t>
      </w:r>
      <w:r w:rsidRPr="00537BC6">
        <w:rPr>
          <w:rFonts w:ascii="Times New Roman" w:hAnsi="Times New Roman" w:cs="Times New Roman"/>
          <w:sz w:val="28"/>
          <w:szCs w:val="28"/>
        </w:rPr>
        <w:t>u)</w:t>
      </w:r>
    </w:p>
    <w:sectPr w:rsidR="00F503AA" w:rsidRPr="00537BC6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1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37BC6"/>
    <w:rsid w:val="00AA1D8D"/>
    <w:rsid w:val="00B47730"/>
    <w:rsid w:val="00CB0664"/>
    <w:rsid w:val="00F503A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efaultImageDpi w14:val="300"/>
  <w15:docId w15:val="{6D6A9FF5-5CA3-4CAA-8AB4-403CF5941D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3813A39-09C3-4631-BDD1-D7546BEF9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341</Words>
  <Characters>1949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9</vt:i4>
      </vt:variant>
    </vt:vector>
  </HeadingPairs>
  <TitlesOfParts>
    <vt:vector size="10" baseType="lpstr">
      <vt:lpstr/>
      <vt:lpstr>CỘNG HÒA XÃ HỘI CHỦ NGHĨA VIỆT NAM Độc lập - Tự do - Hạnh phúc</vt:lpstr>
      <vt:lpstr>    HỢP ĐỒNG TƯ VẤN LẬP HỒ SƠ MỜI THẦU</vt:lpstr>
      <vt:lpstr>        **Điều 1. Nội dung công việc**</vt:lpstr>
      <vt:lpstr>        **Điều 2. Thời gian và tiến độ thực hiện**</vt:lpstr>
      <vt:lpstr>        **Điều 3. Giá trị hợp đồng và phương thức thanh toán**</vt:lpstr>
      <vt:lpstr>        **Điều 4. Trách nhiệm của các bên**</vt:lpstr>
      <vt:lpstr>        **Điều 5. Điều khoản chung**</vt:lpstr>
      <vt:lpstr>        ĐẠI DIỆN BÊN A</vt:lpstr>
      <vt:lpstr>        ĐẠI DIỆN BÊN B</vt:lpstr>
    </vt:vector>
  </TitlesOfParts>
  <Manager/>
  <Company/>
  <LinksUpToDate>false</LinksUpToDate>
  <CharactersWithSpaces>2286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PC</cp:lastModifiedBy>
  <cp:revision>2</cp:revision>
  <dcterms:created xsi:type="dcterms:W3CDTF">2025-06-03T03:08:00Z</dcterms:created>
  <dcterms:modified xsi:type="dcterms:W3CDTF">2025-06-03T03:08:00Z</dcterms:modified>
  <cp:category/>
</cp:coreProperties>
</file>