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7"/>
        <w:gridCol w:w="6853"/>
      </w:tblGrid>
      <w:tr w:rsidR="003C2A16" w:rsidRPr="003C2A16" w:rsidTr="003C2A16">
        <w:tc>
          <w:tcPr>
            <w:tcW w:w="1809" w:type="dxa"/>
          </w:tcPr>
          <w:p w:rsidR="003C2A16" w:rsidRPr="003C2A16" w:rsidRDefault="003C2A16" w:rsidP="003C2A16">
            <w:pPr>
              <w:rPr>
                <w:b/>
                <w:sz w:val="28"/>
                <w:szCs w:val="28"/>
              </w:rPr>
            </w:pPr>
            <w:r w:rsidRPr="003C2A16">
              <w:rPr>
                <w:b/>
                <w:sz w:val="28"/>
                <w:szCs w:val="28"/>
              </w:rPr>
              <w:t xml:space="preserve">CÔNG TY </w:t>
            </w:r>
            <w:r w:rsidRPr="003C2A16">
              <w:rPr>
                <w:b/>
                <w:sz w:val="28"/>
                <w:szCs w:val="28"/>
              </w:rPr>
              <w:t>[TÊN CÔNG TY]</w:t>
            </w:r>
          </w:p>
          <w:p w:rsidR="003C2A16" w:rsidRDefault="003C2A16" w:rsidP="003C2A16">
            <w:pPr>
              <w:rPr>
                <w:b/>
                <w:sz w:val="28"/>
                <w:szCs w:val="28"/>
              </w:rPr>
            </w:pPr>
            <w:r w:rsidRPr="003C2A16">
              <w:rPr>
                <w:b/>
                <w:sz w:val="28"/>
                <w:szCs w:val="28"/>
              </w:rPr>
              <w:t xml:space="preserve">Địa chỉ: </w:t>
            </w:r>
          </w:p>
          <w:p w:rsidR="003C2A16" w:rsidRDefault="003C2A16" w:rsidP="003C2A1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</w:t>
            </w:r>
          </w:p>
          <w:p w:rsidR="003C2A16" w:rsidRPr="003C2A16" w:rsidRDefault="003C2A16" w:rsidP="003C2A16">
            <w:pPr>
              <w:rPr>
                <w:b/>
                <w:sz w:val="28"/>
                <w:szCs w:val="28"/>
              </w:rPr>
            </w:pPr>
            <w:r w:rsidRPr="003C2A16">
              <w:rPr>
                <w:b/>
                <w:sz w:val="28"/>
                <w:szCs w:val="28"/>
              </w:rPr>
              <w:t>Số: [Số/TB-PC]</w:t>
            </w:r>
          </w:p>
        </w:tc>
        <w:tc>
          <w:tcPr>
            <w:tcW w:w="7047" w:type="dxa"/>
          </w:tcPr>
          <w:p w:rsidR="003C2A16" w:rsidRPr="003C2A16" w:rsidRDefault="003C2A16" w:rsidP="003C2A16">
            <w:pPr>
              <w:jc w:val="center"/>
              <w:rPr>
                <w:b/>
                <w:sz w:val="28"/>
                <w:szCs w:val="28"/>
              </w:rPr>
            </w:pPr>
            <w:r w:rsidRPr="003C2A16">
              <w:rPr>
                <w:b/>
                <w:sz w:val="28"/>
                <w:szCs w:val="28"/>
              </w:rPr>
              <w:t>CỘNG HÒA XÃ HỘI CHỦ NGHĨA VIỆT NAM</w:t>
            </w:r>
          </w:p>
          <w:p w:rsidR="003C2A16" w:rsidRPr="003C2A16" w:rsidRDefault="003C2A16" w:rsidP="003C2A16">
            <w:pPr>
              <w:jc w:val="center"/>
              <w:rPr>
                <w:b/>
                <w:sz w:val="28"/>
                <w:szCs w:val="28"/>
              </w:rPr>
            </w:pPr>
            <w:r w:rsidRPr="003C2A16">
              <w:rPr>
                <w:b/>
                <w:sz w:val="28"/>
                <w:szCs w:val="28"/>
              </w:rPr>
              <w:t>Độc lập – Tự do – Hạnh phúc</w:t>
            </w:r>
          </w:p>
        </w:tc>
      </w:tr>
    </w:tbl>
    <w:p w:rsidR="003C2A16" w:rsidRPr="003C2A16" w:rsidRDefault="003C2A16">
      <w:pPr>
        <w:rPr>
          <w:sz w:val="28"/>
          <w:szCs w:val="28"/>
        </w:rPr>
      </w:pPr>
    </w:p>
    <w:p w:rsidR="004769DD" w:rsidRPr="003C2A16" w:rsidRDefault="003C2A16">
      <w:pPr>
        <w:jc w:val="center"/>
        <w:rPr>
          <w:sz w:val="28"/>
          <w:szCs w:val="28"/>
        </w:rPr>
      </w:pPr>
      <w:r w:rsidRPr="003C2A16">
        <w:rPr>
          <w:b/>
          <w:sz w:val="28"/>
          <w:szCs w:val="28"/>
        </w:rPr>
        <w:t>THÔNG BÁO</w:t>
      </w:r>
    </w:p>
    <w:p w:rsidR="004769DD" w:rsidRPr="003C2A16" w:rsidRDefault="003C2A16">
      <w:pPr>
        <w:jc w:val="center"/>
        <w:rPr>
          <w:sz w:val="28"/>
          <w:szCs w:val="28"/>
        </w:rPr>
      </w:pPr>
      <w:r w:rsidRPr="003C2A16">
        <w:rPr>
          <w:sz w:val="28"/>
          <w:szCs w:val="28"/>
        </w:rPr>
        <w:t>(V/v: Tăng ph</w:t>
      </w:r>
      <w:r w:rsidRPr="003C2A16">
        <w:rPr>
          <w:sz w:val="28"/>
          <w:szCs w:val="28"/>
        </w:rPr>
        <w:t>ụ</w:t>
      </w:r>
      <w:r w:rsidRPr="003C2A16">
        <w:rPr>
          <w:sz w:val="28"/>
          <w:szCs w:val="28"/>
        </w:rPr>
        <w:t xml:space="preserve"> c</w:t>
      </w:r>
      <w:r w:rsidRPr="003C2A16">
        <w:rPr>
          <w:sz w:val="28"/>
          <w:szCs w:val="28"/>
        </w:rPr>
        <w:t>ấ</w:t>
      </w:r>
      <w:r w:rsidRPr="003C2A16">
        <w:rPr>
          <w:sz w:val="28"/>
          <w:szCs w:val="28"/>
        </w:rPr>
        <w:t>p ăn trưa cho ngư</w:t>
      </w:r>
      <w:r w:rsidRPr="003C2A16">
        <w:rPr>
          <w:sz w:val="28"/>
          <w:szCs w:val="28"/>
        </w:rPr>
        <w:t>ờ</w:t>
      </w:r>
      <w:r w:rsidRPr="003C2A16">
        <w:rPr>
          <w:sz w:val="28"/>
          <w:szCs w:val="28"/>
        </w:rPr>
        <w:t>i lao đ</w:t>
      </w:r>
      <w:r w:rsidRPr="003C2A16">
        <w:rPr>
          <w:sz w:val="28"/>
          <w:szCs w:val="28"/>
        </w:rPr>
        <w:t>ộ</w:t>
      </w:r>
      <w:r w:rsidRPr="003C2A16">
        <w:rPr>
          <w:sz w:val="28"/>
          <w:szCs w:val="28"/>
        </w:rPr>
        <w:t>ng)</w:t>
      </w:r>
    </w:p>
    <w:p w:rsidR="004769DD" w:rsidRPr="003C2A16" w:rsidRDefault="004769DD">
      <w:pPr>
        <w:rPr>
          <w:sz w:val="28"/>
          <w:szCs w:val="28"/>
        </w:rPr>
      </w:pPr>
    </w:p>
    <w:p w:rsidR="004769DD" w:rsidRPr="003C2A16" w:rsidRDefault="003C2A16">
      <w:pPr>
        <w:rPr>
          <w:sz w:val="28"/>
          <w:szCs w:val="28"/>
        </w:rPr>
      </w:pPr>
      <w:r w:rsidRPr="003C2A16">
        <w:rPr>
          <w:sz w:val="28"/>
          <w:szCs w:val="28"/>
        </w:rPr>
        <w:t>Kính g</w:t>
      </w:r>
      <w:r w:rsidRPr="003C2A16">
        <w:rPr>
          <w:sz w:val="28"/>
          <w:szCs w:val="28"/>
        </w:rPr>
        <w:t>ử</w:t>
      </w:r>
      <w:r w:rsidRPr="003C2A16">
        <w:rPr>
          <w:sz w:val="28"/>
          <w:szCs w:val="28"/>
        </w:rPr>
        <w:t>i: Toàn th</w:t>
      </w:r>
      <w:r w:rsidRPr="003C2A16">
        <w:rPr>
          <w:sz w:val="28"/>
          <w:szCs w:val="28"/>
        </w:rPr>
        <w:t>ể</w:t>
      </w:r>
      <w:r w:rsidRPr="003C2A16">
        <w:rPr>
          <w:sz w:val="28"/>
          <w:szCs w:val="28"/>
        </w:rPr>
        <w:t xml:space="preserve"> cán b</w:t>
      </w:r>
      <w:r w:rsidRPr="003C2A16">
        <w:rPr>
          <w:sz w:val="28"/>
          <w:szCs w:val="28"/>
        </w:rPr>
        <w:t>ộ</w:t>
      </w:r>
      <w:r w:rsidRPr="003C2A16">
        <w:rPr>
          <w:sz w:val="28"/>
          <w:szCs w:val="28"/>
        </w:rPr>
        <w:t xml:space="preserve">, công nhân viên Công ty </w:t>
      </w:r>
      <w:r w:rsidRPr="003C2A16">
        <w:rPr>
          <w:sz w:val="28"/>
          <w:szCs w:val="28"/>
        </w:rPr>
        <w:t>TNHH [Tên công ty]</w:t>
      </w:r>
    </w:p>
    <w:p w:rsidR="004769DD" w:rsidRPr="003C2A16" w:rsidRDefault="003C2A16">
      <w:pPr>
        <w:rPr>
          <w:sz w:val="28"/>
          <w:szCs w:val="28"/>
        </w:rPr>
      </w:pPr>
      <w:r w:rsidRPr="003C2A16">
        <w:rPr>
          <w:sz w:val="28"/>
          <w:szCs w:val="28"/>
        </w:rPr>
        <w:t>Nh</w:t>
      </w:r>
      <w:r w:rsidRPr="003C2A16">
        <w:rPr>
          <w:sz w:val="28"/>
          <w:szCs w:val="28"/>
        </w:rPr>
        <w:t>ằ</w:t>
      </w:r>
      <w:r w:rsidRPr="003C2A16">
        <w:rPr>
          <w:sz w:val="28"/>
          <w:szCs w:val="28"/>
        </w:rPr>
        <w:t>m ghi nh</w:t>
      </w:r>
      <w:r w:rsidRPr="003C2A16">
        <w:rPr>
          <w:sz w:val="28"/>
          <w:szCs w:val="28"/>
        </w:rPr>
        <w:t>ậ</w:t>
      </w:r>
      <w:r w:rsidRPr="003C2A16">
        <w:rPr>
          <w:sz w:val="28"/>
          <w:szCs w:val="28"/>
        </w:rPr>
        <w:t>n nh</w:t>
      </w:r>
      <w:r w:rsidRPr="003C2A16">
        <w:rPr>
          <w:sz w:val="28"/>
          <w:szCs w:val="28"/>
        </w:rPr>
        <w:t>ữ</w:t>
      </w:r>
      <w:r w:rsidRPr="003C2A16">
        <w:rPr>
          <w:sz w:val="28"/>
          <w:szCs w:val="28"/>
        </w:rPr>
        <w:t>ng n</w:t>
      </w:r>
      <w:r w:rsidRPr="003C2A16">
        <w:rPr>
          <w:sz w:val="28"/>
          <w:szCs w:val="28"/>
        </w:rPr>
        <w:t>ỗ</w:t>
      </w:r>
      <w:r w:rsidRPr="003C2A16">
        <w:rPr>
          <w:sz w:val="28"/>
          <w:szCs w:val="28"/>
        </w:rPr>
        <w:t xml:space="preserve"> l</w:t>
      </w:r>
      <w:r w:rsidRPr="003C2A16">
        <w:rPr>
          <w:sz w:val="28"/>
          <w:szCs w:val="28"/>
        </w:rPr>
        <w:t>ự</w:t>
      </w:r>
      <w:r w:rsidRPr="003C2A16">
        <w:rPr>
          <w:sz w:val="28"/>
          <w:szCs w:val="28"/>
        </w:rPr>
        <w:t>c và đóng góp c</w:t>
      </w:r>
      <w:r w:rsidRPr="003C2A16">
        <w:rPr>
          <w:sz w:val="28"/>
          <w:szCs w:val="28"/>
        </w:rPr>
        <w:t>ủ</w:t>
      </w:r>
      <w:r w:rsidRPr="003C2A16">
        <w:rPr>
          <w:sz w:val="28"/>
          <w:szCs w:val="28"/>
        </w:rPr>
        <w:t>a ngư</w:t>
      </w:r>
      <w:r w:rsidRPr="003C2A16">
        <w:rPr>
          <w:sz w:val="28"/>
          <w:szCs w:val="28"/>
        </w:rPr>
        <w:t>ờ</w:t>
      </w:r>
      <w:r w:rsidRPr="003C2A16">
        <w:rPr>
          <w:sz w:val="28"/>
          <w:szCs w:val="28"/>
        </w:rPr>
        <w:t>i lao đ</w:t>
      </w:r>
      <w:r w:rsidRPr="003C2A16">
        <w:rPr>
          <w:sz w:val="28"/>
          <w:szCs w:val="28"/>
        </w:rPr>
        <w:t>ộ</w:t>
      </w:r>
      <w:r w:rsidRPr="003C2A16">
        <w:rPr>
          <w:sz w:val="28"/>
          <w:szCs w:val="28"/>
        </w:rPr>
        <w:t>ng trong th</w:t>
      </w:r>
      <w:r w:rsidRPr="003C2A16">
        <w:rPr>
          <w:sz w:val="28"/>
          <w:szCs w:val="28"/>
        </w:rPr>
        <w:t>ờ</w:t>
      </w:r>
      <w:r w:rsidRPr="003C2A16">
        <w:rPr>
          <w:sz w:val="28"/>
          <w:szCs w:val="28"/>
        </w:rPr>
        <w:t>i gian qua, đ</w:t>
      </w:r>
      <w:r w:rsidRPr="003C2A16">
        <w:rPr>
          <w:sz w:val="28"/>
          <w:szCs w:val="28"/>
        </w:rPr>
        <w:t>ồ</w:t>
      </w:r>
      <w:r w:rsidRPr="003C2A16">
        <w:rPr>
          <w:sz w:val="28"/>
          <w:szCs w:val="28"/>
        </w:rPr>
        <w:t>ng th</w:t>
      </w:r>
      <w:r w:rsidRPr="003C2A16">
        <w:rPr>
          <w:sz w:val="28"/>
          <w:szCs w:val="28"/>
        </w:rPr>
        <w:t>ờ</w:t>
      </w:r>
      <w:r w:rsidRPr="003C2A16">
        <w:rPr>
          <w:sz w:val="28"/>
          <w:szCs w:val="28"/>
        </w:rPr>
        <w:t>i t</w:t>
      </w:r>
      <w:r w:rsidRPr="003C2A16">
        <w:rPr>
          <w:sz w:val="28"/>
          <w:szCs w:val="28"/>
        </w:rPr>
        <w:t>ạ</w:t>
      </w:r>
      <w:r w:rsidRPr="003C2A16">
        <w:rPr>
          <w:sz w:val="28"/>
          <w:szCs w:val="28"/>
        </w:rPr>
        <w:t>o đi</w:t>
      </w:r>
      <w:r w:rsidRPr="003C2A16">
        <w:rPr>
          <w:sz w:val="28"/>
          <w:szCs w:val="28"/>
        </w:rPr>
        <w:t>ề</w:t>
      </w:r>
      <w:r w:rsidRPr="003C2A16">
        <w:rPr>
          <w:sz w:val="28"/>
          <w:szCs w:val="28"/>
        </w:rPr>
        <w:t>u ki</w:t>
      </w:r>
      <w:r w:rsidRPr="003C2A16">
        <w:rPr>
          <w:sz w:val="28"/>
          <w:szCs w:val="28"/>
        </w:rPr>
        <w:t>ệ</w:t>
      </w:r>
      <w:r w:rsidRPr="003C2A16">
        <w:rPr>
          <w:sz w:val="28"/>
          <w:szCs w:val="28"/>
        </w:rPr>
        <w:t>n h</w:t>
      </w:r>
      <w:r w:rsidRPr="003C2A16">
        <w:rPr>
          <w:sz w:val="28"/>
          <w:szCs w:val="28"/>
        </w:rPr>
        <w:t>ỗ</w:t>
      </w:r>
      <w:r w:rsidRPr="003C2A16">
        <w:rPr>
          <w:sz w:val="28"/>
          <w:szCs w:val="28"/>
        </w:rPr>
        <w:t xml:space="preserve"> tr</w:t>
      </w:r>
      <w:r w:rsidRPr="003C2A16">
        <w:rPr>
          <w:sz w:val="28"/>
          <w:szCs w:val="28"/>
        </w:rPr>
        <w:t>ợ</w:t>
      </w:r>
      <w:r w:rsidRPr="003C2A16">
        <w:rPr>
          <w:sz w:val="28"/>
          <w:szCs w:val="28"/>
        </w:rPr>
        <w:t xml:space="preserve"> t</w:t>
      </w:r>
      <w:r w:rsidRPr="003C2A16">
        <w:rPr>
          <w:sz w:val="28"/>
          <w:szCs w:val="28"/>
        </w:rPr>
        <w:t>ố</w:t>
      </w:r>
      <w:r w:rsidRPr="003C2A16">
        <w:rPr>
          <w:sz w:val="28"/>
          <w:szCs w:val="28"/>
        </w:rPr>
        <w:t>t hơn cho đ</w:t>
      </w:r>
      <w:r w:rsidRPr="003C2A16">
        <w:rPr>
          <w:sz w:val="28"/>
          <w:szCs w:val="28"/>
        </w:rPr>
        <w:t>ờ</w:t>
      </w:r>
      <w:r w:rsidRPr="003C2A16">
        <w:rPr>
          <w:sz w:val="28"/>
          <w:szCs w:val="28"/>
        </w:rPr>
        <w:t>i s</w:t>
      </w:r>
      <w:r w:rsidRPr="003C2A16">
        <w:rPr>
          <w:sz w:val="28"/>
          <w:szCs w:val="28"/>
        </w:rPr>
        <w:t>ố</w:t>
      </w:r>
      <w:r w:rsidRPr="003C2A16">
        <w:rPr>
          <w:sz w:val="28"/>
          <w:szCs w:val="28"/>
        </w:rPr>
        <w:t>ng c</w:t>
      </w:r>
      <w:r w:rsidRPr="003C2A16">
        <w:rPr>
          <w:sz w:val="28"/>
          <w:szCs w:val="28"/>
        </w:rPr>
        <w:t>ủ</w:t>
      </w:r>
      <w:r w:rsidRPr="003C2A16">
        <w:rPr>
          <w:sz w:val="28"/>
          <w:szCs w:val="28"/>
        </w:rPr>
        <w:t>a cán b</w:t>
      </w:r>
      <w:r w:rsidRPr="003C2A16">
        <w:rPr>
          <w:sz w:val="28"/>
          <w:szCs w:val="28"/>
        </w:rPr>
        <w:t>ộ</w:t>
      </w:r>
      <w:r w:rsidRPr="003C2A16">
        <w:rPr>
          <w:sz w:val="28"/>
          <w:szCs w:val="28"/>
        </w:rPr>
        <w:t>, công nhân viên, Ban Giám đ</w:t>
      </w:r>
      <w:r w:rsidRPr="003C2A16">
        <w:rPr>
          <w:sz w:val="28"/>
          <w:szCs w:val="28"/>
        </w:rPr>
        <w:t>ố</w:t>
      </w:r>
      <w:r w:rsidRPr="003C2A16">
        <w:rPr>
          <w:sz w:val="28"/>
          <w:szCs w:val="28"/>
        </w:rPr>
        <w:t>c Công ty TNHH [Tên công ty] quy</w:t>
      </w:r>
      <w:r w:rsidRPr="003C2A16">
        <w:rPr>
          <w:sz w:val="28"/>
          <w:szCs w:val="28"/>
        </w:rPr>
        <w:t>ế</w:t>
      </w:r>
      <w:r w:rsidRPr="003C2A16">
        <w:rPr>
          <w:sz w:val="28"/>
          <w:szCs w:val="28"/>
        </w:rPr>
        <w:t>t đ</w:t>
      </w:r>
      <w:r w:rsidRPr="003C2A16">
        <w:rPr>
          <w:sz w:val="28"/>
          <w:szCs w:val="28"/>
        </w:rPr>
        <w:t>ị</w:t>
      </w:r>
      <w:r w:rsidRPr="003C2A16">
        <w:rPr>
          <w:sz w:val="28"/>
          <w:szCs w:val="28"/>
        </w:rPr>
        <w:t>nh đi</w:t>
      </w:r>
      <w:r w:rsidRPr="003C2A16">
        <w:rPr>
          <w:sz w:val="28"/>
          <w:szCs w:val="28"/>
        </w:rPr>
        <w:t>ề</w:t>
      </w:r>
      <w:r w:rsidRPr="003C2A16">
        <w:rPr>
          <w:sz w:val="28"/>
          <w:szCs w:val="28"/>
        </w:rPr>
        <w:t>u ch</w:t>
      </w:r>
      <w:r w:rsidRPr="003C2A16">
        <w:rPr>
          <w:sz w:val="28"/>
          <w:szCs w:val="28"/>
        </w:rPr>
        <w:t>ỉ</w:t>
      </w:r>
      <w:r w:rsidRPr="003C2A16">
        <w:rPr>
          <w:sz w:val="28"/>
          <w:szCs w:val="28"/>
        </w:rPr>
        <w:t>nh m</w:t>
      </w:r>
      <w:r w:rsidRPr="003C2A16">
        <w:rPr>
          <w:sz w:val="28"/>
          <w:szCs w:val="28"/>
        </w:rPr>
        <w:t>ứ</w:t>
      </w:r>
      <w:r w:rsidRPr="003C2A16">
        <w:rPr>
          <w:sz w:val="28"/>
          <w:szCs w:val="28"/>
        </w:rPr>
        <w:t>c ph</w:t>
      </w:r>
      <w:r w:rsidRPr="003C2A16">
        <w:rPr>
          <w:sz w:val="28"/>
          <w:szCs w:val="28"/>
        </w:rPr>
        <w:t>ụ</w:t>
      </w:r>
      <w:r w:rsidRPr="003C2A16">
        <w:rPr>
          <w:sz w:val="28"/>
          <w:szCs w:val="28"/>
        </w:rPr>
        <w:t xml:space="preserve"> c</w:t>
      </w:r>
      <w:r w:rsidRPr="003C2A16">
        <w:rPr>
          <w:sz w:val="28"/>
          <w:szCs w:val="28"/>
        </w:rPr>
        <w:t>ấ</w:t>
      </w:r>
      <w:r w:rsidRPr="003C2A16">
        <w:rPr>
          <w:sz w:val="28"/>
          <w:szCs w:val="28"/>
        </w:rPr>
        <w:t xml:space="preserve">p ăn </w:t>
      </w:r>
      <w:r w:rsidRPr="003C2A16">
        <w:rPr>
          <w:sz w:val="28"/>
          <w:szCs w:val="28"/>
        </w:rPr>
        <w:t>trưa như sau:</w:t>
      </w:r>
    </w:p>
    <w:p w:rsidR="004769DD" w:rsidRPr="003C2A16" w:rsidRDefault="003C2A16">
      <w:pPr>
        <w:rPr>
          <w:sz w:val="28"/>
          <w:szCs w:val="28"/>
        </w:rPr>
      </w:pPr>
      <w:r w:rsidRPr="003C2A16">
        <w:rPr>
          <w:sz w:val="28"/>
          <w:szCs w:val="28"/>
        </w:rPr>
        <w:t>- M</w:t>
      </w:r>
      <w:r w:rsidRPr="003C2A16">
        <w:rPr>
          <w:sz w:val="28"/>
          <w:szCs w:val="28"/>
        </w:rPr>
        <w:t>ứ</w:t>
      </w:r>
      <w:r w:rsidRPr="003C2A16">
        <w:rPr>
          <w:sz w:val="28"/>
          <w:szCs w:val="28"/>
        </w:rPr>
        <w:t>c ph</w:t>
      </w:r>
      <w:r w:rsidRPr="003C2A16">
        <w:rPr>
          <w:sz w:val="28"/>
          <w:szCs w:val="28"/>
        </w:rPr>
        <w:t>ụ</w:t>
      </w:r>
      <w:r w:rsidRPr="003C2A16">
        <w:rPr>
          <w:sz w:val="28"/>
          <w:szCs w:val="28"/>
        </w:rPr>
        <w:t xml:space="preserve"> c</w:t>
      </w:r>
      <w:r w:rsidRPr="003C2A16">
        <w:rPr>
          <w:sz w:val="28"/>
          <w:szCs w:val="28"/>
        </w:rPr>
        <w:t>ấ</w:t>
      </w:r>
      <w:r w:rsidRPr="003C2A16">
        <w:rPr>
          <w:sz w:val="28"/>
          <w:szCs w:val="28"/>
        </w:rPr>
        <w:t>p ăn trưa hi</w:t>
      </w:r>
      <w:r w:rsidRPr="003C2A16">
        <w:rPr>
          <w:sz w:val="28"/>
          <w:szCs w:val="28"/>
        </w:rPr>
        <w:t>ệ</w:t>
      </w:r>
      <w:r w:rsidRPr="003C2A16">
        <w:rPr>
          <w:sz w:val="28"/>
          <w:szCs w:val="28"/>
        </w:rPr>
        <w:t>n t</w:t>
      </w:r>
      <w:r w:rsidRPr="003C2A16">
        <w:rPr>
          <w:sz w:val="28"/>
          <w:szCs w:val="28"/>
        </w:rPr>
        <w:t>ạ</w:t>
      </w:r>
      <w:r w:rsidRPr="003C2A16">
        <w:rPr>
          <w:sz w:val="28"/>
          <w:szCs w:val="28"/>
        </w:rPr>
        <w:t>i: [M</w:t>
      </w:r>
      <w:r w:rsidRPr="003C2A16">
        <w:rPr>
          <w:sz w:val="28"/>
          <w:szCs w:val="28"/>
        </w:rPr>
        <w:t>ứ</w:t>
      </w:r>
      <w:r w:rsidRPr="003C2A16">
        <w:rPr>
          <w:sz w:val="28"/>
          <w:szCs w:val="28"/>
        </w:rPr>
        <w:t>c cũ] đ</w:t>
      </w:r>
      <w:r w:rsidRPr="003C2A16">
        <w:rPr>
          <w:sz w:val="28"/>
          <w:szCs w:val="28"/>
        </w:rPr>
        <w:t>ồ</w:t>
      </w:r>
      <w:r w:rsidRPr="003C2A16">
        <w:rPr>
          <w:sz w:val="28"/>
          <w:szCs w:val="28"/>
        </w:rPr>
        <w:t>ng/ngư</w:t>
      </w:r>
      <w:r w:rsidRPr="003C2A16">
        <w:rPr>
          <w:sz w:val="28"/>
          <w:szCs w:val="28"/>
        </w:rPr>
        <w:t>ờ</w:t>
      </w:r>
      <w:r w:rsidRPr="003C2A16">
        <w:rPr>
          <w:sz w:val="28"/>
          <w:szCs w:val="28"/>
        </w:rPr>
        <w:t>i/ngày</w:t>
      </w:r>
    </w:p>
    <w:p w:rsidR="004769DD" w:rsidRPr="003C2A16" w:rsidRDefault="003C2A16">
      <w:pPr>
        <w:rPr>
          <w:sz w:val="28"/>
          <w:szCs w:val="28"/>
        </w:rPr>
      </w:pPr>
      <w:r w:rsidRPr="003C2A16">
        <w:rPr>
          <w:sz w:val="28"/>
          <w:szCs w:val="28"/>
        </w:rPr>
        <w:t>- M</w:t>
      </w:r>
      <w:r w:rsidRPr="003C2A16">
        <w:rPr>
          <w:sz w:val="28"/>
          <w:szCs w:val="28"/>
        </w:rPr>
        <w:t>ứ</w:t>
      </w:r>
      <w:r w:rsidRPr="003C2A16">
        <w:rPr>
          <w:sz w:val="28"/>
          <w:szCs w:val="28"/>
        </w:rPr>
        <w:t>c ph</w:t>
      </w:r>
      <w:r w:rsidRPr="003C2A16">
        <w:rPr>
          <w:sz w:val="28"/>
          <w:szCs w:val="28"/>
        </w:rPr>
        <w:t>ụ</w:t>
      </w:r>
      <w:r w:rsidRPr="003C2A16">
        <w:rPr>
          <w:sz w:val="28"/>
          <w:szCs w:val="28"/>
        </w:rPr>
        <w:t xml:space="preserve"> c</w:t>
      </w:r>
      <w:r w:rsidRPr="003C2A16">
        <w:rPr>
          <w:sz w:val="28"/>
          <w:szCs w:val="28"/>
        </w:rPr>
        <w:t>ấ</w:t>
      </w:r>
      <w:r w:rsidRPr="003C2A16">
        <w:rPr>
          <w:sz w:val="28"/>
          <w:szCs w:val="28"/>
        </w:rPr>
        <w:t>p ăn trưa m</w:t>
      </w:r>
      <w:r w:rsidRPr="003C2A16">
        <w:rPr>
          <w:sz w:val="28"/>
          <w:szCs w:val="28"/>
        </w:rPr>
        <w:t>ớ</w:t>
      </w:r>
      <w:r w:rsidRPr="003C2A16">
        <w:rPr>
          <w:sz w:val="28"/>
          <w:szCs w:val="28"/>
        </w:rPr>
        <w:t>i: [M</w:t>
      </w:r>
      <w:r w:rsidRPr="003C2A16">
        <w:rPr>
          <w:sz w:val="28"/>
          <w:szCs w:val="28"/>
        </w:rPr>
        <w:t>ứ</w:t>
      </w:r>
      <w:r w:rsidRPr="003C2A16">
        <w:rPr>
          <w:sz w:val="28"/>
          <w:szCs w:val="28"/>
        </w:rPr>
        <w:t>c m</w:t>
      </w:r>
      <w:r w:rsidRPr="003C2A16">
        <w:rPr>
          <w:sz w:val="28"/>
          <w:szCs w:val="28"/>
        </w:rPr>
        <w:t>ớ</w:t>
      </w:r>
      <w:r w:rsidRPr="003C2A16">
        <w:rPr>
          <w:sz w:val="28"/>
          <w:szCs w:val="28"/>
        </w:rPr>
        <w:t>i] đ</w:t>
      </w:r>
      <w:r w:rsidRPr="003C2A16">
        <w:rPr>
          <w:sz w:val="28"/>
          <w:szCs w:val="28"/>
        </w:rPr>
        <w:t>ồ</w:t>
      </w:r>
      <w:r w:rsidRPr="003C2A16">
        <w:rPr>
          <w:sz w:val="28"/>
          <w:szCs w:val="28"/>
        </w:rPr>
        <w:t>ng/ngư</w:t>
      </w:r>
      <w:r w:rsidRPr="003C2A16">
        <w:rPr>
          <w:sz w:val="28"/>
          <w:szCs w:val="28"/>
        </w:rPr>
        <w:t>ờ</w:t>
      </w:r>
      <w:r w:rsidRPr="003C2A16">
        <w:rPr>
          <w:sz w:val="28"/>
          <w:szCs w:val="28"/>
        </w:rPr>
        <w:t>i/ngày</w:t>
      </w:r>
    </w:p>
    <w:p w:rsidR="004769DD" w:rsidRPr="003C2A16" w:rsidRDefault="003C2A16">
      <w:pPr>
        <w:rPr>
          <w:sz w:val="28"/>
          <w:szCs w:val="28"/>
        </w:rPr>
      </w:pPr>
      <w:r w:rsidRPr="003C2A16">
        <w:rPr>
          <w:sz w:val="28"/>
          <w:szCs w:val="28"/>
        </w:rPr>
        <w:t>- Th</w:t>
      </w:r>
      <w:r w:rsidRPr="003C2A16">
        <w:rPr>
          <w:sz w:val="28"/>
          <w:szCs w:val="28"/>
        </w:rPr>
        <w:t>ờ</w:t>
      </w:r>
      <w:r w:rsidRPr="003C2A16">
        <w:rPr>
          <w:sz w:val="28"/>
          <w:szCs w:val="28"/>
        </w:rPr>
        <w:t>i gian áp d</w:t>
      </w:r>
      <w:r w:rsidRPr="003C2A16">
        <w:rPr>
          <w:sz w:val="28"/>
          <w:szCs w:val="28"/>
        </w:rPr>
        <w:t>ụ</w:t>
      </w:r>
      <w:r w:rsidRPr="003C2A16">
        <w:rPr>
          <w:sz w:val="28"/>
          <w:szCs w:val="28"/>
        </w:rPr>
        <w:t>ng: T</w:t>
      </w:r>
      <w:r w:rsidRPr="003C2A16">
        <w:rPr>
          <w:sz w:val="28"/>
          <w:szCs w:val="28"/>
        </w:rPr>
        <w:t>ừ</w:t>
      </w:r>
      <w:r w:rsidRPr="003C2A16">
        <w:rPr>
          <w:sz w:val="28"/>
          <w:szCs w:val="28"/>
        </w:rPr>
        <w:t xml:space="preserve"> ngày [Ngày b</w:t>
      </w:r>
      <w:r w:rsidRPr="003C2A16">
        <w:rPr>
          <w:sz w:val="28"/>
          <w:szCs w:val="28"/>
        </w:rPr>
        <w:t>ắ</w:t>
      </w:r>
      <w:r w:rsidRPr="003C2A16">
        <w:rPr>
          <w:sz w:val="28"/>
          <w:szCs w:val="28"/>
        </w:rPr>
        <w:t>t đ</w:t>
      </w:r>
      <w:r w:rsidRPr="003C2A16">
        <w:rPr>
          <w:sz w:val="28"/>
          <w:szCs w:val="28"/>
        </w:rPr>
        <w:t>ầ</w:t>
      </w:r>
      <w:r w:rsidRPr="003C2A16">
        <w:rPr>
          <w:sz w:val="28"/>
          <w:szCs w:val="28"/>
        </w:rPr>
        <w:t>u áp d</w:t>
      </w:r>
      <w:r w:rsidRPr="003C2A16">
        <w:rPr>
          <w:sz w:val="28"/>
          <w:szCs w:val="28"/>
        </w:rPr>
        <w:t>ụ</w:t>
      </w:r>
      <w:r w:rsidRPr="003C2A16">
        <w:rPr>
          <w:sz w:val="28"/>
          <w:szCs w:val="28"/>
        </w:rPr>
        <w:t>ng]</w:t>
      </w:r>
    </w:p>
    <w:p w:rsidR="004769DD" w:rsidRPr="003C2A16" w:rsidRDefault="003C2A16">
      <w:pPr>
        <w:rPr>
          <w:sz w:val="28"/>
          <w:szCs w:val="28"/>
        </w:rPr>
      </w:pPr>
      <w:r w:rsidRPr="003C2A16">
        <w:rPr>
          <w:sz w:val="28"/>
          <w:szCs w:val="28"/>
        </w:rPr>
        <w:t>Đ</w:t>
      </w:r>
      <w:r w:rsidRPr="003C2A16">
        <w:rPr>
          <w:sz w:val="28"/>
          <w:szCs w:val="28"/>
        </w:rPr>
        <w:t>ề</w:t>
      </w:r>
      <w:r w:rsidRPr="003C2A16">
        <w:rPr>
          <w:sz w:val="28"/>
          <w:szCs w:val="28"/>
        </w:rPr>
        <w:t xml:space="preserve"> ngh</w:t>
      </w:r>
      <w:r w:rsidRPr="003C2A16">
        <w:rPr>
          <w:sz w:val="28"/>
          <w:szCs w:val="28"/>
        </w:rPr>
        <w:t>ị</w:t>
      </w:r>
      <w:r w:rsidRPr="003C2A16">
        <w:rPr>
          <w:sz w:val="28"/>
          <w:szCs w:val="28"/>
        </w:rPr>
        <w:t xml:space="preserve"> các b</w:t>
      </w:r>
      <w:r w:rsidRPr="003C2A16">
        <w:rPr>
          <w:sz w:val="28"/>
          <w:szCs w:val="28"/>
        </w:rPr>
        <w:t>ộ</w:t>
      </w:r>
      <w:r w:rsidRPr="003C2A16">
        <w:rPr>
          <w:sz w:val="28"/>
          <w:szCs w:val="28"/>
        </w:rPr>
        <w:t xml:space="preserve"> ph</w:t>
      </w:r>
      <w:r w:rsidRPr="003C2A16">
        <w:rPr>
          <w:sz w:val="28"/>
          <w:szCs w:val="28"/>
        </w:rPr>
        <w:t>ậ</w:t>
      </w:r>
      <w:r w:rsidRPr="003C2A16">
        <w:rPr>
          <w:sz w:val="28"/>
          <w:szCs w:val="28"/>
        </w:rPr>
        <w:t>n liên quan tri</w:t>
      </w:r>
      <w:r w:rsidRPr="003C2A16">
        <w:rPr>
          <w:sz w:val="28"/>
          <w:szCs w:val="28"/>
        </w:rPr>
        <w:t>ể</w:t>
      </w:r>
      <w:r w:rsidRPr="003C2A16">
        <w:rPr>
          <w:sz w:val="28"/>
          <w:szCs w:val="28"/>
        </w:rPr>
        <w:t>n khai th</w:t>
      </w:r>
      <w:r w:rsidRPr="003C2A16">
        <w:rPr>
          <w:sz w:val="28"/>
          <w:szCs w:val="28"/>
        </w:rPr>
        <w:t>ự</w:t>
      </w:r>
      <w:r w:rsidRPr="003C2A16">
        <w:rPr>
          <w:sz w:val="28"/>
          <w:szCs w:val="28"/>
        </w:rPr>
        <w:t>c hi</w:t>
      </w:r>
      <w:r w:rsidRPr="003C2A16">
        <w:rPr>
          <w:sz w:val="28"/>
          <w:szCs w:val="28"/>
        </w:rPr>
        <w:t>ệ</w:t>
      </w:r>
      <w:r w:rsidRPr="003C2A16">
        <w:rPr>
          <w:sz w:val="28"/>
          <w:szCs w:val="28"/>
        </w:rPr>
        <w:t>n vi</w:t>
      </w:r>
      <w:r w:rsidRPr="003C2A16">
        <w:rPr>
          <w:sz w:val="28"/>
          <w:szCs w:val="28"/>
        </w:rPr>
        <w:t>ệ</w:t>
      </w:r>
      <w:r w:rsidRPr="003C2A16">
        <w:rPr>
          <w:sz w:val="28"/>
          <w:szCs w:val="28"/>
        </w:rPr>
        <w:t>c c</w:t>
      </w:r>
      <w:r w:rsidRPr="003C2A16">
        <w:rPr>
          <w:sz w:val="28"/>
          <w:szCs w:val="28"/>
        </w:rPr>
        <w:t>ậ</w:t>
      </w:r>
      <w:r w:rsidRPr="003C2A16">
        <w:rPr>
          <w:sz w:val="28"/>
          <w:szCs w:val="28"/>
        </w:rPr>
        <w:t>p nh</w:t>
      </w:r>
      <w:r w:rsidRPr="003C2A16">
        <w:rPr>
          <w:sz w:val="28"/>
          <w:szCs w:val="28"/>
        </w:rPr>
        <w:t>ậ</w:t>
      </w:r>
      <w:r w:rsidRPr="003C2A16">
        <w:rPr>
          <w:sz w:val="28"/>
          <w:szCs w:val="28"/>
        </w:rPr>
        <w:t>t m</w:t>
      </w:r>
      <w:r w:rsidRPr="003C2A16">
        <w:rPr>
          <w:sz w:val="28"/>
          <w:szCs w:val="28"/>
        </w:rPr>
        <w:t>ứ</w:t>
      </w:r>
      <w:r w:rsidRPr="003C2A16">
        <w:rPr>
          <w:sz w:val="28"/>
          <w:szCs w:val="28"/>
        </w:rPr>
        <w:t>c ph</w:t>
      </w:r>
      <w:r w:rsidRPr="003C2A16">
        <w:rPr>
          <w:sz w:val="28"/>
          <w:szCs w:val="28"/>
        </w:rPr>
        <w:t>ụ</w:t>
      </w:r>
      <w:r w:rsidRPr="003C2A16">
        <w:rPr>
          <w:sz w:val="28"/>
          <w:szCs w:val="28"/>
        </w:rPr>
        <w:t xml:space="preserve"> c</w:t>
      </w:r>
      <w:r w:rsidRPr="003C2A16">
        <w:rPr>
          <w:sz w:val="28"/>
          <w:szCs w:val="28"/>
        </w:rPr>
        <w:t>ấ</w:t>
      </w:r>
      <w:r w:rsidRPr="003C2A16">
        <w:rPr>
          <w:sz w:val="28"/>
          <w:szCs w:val="28"/>
        </w:rPr>
        <w:t>p m</w:t>
      </w:r>
      <w:r w:rsidRPr="003C2A16">
        <w:rPr>
          <w:sz w:val="28"/>
          <w:szCs w:val="28"/>
        </w:rPr>
        <w:t>ớ</w:t>
      </w:r>
      <w:r w:rsidRPr="003C2A16">
        <w:rPr>
          <w:sz w:val="28"/>
          <w:szCs w:val="28"/>
        </w:rPr>
        <w:t>i theo đúng quy đ</w:t>
      </w:r>
      <w:r w:rsidRPr="003C2A16">
        <w:rPr>
          <w:sz w:val="28"/>
          <w:szCs w:val="28"/>
        </w:rPr>
        <w:t>ị</w:t>
      </w:r>
      <w:r w:rsidRPr="003C2A16">
        <w:rPr>
          <w:sz w:val="28"/>
          <w:szCs w:val="28"/>
        </w:rPr>
        <w:t>nh k</w:t>
      </w:r>
      <w:r w:rsidRPr="003C2A16">
        <w:rPr>
          <w:sz w:val="28"/>
          <w:szCs w:val="28"/>
        </w:rPr>
        <w:t>ể</w:t>
      </w:r>
      <w:r w:rsidRPr="003C2A16">
        <w:rPr>
          <w:sz w:val="28"/>
          <w:szCs w:val="28"/>
        </w:rPr>
        <w:t xml:space="preserve"> t</w:t>
      </w:r>
      <w:r w:rsidRPr="003C2A16">
        <w:rPr>
          <w:sz w:val="28"/>
          <w:szCs w:val="28"/>
        </w:rPr>
        <w:t>ừ</w:t>
      </w:r>
      <w:r w:rsidRPr="003C2A16">
        <w:rPr>
          <w:sz w:val="28"/>
          <w:szCs w:val="28"/>
        </w:rPr>
        <w:t xml:space="preserve"> th</w:t>
      </w:r>
      <w:r w:rsidRPr="003C2A16">
        <w:rPr>
          <w:sz w:val="28"/>
          <w:szCs w:val="28"/>
        </w:rPr>
        <w:t>ờ</w:t>
      </w:r>
      <w:r w:rsidRPr="003C2A16">
        <w:rPr>
          <w:sz w:val="28"/>
          <w:szCs w:val="28"/>
        </w:rPr>
        <w:t>i đi</w:t>
      </w:r>
      <w:r w:rsidRPr="003C2A16">
        <w:rPr>
          <w:sz w:val="28"/>
          <w:szCs w:val="28"/>
        </w:rPr>
        <w:t>ể</w:t>
      </w:r>
      <w:r w:rsidRPr="003C2A16">
        <w:rPr>
          <w:sz w:val="28"/>
          <w:szCs w:val="28"/>
        </w:rPr>
        <w:t>m trên. M</w:t>
      </w:r>
      <w:r w:rsidRPr="003C2A16">
        <w:rPr>
          <w:sz w:val="28"/>
          <w:szCs w:val="28"/>
        </w:rPr>
        <w:t>ọ</w:t>
      </w:r>
      <w:r w:rsidRPr="003C2A16">
        <w:rPr>
          <w:sz w:val="28"/>
          <w:szCs w:val="28"/>
        </w:rPr>
        <w:t>i th</w:t>
      </w:r>
      <w:r w:rsidRPr="003C2A16">
        <w:rPr>
          <w:sz w:val="28"/>
          <w:szCs w:val="28"/>
        </w:rPr>
        <w:t>ắ</w:t>
      </w:r>
      <w:r w:rsidRPr="003C2A16">
        <w:rPr>
          <w:sz w:val="28"/>
          <w:szCs w:val="28"/>
        </w:rPr>
        <w:t>c m</w:t>
      </w:r>
      <w:r w:rsidRPr="003C2A16">
        <w:rPr>
          <w:sz w:val="28"/>
          <w:szCs w:val="28"/>
        </w:rPr>
        <w:t>ắ</w:t>
      </w:r>
      <w:r w:rsidRPr="003C2A16">
        <w:rPr>
          <w:sz w:val="28"/>
          <w:szCs w:val="28"/>
        </w:rPr>
        <w:t>c liên quan vui lòng liên h</w:t>
      </w:r>
      <w:r w:rsidRPr="003C2A16">
        <w:rPr>
          <w:sz w:val="28"/>
          <w:szCs w:val="28"/>
        </w:rPr>
        <w:t>ệ</w:t>
      </w:r>
      <w:r w:rsidRPr="003C2A16">
        <w:rPr>
          <w:sz w:val="28"/>
          <w:szCs w:val="28"/>
        </w:rPr>
        <w:t xml:space="preserve"> v</w:t>
      </w:r>
      <w:r w:rsidRPr="003C2A16">
        <w:rPr>
          <w:sz w:val="28"/>
          <w:szCs w:val="28"/>
        </w:rPr>
        <w:t>ớ</w:t>
      </w:r>
      <w:r w:rsidRPr="003C2A16">
        <w:rPr>
          <w:sz w:val="28"/>
          <w:szCs w:val="28"/>
        </w:rPr>
        <w:t>i Phòng Hành chính – Nhân s</w:t>
      </w:r>
      <w:r w:rsidRPr="003C2A16">
        <w:rPr>
          <w:sz w:val="28"/>
          <w:szCs w:val="28"/>
        </w:rPr>
        <w:t>ự</w:t>
      </w:r>
      <w:r w:rsidRPr="003C2A16">
        <w:rPr>
          <w:sz w:val="28"/>
          <w:szCs w:val="28"/>
        </w:rPr>
        <w:t xml:space="preserve"> đ</w:t>
      </w:r>
      <w:r w:rsidRPr="003C2A16">
        <w:rPr>
          <w:sz w:val="28"/>
          <w:szCs w:val="28"/>
        </w:rPr>
        <w:t>ể</w:t>
      </w:r>
      <w:r w:rsidRPr="003C2A16">
        <w:rPr>
          <w:sz w:val="28"/>
          <w:szCs w:val="28"/>
        </w:rPr>
        <w:t xml:space="preserve"> đư</w:t>
      </w:r>
      <w:r w:rsidRPr="003C2A16">
        <w:rPr>
          <w:sz w:val="28"/>
          <w:szCs w:val="28"/>
        </w:rPr>
        <w:t>ợ</w:t>
      </w:r>
      <w:r w:rsidRPr="003C2A16">
        <w:rPr>
          <w:sz w:val="28"/>
          <w:szCs w:val="28"/>
        </w:rPr>
        <w:t>c hư</w:t>
      </w:r>
      <w:r w:rsidRPr="003C2A16">
        <w:rPr>
          <w:sz w:val="28"/>
          <w:szCs w:val="28"/>
        </w:rPr>
        <w:t>ớ</w:t>
      </w:r>
      <w:r w:rsidRPr="003C2A16">
        <w:rPr>
          <w:sz w:val="28"/>
          <w:szCs w:val="28"/>
        </w:rPr>
        <w:t>ng d</w:t>
      </w:r>
      <w:r w:rsidRPr="003C2A16">
        <w:rPr>
          <w:sz w:val="28"/>
          <w:szCs w:val="28"/>
        </w:rPr>
        <w:t>ẫ</w:t>
      </w:r>
      <w:r w:rsidRPr="003C2A16">
        <w:rPr>
          <w:sz w:val="28"/>
          <w:szCs w:val="28"/>
        </w:rPr>
        <w:t>n.</w:t>
      </w:r>
      <w:bookmarkStart w:id="0" w:name="_GoBack"/>
      <w:bookmarkEnd w:id="0"/>
    </w:p>
    <w:p w:rsidR="004769DD" w:rsidRPr="003C2A16" w:rsidRDefault="003C2A16">
      <w:pPr>
        <w:rPr>
          <w:sz w:val="28"/>
          <w:szCs w:val="28"/>
        </w:rPr>
      </w:pPr>
      <w:r w:rsidRPr="003C2A16">
        <w:rPr>
          <w:sz w:val="28"/>
          <w:szCs w:val="28"/>
        </w:rPr>
        <w:t>Trân tr</w:t>
      </w:r>
      <w:r w:rsidRPr="003C2A16">
        <w:rPr>
          <w:sz w:val="28"/>
          <w:szCs w:val="28"/>
        </w:rPr>
        <w:t>ọ</w:t>
      </w:r>
      <w:r w:rsidRPr="003C2A16">
        <w:rPr>
          <w:sz w:val="28"/>
          <w:szCs w:val="28"/>
        </w:rPr>
        <w:t>ng thông báo.</w:t>
      </w:r>
    </w:p>
    <w:p w:rsidR="004769DD" w:rsidRPr="003C2A16" w:rsidRDefault="003C2A16" w:rsidP="003C2A16">
      <w:pPr>
        <w:jc w:val="right"/>
        <w:rPr>
          <w:b/>
          <w:sz w:val="28"/>
          <w:szCs w:val="28"/>
        </w:rPr>
      </w:pPr>
      <w:r w:rsidRPr="003C2A16">
        <w:rPr>
          <w:b/>
          <w:sz w:val="28"/>
          <w:szCs w:val="28"/>
        </w:rPr>
        <w:t>….</w:t>
      </w:r>
      <w:r w:rsidRPr="003C2A16">
        <w:rPr>
          <w:b/>
          <w:sz w:val="28"/>
          <w:szCs w:val="28"/>
        </w:rPr>
        <w:t>, ngày … tháng … năm …</w:t>
      </w:r>
    </w:p>
    <w:p w:rsidR="004769DD" w:rsidRPr="003C2A16" w:rsidRDefault="003C2A16">
      <w:pPr>
        <w:jc w:val="right"/>
        <w:rPr>
          <w:b/>
          <w:sz w:val="28"/>
          <w:szCs w:val="28"/>
        </w:rPr>
      </w:pPr>
      <w:r w:rsidRPr="003C2A16">
        <w:rPr>
          <w:b/>
          <w:sz w:val="28"/>
          <w:szCs w:val="28"/>
        </w:rPr>
        <w:t>Đ</w:t>
      </w:r>
      <w:r w:rsidRPr="003C2A16">
        <w:rPr>
          <w:b/>
          <w:sz w:val="28"/>
          <w:szCs w:val="28"/>
        </w:rPr>
        <w:t>Ạ</w:t>
      </w:r>
      <w:r w:rsidRPr="003C2A16">
        <w:rPr>
          <w:b/>
          <w:sz w:val="28"/>
          <w:szCs w:val="28"/>
        </w:rPr>
        <w:t>I DI</w:t>
      </w:r>
      <w:r w:rsidRPr="003C2A16">
        <w:rPr>
          <w:b/>
          <w:sz w:val="28"/>
          <w:szCs w:val="28"/>
        </w:rPr>
        <w:t>Ệ</w:t>
      </w:r>
      <w:r w:rsidRPr="003C2A16">
        <w:rPr>
          <w:b/>
          <w:sz w:val="28"/>
          <w:szCs w:val="28"/>
        </w:rPr>
        <w:t>N CÔNG TY</w:t>
      </w:r>
    </w:p>
    <w:p w:rsidR="004769DD" w:rsidRPr="003C2A16" w:rsidRDefault="003C2A16">
      <w:pPr>
        <w:jc w:val="right"/>
        <w:rPr>
          <w:b/>
          <w:sz w:val="28"/>
          <w:szCs w:val="28"/>
        </w:rPr>
      </w:pPr>
      <w:r w:rsidRPr="003C2A16">
        <w:rPr>
          <w:b/>
          <w:sz w:val="28"/>
          <w:szCs w:val="28"/>
        </w:rPr>
        <w:t>(Ký, ghi rõ h</w:t>
      </w:r>
      <w:r w:rsidRPr="003C2A16">
        <w:rPr>
          <w:b/>
          <w:sz w:val="28"/>
          <w:szCs w:val="28"/>
        </w:rPr>
        <w:t>ọ</w:t>
      </w:r>
      <w:r w:rsidRPr="003C2A16">
        <w:rPr>
          <w:b/>
          <w:sz w:val="28"/>
          <w:szCs w:val="28"/>
        </w:rPr>
        <w:t xml:space="preserve"> tên và đóng d</w:t>
      </w:r>
      <w:r w:rsidRPr="003C2A16">
        <w:rPr>
          <w:b/>
          <w:sz w:val="28"/>
          <w:szCs w:val="28"/>
        </w:rPr>
        <w:t>ấ</w:t>
      </w:r>
      <w:r w:rsidRPr="003C2A16">
        <w:rPr>
          <w:b/>
          <w:sz w:val="28"/>
          <w:szCs w:val="28"/>
        </w:rPr>
        <w:t>u)</w:t>
      </w:r>
    </w:p>
    <w:sectPr w:rsidR="004769DD" w:rsidRPr="003C2A1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2A16"/>
    <w:rsid w:val="004769D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02264410-AB30-4199-942B-7CFAFCA6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16B1FB-4577-46AD-BD0D-6D8D55F7E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2025-06-06T01:45:00Z</dcterms:created>
  <dcterms:modified xsi:type="dcterms:W3CDTF">2025-06-06T01:45:00Z</dcterms:modified>
  <cp:category/>
</cp:coreProperties>
</file>