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6372"/>
      </w:tblGrid>
      <w:tr w:rsidR="007A6EF7" w:rsidRPr="007A6EF7" w:rsidTr="00BD262A">
        <w:tc>
          <w:tcPr>
            <w:tcW w:w="2268" w:type="dxa"/>
          </w:tcPr>
          <w:p w:rsidR="007A6EF7" w:rsidRPr="007A6EF7" w:rsidRDefault="007A6EF7" w:rsidP="007A6EF7">
            <w:pPr>
              <w:pStyle w:val="NormalWeb"/>
              <w:spacing w:after="312"/>
              <w:rPr>
                <w:b/>
                <w:bCs/>
                <w:color w:val="000000"/>
                <w:sz w:val="28"/>
                <w:szCs w:val="28"/>
              </w:rPr>
            </w:pPr>
            <w:r w:rsidRPr="007A6EF7">
              <w:rPr>
                <w:b/>
                <w:bCs/>
                <w:color w:val="000000"/>
                <w:sz w:val="28"/>
                <w:szCs w:val="28"/>
              </w:rPr>
              <w:t>CÔNG TY [Tên công ty]</w:t>
            </w:r>
          </w:p>
          <w:p w:rsidR="007A6EF7" w:rsidRPr="007A6EF7" w:rsidRDefault="007A6EF7" w:rsidP="007A6EF7">
            <w:pPr>
              <w:pStyle w:val="NormalWeb"/>
              <w:spacing w:before="0" w:beforeAutospacing="0" w:after="312" w:afterAutospacing="0"/>
              <w:rPr>
                <w:b/>
                <w:bCs/>
                <w:color w:val="000000"/>
                <w:sz w:val="28"/>
                <w:szCs w:val="28"/>
              </w:rPr>
            </w:pPr>
            <w:r w:rsidRPr="007A6EF7">
              <w:rPr>
                <w:b/>
                <w:bCs/>
                <w:color w:val="000000"/>
                <w:sz w:val="28"/>
                <w:szCs w:val="28"/>
              </w:rPr>
              <w:t>Số: [Số hiệu/TB]</w:t>
            </w:r>
          </w:p>
        </w:tc>
        <w:tc>
          <w:tcPr>
            <w:tcW w:w="6372" w:type="dxa"/>
          </w:tcPr>
          <w:p w:rsidR="007A6EF7" w:rsidRPr="007A6EF7" w:rsidRDefault="007A6EF7" w:rsidP="007A6EF7">
            <w:pPr>
              <w:pStyle w:val="NormalWeb"/>
              <w:spacing w:after="312"/>
              <w:jc w:val="center"/>
              <w:rPr>
                <w:b/>
                <w:bCs/>
                <w:color w:val="000000"/>
                <w:sz w:val="28"/>
                <w:szCs w:val="28"/>
              </w:rPr>
            </w:pPr>
            <w:r w:rsidRPr="007A6EF7">
              <w:rPr>
                <w:b/>
                <w:bCs/>
                <w:color w:val="000000"/>
                <w:sz w:val="28"/>
                <w:szCs w:val="28"/>
              </w:rPr>
              <w:t>CỘNG HÒA XÃ HỘI CHỦ NGHĨA VIỆT NAM</w:t>
            </w:r>
          </w:p>
          <w:p w:rsidR="007A6EF7" w:rsidRPr="007A6EF7" w:rsidRDefault="007A6EF7" w:rsidP="007A6EF7">
            <w:pPr>
              <w:pStyle w:val="NormalWeb"/>
              <w:spacing w:before="0" w:beforeAutospacing="0" w:after="312" w:afterAutospacing="0"/>
              <w:jc w:val="center"/>
              <w:rPr>
                <w:b/>
                <w:bCs/>
                <w:color w:val="000000"/>
                <w:sz w:val="28"/>
                <w:szCs w:val="28"/>
              </w:rPr>
            </w:pPr>
            <w:r w:rsidRPr="007A6EF7">
              <w:rPr>
                <w:b/>
                <w:bCs/>
                <w:color w:val="000000"/>
                <w:sz w:val="28"/>
                <w:szCs w:val="28"/>
              </w:rPr>
              <w:t>Độc lập – Tự do – Hạnh phúc</w:t>
            </w:r>
          </w:p>
        </w:tc>
      </w:tr>
    </w:tbl>
    <w:p w:rsidR="007A6EF7" w:rsidRPr="007A6EF7" w:rsidRDefault="007A6EF7" w:rsidP="007A6EF7">
      <w:pPr>
        <w:pStyle w:val="NormalWeb"/>
        <w:shd w:val="clear" w:color="auto" w:fill="FFFFFF"/>
        <w:spacing w:before="0" w:beforeAutospacing="0" w:after="312" w:afterAutospacing="0"/>
        <w:rPr>
          <w:b/>
          <w:bCs/>
          <w:color w:val="000000"/>
          <w:sz w:val="28"/>
          <w:szCs w:val="28"/>
        </w:rPr>
      </w:pPr>
    </w:p>
    <w:p w:rsidR="007A6EF7" w:rsidRPr="007A6EF7" w:rsidRDefault="007A6EF7" w:rsidP="007A6EF7">
      <w:pPr>
        <w:pStyle w:val="NormalWeb"/>
        <w:shd w:val="clear" w:color="auto" w:fill="FFFFFF"/>
        <w:spacing w:before="0" w:beforeAutospacing="0" w:after="312" w:afterAutospacing="0"/>
        <w:jc w:val="right"/>
        <w:rPr>
          <w:i/>
          <w:iCs/>
          <w:color w:val="000000"/>
          <w:sz w:val="28"/>
          <w:szCs w:val="28"/>
        </w:rPr>
      </w:pPr>
      <w:r w:rsidRPr="007A6EF7">
        <w:rPr>
          <w:i/>
          <w:iCs/>
          <w:color w:val="000000"/>
          <w:sz w:val="28"/>
          <w:szCs w:val="28"/>
        </w:rPr>
        <w:t>…., ngày…. tháng…. năm…..</w:t>
      </w:r>
    </w:p>
    <w:p w:rsidR="007A6EF7" w:rsidRPr="007A6EF7" w:rsidRDefault="007A6EF7" w:rsidP="007A6EF7">
      <w:pPr>
        <w:pStyle w:val="NormalWeb"/>
        <w:shd w:val="clear" w:color="auto" w:fill="FFFFFF"/>
        <w:spacing w:before="0" w:beforeAutospacing="0" w:after="312" w:afterAutospacing="0"/>
        <w:jc w:val="center"/>
        <w:rPr>
          <w:b/>
          <w:color w:val="000000"/>
          <w:sz w:val="28"/>
          <w:szCs w:val="28"/>
        </w:rPr>
      </w:pPr>
      <w:r w:rsidRPr="007A6EF7">
        <w:rPr>
          <w:b/>
          <w:iCs/>
          <w:color w:val="000000"/>
          <w:sz w:val="28"/>
          <w:szCs w:val="28"/>
        </w:rPr>
        <w:t>THÔNG BÁO</w:t>
      </w:r>
    </w:p>
    <w:p w:rsidR="00FE7D2D" w:rsidRPr="007A6EF7" w:rsidRDefault="007A6EF7" w:rsidP="007A6EF7">
      <w:pPr>
        <w:jc w:val="center"/>
        <w:rPr>
          <w:rFonts w:cs="Times New Roman"/>
          <w:b/>
          <w:color w:val="000000" w:themeColor="text1"/>
          <w:sz w:val="28"/>
          <w:szCs w:val="28"/>
        </w:rPr>
      </w:pPr>
      <w:r w:rsidRPr="007A6EF7">
        <w:rPr>
          <w:rFonts w:cs="Times New Roman"/>
          <w:b/>
          <w:color w:val="000000" w:themeColor="text1"/>
          <w:sz w:val="28"/>
          <w:szCs w:val="28"/>
        </w:rPr>
        <w:t xml:space="preserve">V/v: </w:t>
      </w:r>
      <w:r w:rsidR="00BD262A">
        <w:rPr>
          <w:rFonts w:cs="Times New Roman"/>
          <w:b/>
          <w:color w:val="000000" w:themeColor="text1"/>
          <w:sz w:val="28"/>
          <w:szCs w:val="28"/>
        </w:rPr>
        <w:t>T</w:t>
      </w:r>
      <w:r w:rsidRPr="007A6EF7">
        <w:rPr>
          <w:rFonts w:cs="Times New Roman"/>
          <w:b/>
          <w:color w:val="000000" w:themeColor="text1"/>
          <w:sz w:val="28"/>
          <w:szCs w:val="28"/>
        </w:rPr>
        <w:t>hu hồi sản phẩm lỗi/không đảm bảo chất lượng</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br/>
        <w:t>Kính gửi: Quý Khách hàng,</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Trước hết, Công ty [Tên công ty] xin chân thành cảm ơn Quý Khách hàng đã tin tưởng và sử dụng sản phẩm của chúng tôi trong thời gian qua.</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Chúng tôi xin thông báo về việc thu hồi sản phẩm như sau:</w:t>
      </w:r>
    </w:p>
    <w:p w:rsidR="00FE7D2D" w:rsidRPr="007A6EF7" w:rsidRDefault="007A6EF7" w:rsidP="00BD262A">
      <w:pPr>
        <w:pStyle w:val="ListNumber"/>
        <w:numPr>
          <w:ilvl w:val="0"/>
          <w:numId w:val="0"/>
        </w:numPr>
        <w:ind w:left="360"/>
        <w:rPr>
          <w:rFonts w:cs="Times New Roman"/>
          <w:color w:val="000000" w:themeColor="text1"/>
          <w:sz w:val="28"/>
          <w:szCs w:val="28"/>
        </w:rPr>
      </w:pPr>
      <w:r w:rsidRPr="007A6EF7">
        <w:rPr>
          <w:rFonts w:cs="Times New Roman"/>
          <w:color w:val="000000" w:themeColor="text1"/>
          <w:sz w:val="28"/>
          <w:szCs w:val="28"/>
        </w:rPr>
        <w:t>1. Thông tin sản phẩm:</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Tên sản phẩm: [Tên sản phẩm]</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Mã sản phẩm/Lô hàng: [Mã/Lô hàng liên quan]</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Ngày sản xuất: [Ngày SX]</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Thời gian phân phối: [Từ ngày ... đến ngày ...]</w:t>
      </w:r>
      <w:bookmarkStart w:id="0" w:name="_GoBack"/>
      <w:bookmarkEnd w:id="0"/>
    </w:p>
    <w:p w:rsidR="00FE7D2D" w:rsidRPr="007A6EF7" w:rsidRDefault="007A6EF7" w:rsidP="00BD262A">
      <w:pPr>
        <w:pStyle w:val="ListNumber"/>
        <w:numPr>
          <w:ilvl w:val="0"/>
          <w:numId w:val="0"/>
        </w:numPr>
        <w:ind w:left="360"/>
        <w:rPr>
          <w:rFonts w:cs="Times New Roman"/>
          <w:color w:val="000000" w:themeColor="text1"/>
          <w:sz w:val="28"/>
          <w:szCs w:val="28"/>
        </w:rPr>
      </w:pPr>
      <w:r w:rsidRPr="007A6EF7">
        <w:rPr>
          <w:rFonts w:cs="Times New Roman"/>
          <w:color w:val="000000" w:themeColor="text1"/>
          <w:sz w:val="28"/>
          <w:szCs w:val="28"/>
        </w:rPr>
        <w:t>2. Lý do thu hồi:</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Qua kiểm tra chất lượng định kỳ, chúng tôi phát hiện một số sản phẩm thuộc lô hàng trên không đạt tiêu chuẩn chất lượng theo quy định, có thể ảnh hưởng đến trải nghiệm và quyền lợi của Quý Khách hàng.</w:t>
      </w:r>
    </w:p>
    <w:p w:rsidR="00FE7D2D" w:rsidRPr="007A6EF7" w:rsidRDefault="007A6EF7" w:rsidP="00BD262A">
      <w:pPr>
        <w:pStyle w:val="ListNumber"/>
        <w:numPr>
          <w:ilvl w:val="0"/>
          <w:numId w:val="0"/>
        </w:numPr>
        <w:ind w:left="360"/>
        <w:rPr>
          <w:rFonts w:cs="Times New Roman"/>
          <w:color w:val="000000" w:themeColor="text1"/>
          <w:sz w:val="28"/>
          <w:szCs w:val="28"/>
        </w:rPr>
      </w:pPr>
      <w:r w:rsidRPr="007A6EF7">
        <w:rPr>
          <w:rFonts w:cs="Times New Roman"/>
          <w:color w:val="000000" w:themeColor="text1"/>
          <w:sz w:val="28"/>
          <w:szCs w:val="28"/>
        </w:rPr>
        <w:t>3. Hướng dẫn thu hồi và đổi/trả:</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Quý khách vui lòng mang sản phẩm đến địa điểm: [Địa chỉ thu hồi]</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Hoặc liên hệ hotline: [SĐT hỗ trợ] để được hỗ trợ thu hồi tận nơi.</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lastRenderedPageBreak/>
        <w:t>- Thời gian tiếp nhận: Từ ngày [bắt đầu] đến ngày [kết thúc].</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t>- Hình thức hỗ trợ: Đổi sản phẩm mới/Hoàn tiền theo thỏa thuận.</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br/>
        <w:t>Chúng tôi chân thành xin lỗi vì sự bất tiện này và cam kết sẽ cải tiến để phục vụ Quý Khách hàng tốt hơn trong tương lai.</w:t>
      </w:r>
    </w:p>
    <w:p w:rsidR="00FE7D2D" w:rsidRPr="007A6EF7" w:rsidRDefault="007A6EF7">
      <w:pPr>
        <w:rPr>
          <w:rFonts w:cs="Times New Roman"/>
          <w:color w:val="000000" w:themeColor="text1"/>
          <w:sz w:val="28"/>
          <w:szCs w:val="28"/>
        </w:rPr>
      </w:pPr>
      <w:r w:rsidRPr="007A6EF7">
        <w:rPr>
          <w:rFonts w:cs="Times New Roman"/>
          <w:color w:val="000000" w:themeColor="text1"/>
          <w:sz w:val="28"/>
          <w:szCs w:val="28"/>
        </w:rPr>
        <w:br/>
        <w:t>Trân trọng,</w:t>
      </w:r>
    </w:p>
    <w:p w:rsidR="00FE7D2D" w:rsidRPr="00BD262A" w:rsidRDefault="007A6EF7" w:rsidP="00BD262A">
      <w:pPr>
        <w:jc w:val="right"/>
        <w:rPr>
          <w:rFonts w:cs="Times New Roman"/>
          <w:b/>
          <w:color w:val="000000" w:themeColor="text1"/>
          <w:sz w:val="28"/>
          <w:szCs w:val="28"/>
        </w:rPr>
      </w:pPr>
      <w:r w:rsidRPr="00BD262A">
        <w:rPr>
          <w:rFonts w:cs="Times New Roman"/>
          <w:b/>
          <w:color w:val="000000" w:themeColor="text1"/>
          <w:sz w:val="28"/>
          <w:szCs w:val="28"/>
        </w:rPr>
        <w:t>Đại diện Công ty [Tên công ty]</w:t>
      </w:r>
    </w:p>
    <w:p w:rsidR="00FE7D2D" w:rsidRPr="00BD262A" w:rsidRDefault="00BD262A" w:rsidP="00BD262A">
      <w:pPr>
        <w:jc w:val="center"/>
        <w:rPr>
          <w:rFonts w:cs="Times New Roman"/>
          <w:b/>
          <w:color w:val="000000" w:themeColor="text1"/>
          <w:sz w:val="28"/>
          <w:szCs w:val="28"/>
        </w:rPr>
      </w:pPr>
      <w:r>
        <w:rPr>
          <w:rFonts w:cs="Times New Roman"/>
          <w:b/>
          <w:color w:val="000000" w:themeColor="text1"/>
          <w:sz w:val="28"/>
          <w:szCs w:val="28"/>
        </w:rPr>
        <w:t xml:space="preserve">                                                                   </w:t>
      </w:r>
      <w:r w:rsidR="007A6EF7" w:rsidRPr="00BD262A">
        <w:rPr>
          <w:rFonts w:cs="Times New Roman"/>
          <w:b/>
          <w:color w:val="000000" w:themeColor="text1"/>
          <w:sz w:val="28"/>
          <w:szCs w:val="28"/>
        </w:rPr>
        <w:t>[Họ tên người ký]</w:t>
      </w:r>
    </w:p>
    <w:p w:rsidR="00FE7D2D" w:rsidRPr="00BD262A" w:rsidRDefault="00BD262A" w:rsidP="00BD262A">
      <w:pPr>
        <w:jc w:val="center"/>
        <w:rPr>
          <w:rFonts w:cs="Times New Roman"/>
          <w:b/>
          <w:color w:val="000000" w:themeColor="text1"/>
          <w:sz w:val="28"/>
          <w:szCs w:val="28"/>
        </w:rPr>
      </w:pPr>
      <w:r>
        <w:rPr>
          <w:rFonts w:cs="Times New Roman"/>
          <w:b/>
          <w:color w:val="000000" w:themeColor="text1"/>
          <w:sz w:val="28"/>
          <w:szCs w:val="28"/>
        </w:rPr>
        <w:t xml:space="preserve">                                                                       </w:t>
      </w:r>
      <w:r w:rsidR="007A6EF7" w:rsidRPr="00BD262A">
        <w:rPr>
          <w:rFonts w:cs="Times New Roman"/>
          <w:b/>
          <w:color w:val="000000" w:themeColor="text1"/>
          <w:sz w:val="28"/>
          <w:szCs w:val="28"/>
        </w:rPr>
        <w:t>[Chức vụ]</w:t>
      </w:r>
    </w:p>
    <w:p w:rsidR="00FE7D2D" w:rsidRPr="007A6EF7" w:rsidRDefault="00FE7D2D">
      <w:pPr>
        <w:rPr>
          <w:rFonts w:cs="Times New Roman"/>
          <w:color w:val="000000" w:themeColor="text1"/>
          <w:sz w:val="28"/>
          <w:szCs w:val="28"/>
        </w:rPr>
      </w:pPr>
    </w:p>
    <w:sectPr w:rsidR="00FE7D2D" w:rsidRPr="007A6EF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7A6EF7"/>
    <w:rsid w:val="00AA1D8D"/>
    <w:rsid w:val="00B47730"/>
    <w:rsid w:val="00BD262A"/>
    <w:rsid w:val="00CB0664"/>
    <w:rsid w:val="00FC693F"/>
    <w:rsid w:val="00FE7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5D743A0-150E-442B-9299-215C0641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A6EF7"/>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2789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D45CC-2ABE-4487-A1A4-7AE4432E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2</cp:revision>
  <dcterms:created xsi:type="dcterms:W3CDTF">2025-06-05T08:19:00Z</dcterms:created>
  <dcterms:modified xsi:type="dcterms:W3CDTF">2025-06-05T08:19:00Z</dcterms:modified>
  <cp:category/>
</cp:coreProperties>
</file>