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D6" w:rsidRDefault="00082E0D" w:rsidP="00082E0D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DANH SÁCH T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NG QUÀ / H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Ỗ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</w:p>
    <w:p w:rsidR="00082E0D" w:rsidRPr="00082E0D" w:rsidRDefault="00082E0D" w:rsidP="00082E0D"/>
    <w:p w:rsidR="00CC5FD6" w:rsidRPr="00082E0D" w:rsidRDefault="00082E0D" w:rsidP="00082E0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Nhân d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p Ngày Nhà giáo Vi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t Nam 20/11</w:t>
      </w:r>
    </w:p>
    <w:p w:rsidR="00CC5FD6" w:rsidRPr="00082E0D" w:rsidRDefault="00082E0D" w:rsidP="00082E0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Đơn v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</w:t>
      </w:r>
    </w:p>
    <w:p w:rsidR="00CC5FD6" w:rsidRDefault="00082E0D" w:rsidP="00082E0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Th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i gian: ......... ngày .... tháng .... năm ........</w:t>
      </w:r>
    </w:p>
    <w:p w:rsidR="00082E0D" w:rsidRPr="00082E0D" w:rsidRDefault="00082E0D" w:rsidP="00082E0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8"/>
        <w:gridCol w:w="1194"/>
        <w:gridCol w:w="1716"/>
        <w:gridCol w:w="1200"/>
        <w:gridCol w:w="1193"/>
        <w:gridCol w:w="1191"/>
        <w:gridCol w:w="1184"/>
      </w:tblGrid>
      <w:tr w:rsidR="00082E0D" w:rsidRPr="00082E0D" w:rsidTr="00082E0D">
        <w:tc>
          <w:tcPr>
            <w:tcW w:w="1234" w:type="dxa"/>
          </w:tcPr>
          <w:p w:rsidR="00CC5FD6" w:rsidRPr="00082E0D" w:rsidRDefault="00082E0D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TT</w:t>
            </w:r>
          </w:p>
        </w:tc>
        <w:tc>
          <w:tcPr>
            <w:tcW w:w="1234" w:type="dxa"/>
          </w:tcPr>
          <w:p w:rsidR="00CC5FD6" w:rsidRPr="00082E0D" w:rsidRDefault="00082E0D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H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ọ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và tên Giáo viên</w:t>
            </w:r>
          </w:p>
        </w:tc>
        <w:tc>
          <w:tcPr>
            <w:tcW w:w="1234" w:type="dxa"/>
          </w:tcPr>
          <w:p w:rsidR="00CC5FD6" w:rsidRPr="00082E0D" w:rsidRDefault="00082E0D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B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ộ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ph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ậ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n/Trư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ờ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</w:t>
            </w:r>
          </w:p>
        </w:tc>
        <w:tc>
          <w:tcPr>
            <w:tcW w:w="1234" w:type="dxa"/>
          </w:tcPr>
          <w:p w:rsidR="00CC5FD6" w:rsidRPr="00082E0D" w:rsidRDefault="00082E0D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Ch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ứ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 v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ụ</w:t>
            </w:r>
          </w:p>
        </w:tc>
        <w:tc>
          <w:tcPr>
            <w:tcW w:w="1234" w:type="dxa"/>
          </w:tcPr>
          <w:p w:rsidR="00CC5FD6" w:rsidRPr="00082E0D" w:rsidRDefault="00082E0D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S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ố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năm công tác</w:t>
            </w:r>
          </w:p>
        </w:tc>
        <w:tc>
          <w:tcPr>
            <w:tcW w:w="1234" w:type="dxa"/>
          </w:tcPr>
          <w:p w:rsidR="00CC5FD6" w:rsidRPr="00082E0D" w:rsidRDefault="00082E0D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Lo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ạ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i quà 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/ m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ứ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 h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ỗ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tr</w:t>
            </w: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ợ</w:t>
            </w:r>
          </w:p>
        </w:tc>
        <w:tc>
          <w:tcPr>
            <w:tcW w:w="1234" w:type="dxa"/>
          </w:tcPr>
          <w:p w:rsidR="00CC5FD6" w:rsidRPr="00082E0D" w:rsidRDefault="00082E0D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082E0D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Ghi chú</w:t>
            </w:r>
          </w:p>
        </w:tc>
      </w:tr>
      <w:tr w:rsidR="00082E0D" w:rsidRPr="00082E0D" w:rsidTr="00082E0D"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82E0D" w:rsidRPr="00082E0D" w:rsidTr="00082E0D"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82E0D" w:rsidRPr="00082E0D" w:rsidTr="00082E0D"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34" w:type="dxa"/>
          </w:tcPr>
          <w:p w:rsidR="00CC5FD6" w:rsidRPr="00082E0D" w:rsidRDefault="00CC5FD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CC5FD6" w:rsidRPr="00082E0D" w:rsidRDefault="00082E0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T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ng s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giáo viên đư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ặ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ng/h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ỗ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tr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: ........ ngư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i</w:t>
      </w:r>
    </w:p>
    <w:p w:rsidR="00CC5FD6" w:rsidRPr="00082E0D" w:rsidRDefault="00082E0D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T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ng kinh phí: ........................ đ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ồ</w:t>
      </w:r>
      <w:r w:rsidRPr="00082E0D">
        <w:rPr>
          <w:rFonts w:ascii="Times New Roman" w:hAnsi="Times New Roman" w:cs="Times New Roman"/>
          <w:color w:val="000000" w:themeColor="text1"/>
          <w:sz w:val="26"/>
          <w:szCs w:val="26"/>
        </w:rPr>
        <w:t>ng</w:t>
      </w:r>
    </w:p>
    <w:p w:rsidR="00CC5FD6" w:rsidRPr="00082E0D" w:rsidRDefault="00082E0D" w:rsidP="00082E0D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Ngư</w:t>
      </w:r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ờ</w:t>
      </w:r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l</w:t>
      </w:r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danh sách</w:t>
      </w:r>
    </w:p>
    <w:p w:rsidR="00CC5FD6" w:rsidRPr="00082E0D" w:rsidRDefault="00082E0D" w:rsidP="00082E0D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bookmarkEnd w:id="0"/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(Ch</w:t>
      </w:r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ữ</w:t>
      </w:r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ký, h</w:t>
      </w:r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082E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tên)</w:t>
      </w:r>
    </w:p>
    <w:sectPr w:rsidR="00CC5FD6" w:rsidRPr="00082E0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2E0D"/>
    <w:rsid w:val="0015074B"/>
    <w:rsid w:val="0029639D"/>
    <w:rsid w:val="00326F90"/>
    <w:rsid w:val="00AA1D8D"/>
    <w:rsid w:val="00B47730"/>
    <w:rsid w:val="00CB0664"/>
    <w:rsid w:val="00CC5F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DDB927B4-8EA2-40B6-945E-BA78FAD8C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78CFE5-68B8-4C92-A470-F95986C9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2025-11-13T01:46:00Z</dcterms:created>
  <dcterms:modified xsi:type="dcterms:W3CDTF">2025-11-13T01:46:00Z</dcterms:modified>
  <cp:category/>
</cp:coreProperties>
</file>