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BC3" w:rsidRPr="00567BC3" w:rsidRDefault="00567BC3" w:rsidP="00567BC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"/>
      <w:bookmarkStart w:id="1" w:name="_GoBack"/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01a. Giấy tờ chứng minh đối tượng, thu nhập để được hưởng chính sách hỗ trợ về nhà ở xã hội</w:t>
      </w:r>
      <w:bookmarkEnd w:id="0"/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bookmarkStart w:id="2" w:name="chuong_pl_2_name"/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(áp dụng cho các đối tượng quy định tại các khoản 5, 6, 8 Điều 76 của Luật Nhà ở, trừ đối tượng quy định tại khoản 5 Điều 76 của Luật Nhà ở không có hợp đồng lao động, không được hưởng lương hưu do cơ quan Bảo hiểm xã hội chi trả)</w:t>
      </w:r>
      <w:bookmarkEnd w:id="2"/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567BC3" w:rsidRPr="00567BC3" w:rsidRDefault="00567BC3" w:rsidP="00567BC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XÁC NHẬN VỀ ĐỐI TƯỢNG, THU NHẬP</w:t>
      </w:r>
      <w:hyperlink r:id="rId6" w:anchor="_ftn5" w:history="1">
        <w:r w:rsidRPr="003B1899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</w:rPr>
          <w:t>[5]</w:t>
        </w:r>
      </w:hyperlink>
    </w:p>
    <w:p w:rsidR="00567BC3" w:rsidRPr="00567BC3" w:rsidRDefault="00567BC3" w:rsidP="00567BC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1. Kính gửi</w:t>
      </w:r>
      <w:hyperlink r:id="rId7" w:anchor="_ftn6" w:history="1">
        <w:r w:rsidRPr="003B1899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[6]</w:t>
        </w:r>
      </w:hyperlink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:………………………………………………………………………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2. Họ và tên:………………………………………………………………………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3. Căn cước công dân số: ………………….cấp ngày...../..../...... tại ……………</w:t>
      </w:r>
    </w:p>
    <w:p w:rsidR="00567BC3" w:rsidRPr="00567BC3" w:rsidRDefault="00567BC3" w:rsidP="00567BC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4. Nơi ở hiện tại</w:t>
      </w:r>
      <w:hyperlink r:id="rId8" w:anchor="_ftn7" w:history="1">
        <w:r w:rsidRPr="003B1899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[7]</w:t>
        </w:r>
      </w:hyperlink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:…………………………………………………………………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5. Đăng ký thường trú (đăng ký tạm trú) tại: ...... ………………………………..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6. Nghề nghiệp: .......................................................................................................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7. Tên cơ quan/đơn vị: ............................................................................................</w:t>
      </w:r>
    </w:p>
    <w:p w:rsidR="00567BC3" w:rsidRPr="00567BC3" w:rsidRDefault="00567BC3" w:rsidP="00567BC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8. Là đối tượng</w:t>
      </w:r>
      <w:hyperlink r:id="rId9" w:anchor="_ftn8" w:history="1">
        <w:r w:rsidRPr="003B1899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[8]</w:t>
        </w:r>
      </w:hyperlink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.....................................................................................................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9. Tôi có thu nhập bình quân hàng tháng thực nhận tính theo Bảng tiền công/tiền lương là</w:t>
      </w:r>
      <w:r w:rsidRPr="00567B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…………… </w:t>
      </w: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đồng/tháng </w:t>
      </w:r>
      <w:r w:rsidRPr="00567B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(photo Bảng tiền công/tiền lương trong 12 tháng liền kề tính đến thời điểm được cơ quan có thẩm quyền thực hiện xác nhận).</w:t>
      </w:r>
    </w:p>
    <w:p w:rsidR="00567BC3" w:rsidRPr="00567BC3" w:rsidRDefault="00567BC3" w:rsidP="00567B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7BC3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lời khai trên là đúng sự thực và hoàn toàn chịu trách nhiệm trước pháp luật về các nội dung đã kê khai./.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567BC3" w:rsidRPr="00567BC3" w:rsidTr="00567BC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67BC3" w:rsidRPr="00567BC3" w:rsidRDefault="00567BC3" w:rsidP="00567BC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567BC3" w:rsidRPr="00567BC3" w:rsidRDefault="00567BC3" w:rsidP="00567BC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........., ngày ....... tháng ...... năm .......</w:t>
            </w:r>
            <w:r w:rsidRPr="00567BC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567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kê khai</w:t>
            </w:r>
            <w:r w:rsidRPr="00567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67BC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và ghi rõ họ tên)</w:t>
            </w:r>
          </w:p>
          <w:p w:rsidR="00567BC3" w:rsidRPr="00567BC3" w:rsidRDefault="00567BC3" w:rsidP="00567BC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67BC3" w:rsidRPr="00567BC3" w:rsidTr="00567BC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67BC3" w:rsidRPr="00567BC3" w:rsidRDefault="00567BC3" w:rsidP="00567BC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cơ quan, đơn vị, doanh nghiệp</w:t>
            </w:r>
          </w:p>
          <w:p w:rsidR="00567BC3" w:rsidRPr="00567BC3" w:rsidRDefault="00567BC3" w:rsidP="00567BC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Ông/Bà………….là đối tượng</w:t>
            </w:r>
            <w:hyperlink r:id="rId10" w:anchor="_ftn9" w:history="1">
              <w:r w:rsidRPr="003B189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[9]</w:t>
              </w:r>
            </w:hyperlink>
            <w:r w:rsidRPr="00567B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……………......……, có tổng thu nhập bình quân hàng tháng thực nhận theo Bảng tiền công/tiền lương là…….…..... đồng/tháng.</w:t>
            </w:r>
          </w:p>
          <w:p w:rsidR="00567BC3" w:rsidRPr="00567BC3" w:rsidRDefault="00567BC3" w:rsidP="00567BC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67BC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7BC3" w:rsidRPr="00567BC3" w:rsidRDefault="00567BC3" w:rsidP="0056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:rsidR="00E34745" w:rsidRPr="003B1899" w:rsidRDefault="00E34745" w:rsidP="00AA27DC">
      <w:pPr>
        <w:rPr>
          <w:rFonts w:ascii="Times New Roman" w:hAnsi="Times New Roman" w:cs="Times New Roman"/>
          <w:sz w:val="26"/>
          <w:szCs w:val="26"/>
        </w:rPr>
      </w:pPr>
    </w:p>
    <w:sectPr w:rsidR="00E34745" w:rsidRPr="003B18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899"/>
    <w:rsid w:val="00567BC3"/>
    <w:rsid w:val="007764EE"/>
    <w:rsid w:val="00AA1D8D"/>
    <w:rsid w:val="00AA27DC"/>
    <w:rsid w:val="00AF50DB"/>
    <w:rsid w:val="00B47730"/>
    <w:rsid w:val="00CB0664"/>
    <w:rsid w:val="00E347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EEF389F-3EE2-4E66-83FA-FB4C7720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6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7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0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3" Type="http://schemas.openxmlformats.org/officeDocument/2006/relationships/styles" Target="styles.xml"/><Relationship Id="rId7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huvienphapluat.vn/van-ban/Xay-dung-Do-thi/Thong-tu-32-2025-TT-BXD-sua-doi-Thong-tu-05-2024-TT-BXD-huong-dan-Luat-Nha-o-680536.aspx?anchor=khoan_3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AA76C5-DC4C-4D75-AE6F-1E2DBCCB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2025-11-15T03:16:00Z</dcterms:created>
  <dcterms:modified xsi:type="dcterms:W3CDTF">2025-11-15T03:16:00Z</dcterms:modified>
  <cp:category/>
</cp:coreProperties>
</file>