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054"/>
      </w:tblGrid>
      <w:tr w:rsidR="00AF50DB" w:rsidRPr="00AF50DB" w:rsidTr="00AF50DB">
        <w:trPr>
          <w:trHeight w:val="568"/>
        </w:trPr>
        <w:tc>
          <w:tcPr>
            <w:tcW w:w="2802" w:type="dxa"/>
          </w:tcPr>
          <w:p w:rsidR="00AF50DB" w:rsidRPr="00AF50DB" w:rsidRDefault="00AF50DB" w:rsidP="00AF50DB">
            <w:pPr>
              <w:pStyle w:val="Heading1"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F50D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UBND XÃ…..</w:t>
            </w:r>
          </w:p>
          <w:p w:rsidR="00AF50DB" w:rsidRPr="00AF50DB" w:rsidRDefault="00AF50DB" w:rsidP="00AF50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F50D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TRƯỜNG……..</w:t>
            </w:r>
          </w:p>
        </w:tc>
        <w:tc>
          <w:tcPr>
            <w:tcW w:w="6054" w:type="dxa"/>
          </w:tcPr>
          <w:p w:rsidR="00AF50DB" w:rsidRPr="00AF50DB" w:rsidRDefault="00AF50DB" w:rsidP="00AF50DB">
            <w:pPr>
              <w:pStyle w:val="Heading1"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F50D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CỘNG HÒA XÃ HỘI CHỦ NGHĨA VIỆT N</w:t>
            </w:r>
            <w:bookmarkStart w:id="0" w:name="_GoBack"/>
            <w:bookmarkEnd w:id="0"/>
            <w:r w:rsidRPr="00AF50D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AM</w:t>
            </w:r>
          </w:p>
          <w:p w:rsidR="00AF50DB" w:rsidRPr="00AF50DB" w:rsidRDefault="00AF50DB" w:rsidP="00AF50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F50D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Độc lập-Tự do-Hạnh phúc</w:t>
            </w:r>
          </w:p>
        </w:tc>
      </w:tr>
    </w:tbl>
    <w:p w:rsidR="00E34745" w:rsidRPr="00AF50DB" w:rsidRDefault="00AF50DB" w:rsidP="00AF50DB">
      <w:pPr>
        <w:pStyle w:val="Heading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QUY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T Đ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NH</w:t>
      </w:r>
    </w:p>
    <w:p w:rsidR="00E34745" w:rsidRPr="00AF50DB" w:rsidRDefault="00AF50DB" w:rsidP="00AF50DB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F50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V</w:t>
      </w:r>
      <w:r w:rsidRPr="00AF50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ề</w:t>
      </w:r>
      <w:r w:rsidRPr="00AF50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vi</w:t>
      </w:r>
      <w:r w:rsidRPr="00AF50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ệ</w:t>
      </w:r>
      <w:r w:rsidRPr="00AF50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 thành l</w:t>
      </w:r>
      <w:r w:rsidRPr="00AF50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ậ</w:t>
      </w:r>
      <w:r w:rsidRPr="00AF50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p Ban giám kh</w:t>
      </w:r>
      <w:r w:rsidRPr="00AF50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ả</w:t>
      </w:r>
      <w:r w:rsidRPr="00AF50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o H</w:t>
      </w:r>
      <w:r w:rsidRPr="00AF50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ộ</w:t>
      </w:r>
      <w:r w:rsidRPr="00AF50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 gi</w:t>
      </w:r>
      <w:r w:rsidRPr="00AF50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ả</w:t>
      </w:r>
      <w:r w:rsidRPr="00AF50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 </w:t>
      </w:r>
      <w:r w:rsidRPr="00AF50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chào m</w:t>
      </w:r>
      <w:r w:rsidRPr="00AF50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ừ</w:t>
      </w:r>
      <w:r w:rsidRPr="00AF50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ng ngày 20/11</w:t>
      </w:r>
    </w:p>
    <w:p w:rsidR="00E34745" w:rsidRPr="00AF50DB" w:rsidRDefault="00AF50D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Đi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u 1: Thành l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p Ban giám kh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o H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i gi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ng chào m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ừ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ng ngày 20/11 g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m các thành viên sau:</w:t>
      </w:r>
    </w:p>
    <w:p w:rsidR="00E34745" w:rsidRPr="00AF50DB" w:rsidRDefault="00AF50D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- Ông/Bà ......................................................... – Trư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ng ban</w:t>
      </w:r>
    </w:p>
    <w:p w:rsidR="00E34745" w:rsidRPr="00AF50DB" w:rsidRDefault="00AF50D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Ông/Bà 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......................................................... – 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y viên</w:t>
      </w:r>
    </w:p>
    <w:p w:rsidR="00E34745" w:rsidRPr="00AF50DB" w:rsidRDefault="00AF50D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Ông/Bà ......................................................... – 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y viên</w:t>
      </w:r>
    </w:p>
    <w:p w:rsidR="00E34745" w:rsidRPr="00AF50DB" w:rsidRDefault="00AF50D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Đi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u 2: Ban giám kh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o có trách nhi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m t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c, ch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m thi và báo cáo k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t qu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h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i gi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ng theo đúng quy đ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nh.</w:t>
      </w:r>
    </w:p>
    <w:p w:rsidR="00E34745" w:rsidRPr="00AF50DB" w:rsidRDefault="00AF50D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Đi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u 3: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Quy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t đ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nh có hi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u l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c k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ừ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ngày ký. Các b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ph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n liên quan ch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u trách nhi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m thi hành quy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t đ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t>nh này.</w:t>
      </w:r>
    </w:p>
    <w:p w:rsidR="00AF50DB" w:rsidRPr="00AF50DB" w:rsidRDefault="00AF50DB" w:rsidP="00AF50DB">
      <w:pPr>
        <w:jc w:val="right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AF50D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Ngày ..... tháng ..... năm 20...</w:t>
      </w:r>
    </w:p>
    <w:p w:rsidR="00E34745" w:rsidRPr="00AF50DB" w:rsidRDefault="00AF50DB" w:rsidP="00AF50DB">
      <w:pPr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F50D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AF50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HIỆU TRƯỞNG</w:t>
      </w:r>
      <w:r w:rsidRPr="00AF50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>(Ký, ghi rõ h</w:t>
      </w:r>
      <w:r w:rsidRPr="00AF50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ọ</w:t>
      </w:r>
      <w:r w:rsidRPr="00AF50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tên)</w:t>
      </w:r>
    </w:p>
    <w:sectPr w:rsidR="00E34745" w:rsidRPr="00AF50D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F50DB"/>
    <w:rsid w:val="00B47730"/>
    <w:rsid w:val="00CB0664"/>
    <w:rsid w:val="00E347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1EEF389F-3EE2-4E66-83FA-FB4C77203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7398AD-BF4F-4569-A87A-E70C0BBA3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2025-11-15T01:28:00Z</dcterms:created>
  <dcterms:modified xsi:type="dcterms:W3CDTF">2025-11-15T01:28:00Z</dcterms:modified>
  <cp:category/>
</cp:coreProperties>
</file>