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15"/>
        <w:gridCol w:w="4315"/>
      </w:tblGrid>
      <w:tr w:rsidR="00154AE2" w:rsidRPr="00154AE2" w:rsidTr="00154AE2">
        <w:tc>
          <w:tcPr>
            <w:tcW w:w="4315" w:type="dxa"/>
          </w:tcPr>
          <w:p w:rsidR="00154AE2" w:rsidRPr="00154AE2" w:rsidRDefault="00154AE2" w:rsidP="00154AE2">
            <w:pPr>
              <w:rPr>
                <w:rFonts w:ascii="Times New Roman" w:hAnsi="Times New Roman" w:cs="Times New Roman"/>
                <w:b/>
                <w:sz w:val="26"/>
                <w:szCs w:val="26"/>
              </w:rPr>
            </w:pPr>
            <w:r w:rsidRPr="00154AE2">
              <w:rPr>
                <w:rFonts w:ascii="Times New Roman" w:hAnsi="Times New Roman" w:cs="Times New Roman"/>
                <w:b/>
                <w:sz w:val="26"/>
                <w:szCs w:val="26"/>
              </w:rPr>
              <w:t>Chi bộ: …………………………………</w:t>
            </w:r>
          </w:p>
          <w:p w:rsidR="00154AE2" w:rsidRPr="00154AE2" w:rsidRDefault="00154AE2" w:rsidP="00154AE2">
            <w:pPr>
              <w:rPr>
                <w:rFonts w:ascii="Times New Roman" w:hAnsi="Times New Roman" w:cs="Times New Roman"/>
                <w:b/>
                <w:sz w:val="26"/>
                <w:szCs w:val="26"/>
              </w:rPr>
            </w:pPr>
            <w:r w:rsidRPr="00154AE2">
              <w:rPr>
                <w:rFonts w:ascii="Times New Roman" w:hAnsi="Times New Roman" w:cs="Times New Roman"/>
                <w:b/>
                <w:sz w:val="26"/>
                <w:szCs w:val="26"/>
              </w:rPr>
              <w:t>Số: …/BB-CB</w:t>
            </w:r>
          </w:p>
          <w:p w:rsidR="00154AE2" w:rsidRPr="00154AE2" w:rsidRDefault="00154AE2" w:rsidP="0010452B">
            <w:pPr>
              <w:rPr>
                <w:rFonts w:ascii="Times New Roman" w:hAnsi="Times New Roman" w:cs="Times New Roman"/>
                <w:b/>
                <w:sz w:val="26"/>
                <w:szCs w:val="26"/>
              </w:rPr>
            </w:pPr>
          </w:p>
        </w:tc>
        <w:tc>
          <w:tcPr>
            <w:tcW w:w="4315" w:type="dxa"/>
          </w:tcPr>
          <w:p w:rsidR="00154AE2" w:rsidRPr="00154AE2" w:rsidRDefault="00154AE2" w:rsidP="00154AE2">
            <w:pPr>
              <w:rPr>
                <w:rFonts w:ascii="Times New Roman" w:hAnsi="Times New Roman" w:cs="Times New Roman"/>
                <w:b/>
                <w:sz w:val="26"/>
                <w:szCs w:val="26"/>
              </w:rPr>
            </w:pPr>
            <w:r w:rsidRPr="00154AE2">
              <w:rPr>
                <w:rFonts w:ascii="Times New Roman" w:hAnsi="Times New Roman" w:cs="Times New Roman"/>
                <w:b/>
                <w:sz w:val="26"/>
                <w:szCs w:val="26"/>
              </w:rPr>
              <w:t>ĐẢNG CỘNG SẢN VIỆT NAM</w:t>
            </w:r>
          </w:p>
          <w:p w:rsidR="00154AE2" w:rsidRPr="00154AE2" w:rsidRDefault="00154AE2" w:rsidP="0010452B">
            <w:pPr>
              <w:rPr>
                <w:rFonts w:ascii="Times New Roman" w:hAnsi="Times New Roman" w:cs="Times New Roman"/>
                <w:b/>
                <w:sz w:val="26"/>
                <w:szCs w:val="26"/>
              </w:rPr>
            </w:pPr>
          </w:p>
        </w:tc>
      </w:tr>
    </w:tbl>
    <w:p w:rsidR="002E722D" w:rsidRDefault="002E722D" w:rsidP="002E722D">
      <w:pPr>
        <w:rPr>
          <w:rFonts w:ascii="Times New Roman" w:hAnsi="Times New Roman" w:cs="Times New Roman"/>
          <w:b/>
          <w:sz w:val="26"/>
          <w:szCs w:val="26"/>
        </w:rPr>
      </w:pPr>
    </w:p>
    <w:p w:rsidR="002E722D" w:rsidRPr="002E722D" w:rsidRDefault="002E722D" w:rsidP="002E722D">
      <w:pPr>
        <w:jc w:val="center"/>
        <w:rPr>
          <w:rFonts w:ascii="Times New Roman" w:hAnsi="Times New Roman" w:cs="Times New Roman"/>
          <w:b/>
          <w:sz w:val="26"/>
          <w:szCs w:val="26"/>
        </w:rPr>
      </w:pPr>
      <w:r w:rsidRPr="002E722D">
        <w:rPr>
          <w:rFonts w:ascii="Times New Roman" w:hAnsi="Times New Roman" w:cs="Times New Roman"/>
          <w:b/>
          <w:sz w:val="26"/>
          <w:szCs w:val="26"/>
        </w:rPr>
        <w:t>BÁO CÁO SINH HOẠT CHUYÊN ĐỀ</w:t>
      </w:r>
    </w:p>
    <w:p w:rsidR="002E722D" w:rsidRPr="002E722D" w:rsidRDefault="002E722D" w:rsidP="002E722D">
      <w:pPr>
        <w:jc w:val="center"/>
        <w:rPr>
          <w:rFonts w:ascii="Times New Roman" w:hAnsi="Times New Roman" w:cs="Times New Roman"/>
          <w:b/>
          <w:sz w:val="26"/>
          <w:szCs w:val="26"/>
        </w:rPr>
      </w:pPr>
      <w:r w:rsidRPr="002E722D">
        <w:rPr>
          <w:rFonts w:ascii="Times New Roman" w:hAnsi="Times New Roman" w:cs="Times New Roman"/>
          <w:b/>
          <w:sz w:val="26"/>
          <w:szCs w:val="26"/>
        </w:rPr>
        <w:t>Về: Ứng dụng chuyển đổi số, trí tuệ nhân tạo (AI) giúp đảng viên, công chức nâng tầm nghiệp vụ</w:t>
      </w:r>
    </w:p>
    <w:p w:rsidR="002E722D" w:rsidRPr="002E722D" w:rsidRDefault="002E722D" w:rsidP="002E722D">
      <w:pPr>
        <w:rPr>
          <w:rFonts w:ascii="Times New Roman" w:hAnsi="Times New Roman" w:cs="Times New Roman"/>
          <w:sz w:val="26"/>
          <w:szCs w:val="26"/>
        </w:rPr>
      </w:pPr>
    </w:p>
    <w:p w:rsidR="002E722D" w:rsidRPr="002E722D" w:rsidRDefault="002E722D" w:rsidP="002E722D">
      <w:pPr>
        <w:rPr>
          <w:rFonts w:ascii="Times New Roman" w:hAnsi="Times New Roman" w:cs="Times New Roman"/>
          <w:sz w:val="26"/>
          <w:szCs w:val="26"/>
        </w:rPr>
      </w:pPr>
      <w:r w:rsidRPr="002E722D">
        <w:rPr>
          <w:rFonts w:ascii="Times New Roman" w:hAnsi="Times New Roman" w:cs="Times New Roman"/>
          <w:sz w:val="26"/>
          <w:szCs w:val="26"/>
        </w:rPr>
        <w:t>Thời gian: ……… giờ ………, ngày … tháng … năm …</w:t>
      </w:r>
    </w:p>
    <w:p w:rsidR="002E722D" w:rsidRPr="002E722D" w:rsidRDefault="002E722D" w:rsidP="002E722D">
      <w:pPr>
        <w:rPr>
          <w:rFonts w:ascii="Times New Roman" w:hAnsi="Times New Roman" w:cs="Times New Roman"/>
          <w:sz w:val="26"/>
          <w:szCs w:val="26"/>
        </w:rPr>
      </w:pPr>
      <w:r w:rsidRPr="002E722D">
        <w:rPr>
          <w:rFonts w:ascii="Times New Roman" w:hAnsi="Times New Roman" w:cs="Times New Roman"/>
          <w:sz w:val="26"/>
          <w:szCs w:val="26"/>
        </w:rPr>
        <w:t>Địa điểm: ……………………………………………………</w:t>
      </w:r>
    </w:p>
    <w:p w:rsidR="002E722D" w:rsidRPr="002E722D" w:rsidRDefault="002E722D" w:rsidP="002E722D">
      <w:pPr>
        <w:rPr>
          <w:rFonts w:ascii="Times New Roman" w:hAnsi="Times New Roman" w:cs="Times New Roman"/>
          <w:sz w:val="26"/>
          <w:szCs w:val="26"/>
        </w:rPr>
      </w:pPr>
      <w:r w:rsidRPr="002E722D">
        <w:rPr>
          <w:rFonts w:ascii="Times New Roman" w:hAnsi="Times New Roman" w:cs="Times New Roman"/>
          <w:sz w:val="26"/>
          <w:szCs w:val="26"/>
        </w:rPr>
        <w:t>Chủ trì: Đồng chí ……………………………………… – Bí thư Chi bộ</w:t>
      </w:r>
    </w:p>
    <w:p w:rsidR="002E722D" w:rsidRPr="00941DEC" w:rsidRDefault="002E722D" w:rsidP="002E722D">
      <w:pPr>
        <w:rPr>
          <w:rFonts w:ascii="Times New Roman" w:hAnsi="Times New Roman" w:cs="Times New Roman"/>
          <w:b/>
          <w:sz w:val="26"/>
          <w:szCs w:val="26"/>
        </w:rPr>
      </w:pPr>
      <w:r w:rsidRPr="00941DEC">
        <w:rPr>
          <w:rFonts w:ascii="Times New Roman" w:hAnsi="Times New Roman" w:cs="Times New Roman"/>
          <w:b/>
          <w:sz w:val="26"/>
          <w:szCs w:val="26"/>
        </w:rPr>
        <w:t>I. MỤC ĐÍCH, YÊU CẦU</w:t>
      </w:r>
    </w:p>
    <w:p w:rsidR="002E722D" w:rsidRPr="002E722D" w:rsidRDefault="002E722D" w:rsidP="002E722D">
      <w:pPr>
        <w:rPr>
          <w:rFonts w:ascii="Times New Roman" w:hAnsi="Times New Roman" w:cs="Times New Roman"/>
          <w:sz w:val="26"/>
          <w:szCs w:val="26"/>
        </w:rPr>
      </w:pPr>
      <w:r w:rsidRPr="002E722D">
        <w:rPr>
          <w:rFonts w:ascii="Times New Roman" w:hAnsi="Times New Roman" w:cs="Times New Roman"/>
          <w:sz w:val="26"/>
          <w:szCs w:val="26"/>
        </w:rPr>
        <w:t>Quán triệt chủ trương của Đảng, Nhà nước và Bộ Chính trị về chuyển đổi số, đổi mới sáng tạo trong thời kỳ cách mạng công nghiệ</w:t>
      </w:r>
      <w:r w:rsidR="00941DEC">
        <w:rPr>
          <w:rFonts w:ascii="Times New Roman" w:hAnsi="Times New Roman" w:cs="Times New Roman"/>
          <w:sz w:val="26"/>
          <w:szCs w:val="26"/>
        </w:rPr>
        <w:t>p 4.0;</w:t>
      </w:r>
    </w:p>
    <w:p w:rsidR="002E722D" w:rsidRPr="002E722D" w:rsidRDefault="002E722D" w:rsidP="002E722D">
      <w:pPr>
        <w:rPr>
          <w:rFonts w:ascii="Times New Roman" w:hAnsi="Times New Roman" w:cs="Times New Roman"/>
          <w:sz w:val="26"/>
          <w:szCs w:val="26"/>
        </w:rPr>
      </w:pPr>
      <w:r w:rsidRPr="002E722D">
        <w:rPr>
          <w:rFonts w:ascii="Times New Roman" w:hAnsi="Times New Roman" w:cs="Times New Roman"/>
          <w:sz w:val="26"/>
          <w:szCs w:val="26"/>
        </w:rPr>
        <w:t>Nâng cao nhận thức của đảng viên, công chức về vai trò, ý nghĩa của ứng dụng công nghệ số và trí tuệ nhân tạo trong công việ</w:t>
      </w:r>
      <w:r w:rsidR="00941DEC">
        <w:rPr>
          <w:rFonts w:ascii="Times New Roman" w:hAnsi="Times New Roman" w:cs="Times New Roman"/>
          <w:sz w:val="26"/>
          <w:szCs w:val="26"/>
        </w:rPr>
        <w:t>c;</w:t>
      </w:r>
    </w:p>
    <w:p w:rsidR="002E722D" w:rsidRPr="002E722D" w:rsidRDefault="002E722D" w:rsidP="002E722D">
      <w:pPr>
        <w:rPr>
          <w:rFonts w:ascii="Times New Roman" w:hAnsi="Times New Roman" w:cs="Times New Roman"/>
          <w:sz w:val="26"/>
          <w:szCs w:val="26"/>
        </w:rPr>
      </w:pPr>
      <w:r w:rsidRPr="002E722D">
        <w:rPr>
          <w:rFonts w:ascii="Times New Roman" w:hAnsi="Times New Roman" w:cs="Times New Roman"/>
          <w:sz w:val="26"/>
          <w:szCs w:val="26"/>
        </w:rPr>
        <w:t>Khuyến khích cán bộ, đảng viên phát huy tinh thần học tập, đổi mới, áp dụng công nghệ vào thực tiễn nhằm nâng cao hiệu quả công tác, phục vụ người dân và xã hội tố</w:t>
      </w:r>
      <w:r w:rsidR="00941DEC">
        <w:rPr>
          <w:rFonts w:ascii="Times New Roman" w:hAnsi="Times New Roman" w:cs="Times New Roman"/>
          <w:sz w:val="26"/>
          <w:szCs w:val="26"/>
        </w:rPr>
        <w:t>t hơn.</w:t>
      </w:r>
    </w:p>
    <w:p w:rsidR="002E722D" w:rsidRPr="00941DEC" w:rsidRDefault="002E722D" w:rsidP="002E722D">
      <w:pPr>
        <w:rPr>
          <w:rFonts w:ascii="Times New Roman" w:hAnsi="Times New Roman" w:cs="Times New Roman"/>
          <w:b/>
          <w:sz w:val="26"/>
          <w:szCs w:val="26"/>
        </w:rPr>
      </w:pPr>
      <w:r w:rsidRPr="00941DEC">
        <w:rPr>
          <w:rFonts w:ascii="Times New Roman" w:hAnsi="Times New Roman" w:cs="Times New Roman"/>
          <w:b/>
          <w:sz w:val="26"/>
          <w:szCs w:val="26"/>
        </w:rPr>
        <w:t>II. CĂN CỨ THỰC HIỆN</w:t>
      </w:r>
    </w:p>
    <w:p w:rsidR="002E722D" w:rsidRPr="002E722D" w:rsidRDefault="002E722D" w:rsidP="002E722D">
      <w:pPr>
        <w:rPr>
          <w:rFonts w:ascii="Times New Roman" w:hAnsi="Times New Roman" w:cs="Times New Roman"/>
          <w:sz w:val="26"/>
          <w:szCs w:val="26"/>
        </w:rPr>
      </w:pPr>
      <w:r w:rsidRPr="002E722D">
        <w:rPr>
          <w:rFonts w:ascii="Times New Roman" w:hAnsi="Times New Roman" w:cs="Times New Roman"/>
          <w:sz w:val="26"/>
          <w:szCs w:val="26"/>
        </w:rPr>
        <w:t>Nghị quyết số 57-NQ/TW ngày 22/12/2024 của Bộ Chính trị về đột phá phát triển khoa học, công nghệ, đổi mới sáng tạo và chuyển đổi số quố</w:t>
      </w:r>
      <w:r w:rsidR="00941DEC">
        <w:rPr>
          <w:rFonts w:ascii="Times New Roman" w:hAnsi="Times New Roman" w:cs="Times New Roman"/>
          <w:sz w:val="26"/>
          <w:szCs w:val="26"/>
        </w:rPr>
        <w:t>c gia;</w:t>
      </w:r>
    </w:p>
    <w:p w:rsidR="002E722D" w:rsidRPr="002E722D" w:rsidRDefault="002E722D" w:rsidP="002E722D">
      <w:pPr>
        <w:rPr>
          <w:rFonts w:ascii="Times New Roman" w:hAnsi="Times New Roman" w:cs="Times New Roman"/>
          <w:sz w:val="26"/>
          <w:szCs w:val="26"/>
        </w:rPr>
      </w:pPr>
      <w:r w:rsidRPr="002E722D">
        <w:rPr>
          <w:rFonts w:ascii="Times New Roman" w:hAnsi="Times New Roman" w:cs="Times New Roman"/>
          <w:sz w:val="26"/>
          <w:szCs w:val="26"/>
        </w:rPr>
        <w:t>Quyết định số 131/QĐ-TTg ngày 25/01/2022 của Thủ tướng Chính phủ phê duyệt Đề án “Tăng cường ứng dụng CNTT và chuyển đổi số trong giáo dục và đào tạo giai đoạn 2022–2025, định hướng đế</w:t>
      </w:r>
      <w:r w:rsidR="00941DEC">
        <w:rPr>
          <w:rFonts w:ascii="Times New Roman" w:hAnsi="Times New Roman" w:cs="Times New Roman"/>
          <w:sz w:val="26"/>
          <w:szCs w:val="26"/>
        </w:rPr>
        <w:t>n 2030”;</w:t>
      </w:r>
    </w:p>
    <w:p w:rsidR="002E722D" w:rsidRPr="002E722D" w:rsidRDefault="002E722D" w:rsidP="002E722D">
      <w:pPr>
        <w:rPr>
          <w:rFonts w:ascii="Times New Roman" w:hAnsi="Times New Roman" w:cs="Times New Roman"/>
          <w:sz w:val="26"/>
          <w:szCs w:val="26"/>
        </w:rPr>
      </w:pPr>
      <w:r w:rsidRPr="002E722D">
        <w:rPr>
          <w:rFonts w:ascii="Times New Roman" w:hAnsi="Times New Roman" w:cs="Times New Roman"/>
          <w:sz w:val="26"/>
          <w:szCs w:val="26"/>
        </w:rPr>
        <w:t>Thông tư số 02/2025/TT-BGDĐT ngày 24/01/2025 của Bộ GD&amp;ĐT quy định Khung năng lực số cho người học;</w:t>
      </w:r>
    </w:p>
    <w:p w:rsidR="002E722D" w:rsidRPr="002E722D" w:rsidRDefault="002E722D" w:rsidP="002E722D">
      <w:pPr>
        <w:rPr>
          <w:rFonts w:ascii="Times New Roman" w:hAnsi="Times New Roman" w:cs="Times New Roman"/>
          <w:sz w:val="26"/>
          <w:szCs w:val="26"/>
        </w:rPr>
      </w:pPr>
    </w:p>
    <w:p w:rsidR="002E722D" w:rsidRPr="002E722D" w:rsidRDefault="002E722D" w:rsidP="002E722D">
      <w:pPr>
        <w:rPr>
          <w:rFonts w:ascii="Times New Roman" w:hAnsi="Times New Roman" w:cs="Times New Roman"/>
          <w:sz w:val="26"/>
          <w:szCs w:val="26"/>
        </w:rPr>
      </w:pPr>
      <w:r w:rsidRPr="002E722D">
        <w:rPr>
          <w:rFonts w:ascii="Times New Roman" w:hAnsi="Times New Roman" w:cs="Times New Roman"/>
          <w:sz w:val="26"/>
          <w:szCs w:val="26"/>
        </w:rPr>
        <w:lastRenderedPageBreak/>
        <w:t>Kế hoạch công tác năm … của Chi bộ</w:t>
      </w:r>
      <w:r w:rsidR="00941DEC">
        <w:rPr>
          <w:rFonts w:ascii="Times New Roman" w:hAnsi="Times New Roman" w:cs="Times New Roman"/>
          <w:sz w:val="26"/>
          <w:szCs w:val="26"/>
        </w:rPr>
        <w:t xml:space="preserve"> ……………………</w:t>
      </w:r>
    </w:p>
    <w:p w:rsidR="002E722D" w:rsidRPr="00941DEC" w:rsidRDefault="002E722D" w:rsidP="002E722D">
      <w:pPr>
        <w:rPr>
          <w:rFonts w:ascii="Times New Roman" w:hAnsi="Times New Roman" w:cs="Times New Roman"/>
          <w:b/>
          <w:sz w:val="26"/>
          <w:szCs w:val="26"/>
        </w:rPr>
      </w:pPr>
      <w:r w:rsidRPr="00941DEC">
        <w:rPr>
          <w:rFonts w:ascii="Times New Roman" w:hAnsi="Times New Roman" w:cs="Times New Roman"/>
          <w:b/>
          <w:sz w:val="26"/>
          <w:szCs w:val="26"/>
        </w:rPr>
        <w:t>III. NỘI DUNG SINH HOẠT CHUYÊN ĐỀ</w:t>
      </w:r>
    </w:p>
    <w:p w:rsidR="002E722D" w:rsidRPr="002E722D" w:rsidRDefault="002E722D" w:rsidP="002E722D">
      <w:pPr>
        <w:rPr>
          <w:rFonts w:ascii="Times New Roman" w:hAnsi="Times New Roman" w:cs="Times New Roman"/>
          <w:sz w:val="26"/>
          <w:szCs w:val="26"/>
        </w:rPr>
      </w:pPr>
      <w:r w:rsidRPr="002E722D">
        <w:rPr>
          <w:rFonts w:ascii="Times New Roman" w:hAnsi="Times New Roman" w:cs="Times New Roman"/>
          <w:sz w:val="26"/>
          <w:szCs w:val="26"/>
        </w:rPr>
        <w:t>Báo cáo chuyên đề</w:t>
      </w:r>
    </w:p>
    <w:p w:rsidR="002E722D" w:rsidRPr="002E722D" w:rsidRDefault="002E722D" w:rsidP="002E722D">
      <w:pPr>
        <w:rPr>
          <w:rFonts w:ascii="Times New Roman" w:hAnsi="Times New Roman" w:cs="Times New Roman"/>
          <w:sz w:val="26"/>
          <w:szCs w:val="26"/>
        </w:rPr>
      </w:pPr>
      <w:r w:rsidRPr="002E722D">
        <w:rPr>
          <w:rFonts w:ascii="Times New Roman" w:hAnsi="Times New Roman" w:cs="Times New Roman"/>
          <w:sz w:val="26"/>
          <w:szCs w:val="26"/>
        </w:rPr>
        <w:t>Trình bày khái niệm, vai trò và tác động của chuyển đổi số và trí tuệ nhân tạo trong hoạt động công vụ và công tác Đả</w:t>
      </w:r>
      <w:r w:rsidR="00941DEC">
        <w:rPr>
          <w:rFonts w:ascii="Times New Roman" w:hAnsi="Times New Roman" w:cs="Times New Roman"/>
          <w:sz w:val="26"/>
          <w:szCs w:val="26"/>
        </w:rPr>
        <w:t>ng;</w:t>
      </w:r>
    </w:p>
    <w:p w:rsidR="002E722D" w:rsidRPr="002E722D" w:rsidRDefault="002E722D" w:rsidP="002E722D">
      <w:pPr>
        <w:rPr>
          <w:rFonts w:ascii="Times New Roman" w:hAnsi="Times New Roman" w:cs="Times New Roman"/>
          <w:sz w:val="26"/>
          <w:szCs w:val="26"/>
        </w:rPr>
      </w:pPr>
      <w:r w:rsidRPr="002E722D">
        <w:rPr>
          <w:rFonts w:ascii="Times New Roman" w:hAnsi="Times New Roman" w:cs="Times New Roman"/>
          <w:sz w:val="26"/>
          <w:szCs w:val="26"/>
        </w:rPr>
        <w:t>Giới thiệu các nền tảng, công cụ số giúp tối ưu công việc, quản lý dữ liệu, hỗ trợ ra quyết đị</w:t>
      </w:r>
      <w:r w:rsidR="00941DEC">
        <w:rPr>
          <w:rFonts w:ascii="Times New Roman" w:hAnsi="Times New Roman" w:cs="Times New Roman"/>
          <w:sz w:val="26"/>
          <w:szCs w:val="26"/>
        </w:rPr>
        <w:t>nh;</w:t>
      </w:r>
    </w:p>
    <w:p w:rsidR="002E722D" w:rsidRPr="002E722D" w:rsidRDefault="002E722D" w:rsidP="002E722D">
      <w:pPr>
        <w:rPr>
          <w:rFonts w:ascii="Times New Roman" w:hAnsi="Times New Roman" w:cs="Times New Roman"/>
          <w:sz w:val="26"/>
          <w:szCs w:val="26"/>
        </w:rPr>
      </w:pPr>
      <w:r w:rsidRPr="002E722D">
        <w:rPr>
          <w:rFonts w:ascii="Times New Roman" w:hAnsi="Times New Roman" w:cs="Times New Roman"/>
          <w:sz w:val="26"/>
          <w:szCs w:val="26"/>
        </w:rPr>
        <w:t>Đề cập các chính sách, hướng dẫn của Chính phủ, Bộ ngành liên quan đến ứng dụng AI trong lĩnh vực hành chính, giáo dục, y tế</w:t>
      </w:r>
      <w:r w:rsidR="00941DEC">
        <w:rPr>
          <w:rFonts w:ascii="Times New Roman" w:hAnsi="Times New Roman" w:cs="Times New Roman"/>
          <w:sz w:val="26"/>
          <w:szCs w:val="26"/>
        </w:rPr>
        <w:t>, tài chính công;</w:t>
      </w:r>
    </w:p>
    <w:p w:rsidR="002E722D" w:rsidRPr="002E722D" w:rsidRDefault="002E722D" w:rsidP="002E722D">
      <w:pPr>
        <w:rPr>
          <w:rFonts w:ascii="Times New Roman" w:hAnsi="Times New Roman" w:cs="Times New Roman"/>
          <w:sz w:val="26"/>
          <w:szCs w:val="26"/>
        </w:rPr>
      </w:pPr>
      <w:r w:rsidRPr="002E722D">
        <w:rPr>
          <w:rFonts w:ascii="Times New Roman" w:hAnsi="Times New Roman" w:cs="Times New Roman"/>
          <w:sz w:val="26"/>
          <w:szCs w:val="26"/>
        </w:rPr>
        <w:t>Phân tích những rủi ro, thách thức và yêu cầu về đạo đức, bảo mật dữ liệu khi sử dụng công nghệ</w:t>
      </w:r>
      <w:r w:rsidR="00941DEC">
        <w:rPr>
          <w:rFonts w:ascii="Times New Roman" w:hAnsi="Times New Roman" w:cs="Times New Roman"/>
          <w:sz w:val="26"/>
          <w:szCs w:val="26"/>
        </w:rPr>
        <w:t xml:space="preserve"> AI.</w:t>
      </w:r>
    </w:p>
    <w:p w:rsidR="002E722D" w:rsidRPr="002E722D" w:rsidRDefault="002E722D" w:rsidP="002E722D">
      <w:pPr>
        <w:rPr>
          <w:rFonts w:ascii="Times New Roman" w:hAnsi="Times New Roman" w:cs="Times New Roman"/>
          <w:sz w:val="26"/>
          <w:szCs w:val="26"/>
        </w:rPr>
      </w:pPr>
      <w:r w:rsidRPr="002E722D">
        <w:rPr>
          <w:rFonts w:ascii="Times New Roman" w:hAnsi="Times New Roman" w:cs="Times New Roman"/>
          <w:sz w:val="26"/>
          <w:szCs w:val="26"/>
        </w:rPr>
        <w:t>Thảo luận và chia sẻ kinh nghiệ</w:t>
      </w:r>
      <w:r w:rsidR="00941DEC">
        <w:rPr>
          <w:rFonts w:ascii="Times New Roman" w:hAnsi="Times New Roman" w:cs="Times New Roman"/>
          <w:sz w:val="26"/>
          <w:szCs w:val="26"/>
        </w:rPr>
        <w:t>m</w:t>
      </w:r>
    </w:p>
    <w:p w:rsidR="002E722D" w:rsidRPr="002E722D" w:rsidRDefault="002E722D" w:rsidP="002E722D">
      <w:pPr>
        <w:rPr>
          <w:rFonts w:ascii="Times New Roman" w:hAnsi="Times New Roman" w:cs="Times New Roman"/>
          <w:sz w:val="26"/>
          <w:szCs w:val="26"/>
        </w:rPr>
      </w:pPr>
      <w:r w:rsidRPr="002E722D">
        <w:rPr>
          <w:rFonts w:ascii="Times New Roman" w:hAnsi="Times New Roman" w:cs="Times New Roman"/>
          <w:sz w:val="26"/>
          <w:szCs w:val="26"/>
        </w:rPr>
        <w:t>Các đảng viên phát biểu về thực trạng ứng dụng công nghệ số</w:t>
      </w:r>
      <w:r w:rsidR="00941DEC">
        <w:rPr>
          <w:rFonts w:ascii="Times New Roman" w:hAnsi="Times New Roman" w:cs="Times New Roman"/>
          <w:sz w:val="26"/>
          <w:szCs w:val="26"/>
        </w:rPr>
        <w:t xml:space="preserve"> trong công tác chuyên môn;</w:t>
      </w:r>
    </w:p>
    <w:p w:rsidR="002E722D" w:rsidRPr="002E722D" w:rsidRDefault="002E722D" w:rsidP="002E722D">
      <w:pPr>
        <w:rPr>
          <w:rFonts w:ascii="Times New Roman" w:hAnsi="Times New Roman" w:cs="Times New Roman"/>
          <w:sz w:val="26"/>
          <w:szCs w:val="26"/>
        </w:rPr>
      </w:pPr>
      <w:r w:rsidRPr="002E722D">
        <w:rPr>
          <w:rFonts w:ascii="Times New Roman" w:hAnsi="Times New Roman" w:cs="Times New Roman"/>
          <w:sz w:val="26"/>
          <w:szCs w:val="26"/>
        </w:rPr>
        <w:t>Đề xuất sáng kiến, mô hình ứng dụng AI nhằm cải thiện hiệu suất công việc, nâng cao năng lự</w:t>
      </w:r>
      <w:r w:rsidR="00941DEC">
        <w:rPr>
          <w:rFonts w:ascii="Times New Roman" w:hAnsi="Times New Roman" w:cs="Times New Roman"/>
          <w:sz w:val="26"/>
          <w:szCs w:val="26"/>
        </w:rPr>
        <w:t>c p</w:t>
      </w:r>
      <w:r w:rsidRPr="002E722D">
        <w:rPr>
          <w:rFonts w:ascii="Times New Roman" w:hAnsi="Times New Roman" w:cs="Times New Roman"/>
          <w:sz w:val="26"/>
          <w:szCs w:val="26"/>
        </w:rPr>
        <w:t>hục vụ</w:t>
      </w:r>
      <w:r w:rsidR="00941DEC">
        <w:rPr>
          <w:rFonts w:ascii="Times New Roman" w:hAnsi="Times New Roman" w:cs="Times New Roman"/>
          <w:sz w:val="26"/>
          <w:szCs w:val="26"/>
        </w:rPr>
        <w:t xml:space="preserve"> nhân dân;</w:t>
      </w:r>
    </w:p>
    <w:p w:rsidR="002E722D" w:rsidRPr="002E722D" w:rsidRDefault="002E722D" w:rsidP="002E722D">
      <w:pPr>
        <w:rPr>
          <w:rFonts w:ascii="Times New Roman" w:hAnsi="Times New Roman" w:cs="Times New Roman"/>
          <w:sz w:val="26"/>
          <w:szCs w:val="26"/>
        </w:rPr>
      </w:pPr>
      <w:r w:rsidRPr="002E722D">
        <w:rPr>
          <w:rFonts w:ascii="Times New Roman" w:hAnsi="Times New Roman" w:cs="Times New Roman"/>
          <w:sz w:val="26"/>
          <w:szCs w:val="26"/>
        </w:rPr>
        <w:t>Góp ý về giải pháp đào tạo, bồi dưỡng kỹ năng số cho cán bộ, công chức, viên chứ</w:t>
      </w:r>
      <w:r w:rsidR="00941DEC">
        <w:rPr>
          <w:rFonts w:ascii="Times New Roman" w:hAnsi="Times New Roman" w:cs="Times New Roman"/>
          <w:sz w:val="26"/>
          <w:szCs w:val="26"/>
        </w:rPr>
        <w:t>c.</w:t>
      </w:r>
    </w:p>
    <w:p w:rsidR="002E722D" w:rsidRPr="002E722D" w:rsidRDefault="002E722D" w:rsidP="002E722D">
      <w:pPr>
        <w:rPr>
          <w:rFonts w:ascii="Times New Roman" w:hAnsi="Times New Roman" w:cs="Times New Roman"/>
          <w:sz w:val="26"/>
          <w:szCs w:val="26"/>
        </w:rPr>
      </w:pPr>
      <w:r w:rsidRPr="002E722D">
        <w:rPr>
          <w:rFonts w:ascii="Times New Roman" w:hAnsi="Times New Roman" w:cs="Times New Roman"/>
          <w:sz w:val="26"/>
          <w:szCs w:val="26"/>
        </w:rPr>
        <w:t>Kết luận, định hướng của Chi bộ</w:t>
      </w:r>
    </w:p>
    <w:p w:rsidR="002E722D" w:rsidRPr="002E722D" w:rsidRDefault="002E722D" w:rsidP="002E722D">
      <w:pPr>
        <w:rPr>
          <w:rFonts w:ascii="Times New Roman" w:hAnsi="Times New Roman" w:cs="Times New Roman"/>
          <w:sz w:val="26"/>
          <w:szCs w:val="26"/>
        </w:rPr>
      </w:pPr>
      <w:r w:rsidRPr="002E722D">
        <w:rPr>
          <w:rFonts w:ascii="Times New Roman" w:hAnsi="Times New Roman" w:cs="Times New Roman"/>
          <w:sz w:val="26"/>
          <w:szCs w:val="26"/>
        </w:rPr>
        <w:t>Mỗi đảng viên cần tích cực học tập, tự nâng cao năng lực số, chủ động ứng dụng AI trong nghiệp vụ hằ</w:t>
      </w:r>
      <w:r w:rsidR="00941DEC">
        <w:rPr>
          <w:rFonts w:ascii="Times New Roman" w:hAnsi="Times New Roman" w:cs="Times New Roman"/>
          <w:sz w:val="26"/>
          <w:szCs w:val="26"/>
        </w:rPr>
        <w:t>ng ngày;</w:t>
      </w:r>
    </w:p>
    <w:p w:rsidR="002E722D" w:rsidRPr="002E722D" w:rsidRDefault="002E722D" w:rsidP="002E722D">
      <w:pPr>
        <w:rPr>
          <w:rFonts w:ascii="Times New Roman" w:hAnsi="Times New Roman" w:cs="Times New Roman"/>
          <w:sz w:val="26"/>
          <w:szCs w:val="26"/>
        </w:rPr>
      </w:pPr>
      <w:r w:rsidRPr="002E722D">
        <w:rPr>
          <w:rFonts w:ascii="Times New Roman" w:hAnsi="Times New Roman" w:cs="Times New Roman"/>
          <w:sz w:val="26"/>
          <w:szCs w:val="26"/>
        </w:rPr>
        <w:t>Cơ quan, đơn vị cần xây dựng môi trường làm việc số, triển khai hệ thống quản trị điện tử, sử dụng công cụ AI trong xử lý hồ sơ, đánh giá công việ</w:t>
      </w:r>
      <w:r w:rsidR="00941DEC">
        <w:rPr>
          <w:rFonts w:ascii="Times New Roman" w:hAnsi="Times New Roman" w:cs="Times New Roman"/>
          <w:sz w:val="26"/>
          <w:szCs w:val="26"/>
        </w:rPr>
        <w:t>c;</w:t>
      </w:r>
    </w:p>
    <w:p w:rsidR="002E722D" w:rsidRPr="002E722D" w:rsidRDefault="002E722D" w:rsidP="002E722D">
      <w:pPr>
        <w:rPr>
          <w:rFonts w:ascii="Times New Roman" w:hAnsi="Times New Roman" w:cs="Times New Roman"/>
          <w:sz w:val="26"/>
          <w:szCs w:val="26"/>
        </w:rPr>
      </w:pPr>
      <w:r w:rsidRPr="002E722D">
        <w:rPr>
          <w:rFonts w:ascii="Times New Roman" w:hAnsi="Times New Roman" w:cs="Times New Roman"/>
          <w:sz w:val="26"/>
          <w:szCs w:val="26"/>
        </w:rPr>
        <w:t>Đưa nội dung “ứng dụng chuyển đổi số – trí tuệ nhân tạo” vào tiêu chí thi đua, đánh giá đảng viên cuố</w:t>
      </w:r>
      <w:r w:rsidR="00941DEC">
        <w:rPr>
          <w:rFonts w:ascii="Times New Roman" w:hAnsi="Times New Roman" w:cs="Times New Roman"/>
          <w:sz w:val="26"/>
          <w:szCs w:val="26"/>
        </w:rPr>
        <w:t>i năm.</w:t>
      </w:r>
    </w:p>
    <w:p w:rsidR="002E722D" w:rsidRPr="00941DEC" w:rsidRDefault="002E722D" w:rsidP="002E722D">
      <w:pPr>
        <w:rPr>
          <w:rFonts w:ascii="Times New Roman" w:hAnsi="Times New Roman" w:cs="Times New Roman"/>
          <w:b/>
          <w:sz w:val="26"/>
          <w:szCs w:val="26"/>
        </w:rPr>
      </w:pPr>
      <w:r w:rsidRPr="00941DEC">
        <w:rPr>
          <w:rFonts w:ascii="Times New Roman" w:hAnsi="Times New Roman" w:cs="Times New Roman"/>
          <w:b/>
          <w:sz w:val="26"/>
          <w:szCs w:val="26"/>
        </w:rPr>
        <w:t>IV. KẾT QUẢ, KIẾN NGHỊ</w:t>
      </w:r>
    </w:p>
    <w:p w:rsidR="002E722D" w:rsidRPr="002E722D" w:rsidRDefault="002E722D" w:rsidP="002E722D">
      <w:pPr>
        <w:rPr>
          <w:rFonts w:ascii="Times New Roman" w:hAnsi="Times New Roman" w:cs="Times New Roman"/>
          <w:sz w:val="26"/>
          <w:szCs w:val="26"/>
        </w:rPr>
      </w:pPr>
      <w:r w:rsidRPr="002E722D">
        <w:rPr>
          <w:rFonts w:ascii="Times New Roman" w:hAnsi="Times New Roman" w:cs="Times New Roman"/>
          <w:sz w:val="26"/>
          <w:szCs w:val="26"/>
        </w:rPr>
        <w:t>100% đảng viên tham dự nhận thức rõ hơn về tầm quan trọng của chuyển đổi số, AI trong thời kỳ mới;</w:t>
      </w:r>
      <w:bookmarkStart w:id="0" w:name="_GoBack"/>
      <w:bookmarkEnd w:id="0"/>
    </w:p>
    <w:p w:rsidR="002E722D" w:rsidRPr="002E722D" w:rsidRDefault="002E722D" w:rsidP="002E722D">
      <w:pPr>
        <w:rPr>
          <w:rFonts w:ascii="Times New Roman" w:hAnsi="Times New Roman" w:cs="Times New Roman"/>
          <w:sz w:val="26"/>
          <w:szCs w:val="26"/>
        </w:rPr>
      </w:pPr>
      <w:r w:rsidRPr="002E722D">
        <w:rPr>
          <w:rFonts w:ascii="Times New Roman" w:hAnsi="Times New Roman" w:cs="Times New Roman"/>
          <w:sz w:val="26"/>
          <w:szCs w:val="26"/>
        </w:rPr>
        <w:lastRenderedPageBreak/>
        <w:t>Đề nghị cấp ủy cấp trên tổ chức tập huấn, bồi dưỡng kỹ năng ứng dụng AI trong công tác chuyên môn và công tác Đả</w:t>
      </w:r>
      <w:r w:rsidR="00941DEC">
        <w:rPr>
          <w:rFonts w:ascii="Times New Roman" w:hAnsi="Times New Roman" w:cs="Times New Roman"/>
          <w:sz w:val="26"/>
          <w:szCs w:val="26"/>
        </w:rPr>
        <w:t>ng;</w:t>
      </w:r>
    </w:p>
    <w:p w:rsidR="002E722D" w:rsidRPr="002E722D" w:rsidRDefault="002E722D" w:rsidP="002E722D">
      <w:pPr>
        <w:rPr>
          <w:rFonts w:ascii="Times New Roman" w:hAnsi="Times New Roman" w:cs="Times New Roman"/>
          <w:sz w:val="26"/>
          <w:szCs w:val="26"/>
        </w:rPr>
      </w:pPr>
      <w:r w:rsidRPr="002E722D">
        <w:rPr>
          <w:rFonts w:ascii="Times New Roman" w:hAnsi="Times New Roman" w:cs="Times New Roman"/>
          <w:sz w:val="26"/>
          <w:szCs w:val="26"/>
        </w:rPr>
        <w:t>Đề nghị trang bị hạ tầng kỹ thuật, phần mềm hỗ trợ cho công tác chuyển đổi số tại đơn vị</w:t>
      </w:r>
      <w:r w:rsidR="00941DEC">
        <w:rPr>
          <w:rFonts w:ascii="Times New Roman" w:hAnsi="Times New Roman" w:cs="Times New Roman"/>
          <w:sz w:val="26"/>
          <w:szCs w:val="26"/>
        </w:rPr>
        <w:t>.</w:t>
      </w:r>
    </w:p>
    <w:p w:rsidR="002E722D" w:rsidRPr="00941DEC" w:rsidRDefault="002E722D" w:rsidP="002E722D">
      <w:pPr>
        <w:rPr>
          <w:rFonts w:ascii="Times New Roman" w:hAnsi="Times New Roman" w:cs="Times New Roman"/>
          <w:b/>
          <w:sz w:val="26"/>
          <w:szCs w:val="26"/>
        </w:rPr>
      </w:pPr>
      <w:r w:rsidRPr="00941DEC">
        <w:rPr>
          <w:rFonts w:ascii="Times New Roman" w:hAnsi="Times New Roman" w:cs="Times New Roman"/>
          <w:b/>
          <w:sz w:val="26"/>
          <w:szCs w:val="26"/>
        </w:rPr>
        <w:t>V. KẾT LUẬN</w:t>
      </w:r>
    </w:p>
    <w:p w:rsidR="002E722D" w:rsidRPr="002E722D" w:rsidRDefault="002E722D" w:rsidP="002E722D">
      <w:pPr>
        <w:rPr>
          <w:rFonts w:ascii="Times New Roman" w:hAnsi="Times New Roman" w:cs="Times New Roman"/>
          <w:sz w:val="26"/>
          <w:szCs w:val="26"/>
        </w:rPr>
      </w:pPr>
      <w:r w:rsidRPr="002E722D">
        <w:rPr>
          <w:rFonts w:ascii="Times New Roman" w:hAnsi="Times New Roman" w:cs="Times New Roman"/>
          <w:sz w:val="26"/>
          <w:szCs w:val="26"/>
        </w:rPr>
        <w:t>Buổi sinh hoạt chuyên đề diễn ra nghiêm túc, đúng quy định, đạt hiệu quả cao.</w:t>
      </w:r>
    </w:p>
    <w:p w:rsidR="002E722D" w:rsidRPr="002E722D" w:rsidRDefault="002E722D" w:rsidP="002E722D">
      <w:pPr>
        <w:rPr>
          <w:rFonts w:ascii="Times New Roman" w:hAnsi="Times New Roman" w:cs="Times New Roman"/>
          <w:sz w:val="26"/>
          <w:szCs w:val="26"/>
        </w:rPr>
      </w:pPr>
      <w:r w:rsidRPr="002E722D">
        <w:rPr>
          <w:rFonts w:ascii="Times New Roman" w:hAnsi="Times New Roman" w:cs="Times New Roman"/>
          <w:sz w:val="26"/>
          <w:szCs w:val="26"/>
        </w:rPr>
        <w:t>Chi bộ xác định đây là nhiệm vụ trọng tâm nhằm xây dựng đội ngũ cán bộ, đảng viên có năng lực số, thích ứng nhanh với chuyển đổi số quốc gia, góp phần thực hiện thắng lợi mục tiêu đổi mới và hiện đại hóa nền hành chính.</w:t>
      </w:r>
    </w:p>
    <w:p w:rsidR="002E722D" w:rsidRPr="002E722D" w:rsidRDefault="002E722D" w:rsidP="002E722D">
      <w:pPr>
        <w:rPr>
          <w:rFonts w:ascii="Times New Roman" w:hAnsi="Times New Roman" w:cs="Times New Roman"/>
          <w:b/>
          <w:sz w:val="26"/>
          <w:szCs w:val="26"/>
        </w:rPr>
      </w:pPr>
    </w:p>
    <w:p w:rsidR="002E722D" w:rsidRPr="002E722D" w:rsidRDefault="002E722D" w:rsidP="002E722D">
      <w:pPr>
        <w:rPr>
          <w:rFonts w:ascii="Times New Roman" w:hAnsi="Times New Roman" w:cs="Times New Roman"/>
          <w:b/>
          <w:sz w:val="26"/>
          <w:szCs w:val="26"/>
        </w:rPr>
      </w:pPr>
      <w:r w:rsidRPr="002E722D">
        <w:rPr>
          <w:rFonts w:ascii="Times New Roman" w:hAnsi="Times New Roman" w:cs="Times New Roman"/>
          <w:b/>
          <w:sz w:val="26"/>
          <w:szCs w:val="26"/>
        </w:rPr>
        <w:t>Bí thư Chi bộ</w:t>
      </w:r>
    </w:p>
    <w:p w:rsidR="002E722D" w:rsidRPr="002E722D" w:rsidRDefault="002E722D" w:rsidP="002E722D">
      <w:pPr>
        <w:rPr>
          <w:rFonts w:ascii="Times New Roman" w:hAnsi="Times New Roman" w:cs="Times New Roman"/>
          <w:b/>
          <w:sz w:val="26"/>
          <w:szCs w:val="26"/>
        </w:rPr>
      </w:pPr>
      <w:r w:rsidRPr="002E722D">
        <w:rPr>
          <w:rFonts w:ascii="Times New Roman" w:hAnsi="Times New Roman" w:cs="Times New Roman"/>
          <w:b/>
          <w:sz w:val="26"/>
          <w:szCs w:val="26"/>
        </w:rPr>
        <w:t>(Ký, ghi rõ họ tên)</w:t>
      </w:r>
    </w:p>
    <w:p w:rsidR="002E722D" w:rsidRPr="002E722D" w:rsidRDefault="002E722D" w:rsidP="002E722D">
      <w:pPr>
        <w:rPr>
          <w:rFonts w:ascii="Times New Roman" w:hAnsi="Times New Roman" w:cs="Times New Roman"/>
          <w:b/>
          <w:sz w:val="26"/>
          <w:szCs w:val="26"/>
        </w:rPr>
      </w:pPr>
      <w:r w:rsidRPr="002E722D">
        <w:rPr>
          <w:rFonts w:ascii="Times New Roman" w:hAnsi="Times New Roman" w:cs="Times New Roman"/>
          <w:b/>
          <w:sz w:val="26"/>
          <w:szCs w:val="26"/>
        </w:rPr>
        <w:t>………………………………</w:t>
      </w:r>
    </w:p>
    <w:p w:rsidR="002E722D" w:rsidRPr="002E722D" w:rsidRDefault="002E722D" w:rsidP="002E722D">
      <w:pPr>
        <w:rPr>
          <w:rFonts w:ascii="Times New Roman" w:hAnsi="Times New Roman" w:cs="Times New Roman"/>
          <w:b/>
          <w:sz w:val="26"/>
          <w:szCs w:val="26"/>
        </w:rPr>
      </w:pPr>
    </w:p>
    <w:p w:rsidR="002E722D" w:rsidRPr="002E722D" w:rsidRDefault="002E722D" w:rsidP="002E722D">
      <w:pPr>
        <w:rPr>
          <w:rFonts w:ascii="Times New Roman" w:hAnsi="Times New Roman" w:cs="Times New Roman"/>
          <w:b/>
          <w:sz w:val="26"/>
          <w:szCs w:val="26"/>
        </w:rPr>
      </w:pPr>
      <w:r w:rsidRPr="002E722D">
        <w:rPr>
          <w:rFonts w:ascii="Times New Roman" w:hAnsi="Times New Roman" w:cs="Times New Roman"/>
          <w:b/>
          <w:sz w:val="26"/>
          <w:szCs w:val="26"/>
        </w:rPr>
        <w:t>Thư ký</w:t>
      </w:r>
    </w:p>
    <w:p w:rsidR="002E722D" w:rsidRPr="002E722D" w:rsidRDefault="002E722D" w:rsidP="002E722D">
      <w:pPr>
        <w:rPr>
          <w:rFonts w:ascii="Times New Roman" w:hAnsi="Times New Roman" w:cs="Times New Roman"/>
          <w:b/>
          <w:sz w:val="26"/>
          <w:szCs w:val="26"/>
        </w:rPr>
      </w:pPr>
      <w:r w:rsidRPr="002E722D">
        <w:rPr>
          <w:rFonts w:ascii="Times New Roman" w:hAnsi="Times New Roman" w:cs="Times New Roman"/>
          <w:b/>
          <w:sz w:val="26"/>
          <w:szCs w:val="26"/>
        </w:rPr>
        <w:t>(Ký, ghi rõ họ tên)</w:t>
      </w:r>
    </w:p>
    <w:p w:rsidR="00154AE2" w:rsidRPr="00154AE2" w:rsidRDefault="002E722D" w:rsidP="002E722D">
      <w:pPr>
        <w:rPr>
          <w:rFonts w:ascii="Times New Roman" w:hAnsi="Times New Roman" w:cs="Times New Roman"/>
          <w:b/>
          <w:sz w:val="26"/>
          <w:szCs w:val="26"/>
        </w:rPr>
      </w:pPr>
      <w:r w:rsidRPr="002E722D">
        <w:rPr>
          <w:rFonts w:ascii="Times New Roman" w:hAnsi="Times New Roman" w:cs="Times New Roman"/>
          <w:b/>
          <w:sz w:val="26"/>
          <w:szCs w:val="26"/>
        </w:rPr>
        <w:t>………………………</w:t>
      </w:r>
    </w:p>
    <w:sectPr w:rsidR="00154AE2" w:rsidRPr="00154AE2"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2"/>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4616"/>
    <w:rsid w:val="0006063C"/>
    <w:rsid w:val="00082E0D"/>
    <w:rsid w:val="0010452B"/>
    <w:rsid w:val="0015074B"/>
    <w:rsid w:val="00154AE2"/>
    <w:rsid w:val="0029639D"/>
    <w:rsid w:val="002E722D"/>
    <w:rsid w:val="00326F90"/>
    <w:rsid w:val="005359BB"/>
    <w:rsid w:val="00941DEC"/>
    <w:rsid w:val="00AA1D8D"/>
    <w:rsid w:val="00B47730"/>
    <w:rsid w:val="00CB0664"/>
    <w:rsid w:val="00CC5FD6"/>
    <w:rsid w:val="00D53D82"/>
    <w:rsid w:val="00DD65C3"/>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efaultImageDpi w14:val="300"/>
  <w15:docId w15:val="{DDB927B4-8EA2-40B6-945E-BA78FAD8CA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NormalWeb">
    <w:name w:val="Normal (Web)"/>
    <w:basedOn w:val="Normal"/>
    <w:uiPriority w:val="99"/>
    <w:semiHidden/>
    <w:unhideWhenUsed/>
    <w:rsid w:val="00D53D82"/>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D53D82"/>
    <w:rPr>
      <w:color w:val="0000FF"/>
      <w:u w:val="single"/>
    </w:rPr>
  </w:style>
  <w:style w:type="paragraph" w:customStyle="1" w:styleId="description">
    <w:name w:val="description"/>
    <w:basedOn w:val="Normal"/>
    <w:rsid w:val="005359B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ormal0">
    <w:name w:val="normal"/>
    <w:basedOn w:val="Normal"/>
    <w:rsid w:val="005359BB"/>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4344452">
      <w:bodyDiv w:val="1"/>
      <w:marLeft w:val="0"/>
      <w:marRight w:val="0"/>
      <w:marTop w:val="0"/>
      <w:marBottom w:val="0"/>
      <w:divBdr>
        <w:top w:val="none" w:sz="0" w:space="0" w:color="auto"/>
        <w:left w:val="none" w:sz="0" w:space="0" w:color="auto"/>
        <w:bottom w:val="none" w:sz="0" w:space="0" w:color="auto"/>
        <w:right w:val="none" w:sz="0" w:space="0" w:color="auto"/>
      </w:divBdr>
    </w:div>
    <w:div w:id="1719083645">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E4D3311-1BE2-4FFD-923B-2F0DF77DB8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479</Words>
  <Characters>2734</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3207</CharactersWithSpaces>
  <SharedDoc>false</SharedDoc>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PC</cp:lastModifiedBy>
  <cp:revision>2</cp:revision>
  <dcterms:created xsi:type="dcterms:W3CDTF">2025-11-13T07:51:00Z</dcterms:created>
  <dcterms:modified xsi:type="dcterms:W3CDTF">2025-11-13T07:51:00Z</dcterms:modified>
  <cp:category/>
</cp:coreProperties>
</file>